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ADC79" w14:textId="77777777" w:rsidR="004F76E7" w:rsidRDefault="00CE45E7" w:rsidP="004E2A35">
      <w:pPr>
        <w:spacing w:after="40"/>
        <w:jc w:val="center"/>
        <w:rPr>
          <w:rFonts w:cs="Times New Roman"/>
          <w:b/>
          <w:sz w:val="28"/>
          <w:szCs w:val="28"/>
        </w:rPr>
      </w:pPr>
      <w:r w:rsidRPr="00370A57">
        <w:rPr>
          <w:rFonts w:cs="Times New Roman"/>
          <w:b/>
          <w:sz w:val="28"/>
          <w:szCs w:val="28"/>
        </w:rPr>
        <w:t>ASSIGNMENT 2</w:t>
      </w:r>
    </w:p>
    <w:p w14:paraId="37778F98" w14:textId="05A5D43F" w:rsidR="00061C05" w:rsidRPr="00370A57" w:rsidRDefault="006E7B42" w:rsidP="004E2A35">
      <w:pPr>
        <w:spacing w:after="40"/>
        <w:jc w:val="center"/>
        <w:rPr>
          <w:rFonts w:cs="Times New Roman"/>
          <w:sz w:val="28"/>
          <w:szCs w:val="28"/>
        </w:rPr>
      </w:pPr>
      <w:r w:rsidRPr="00370A57">
        <w:rPr>
          <w:rFonts w:cs="Times New Roman"/>
          <w:b/>
          <w:sz w:val="28"/>
          <w:szCs w:val="28"/>
        </w:rPr>
        <w:t>MTH441</w:t>
      </w:r>
      <w:r w:rsidR="004F76E7">
        <w:rPr>
          <w:rFonts w:cs="Times New Roman"/>
          <w:b/>
          <w:sz w:val="28"/>
          <w:szCs w:val="28"/>
        </w:rPr>
        <w:t>: Regression Analysis and Analysis of Variance</w:t>
      </w:r>
    </w:p>
    <w:p w14:paraId="2C611294" w14:textId="5738691A" w:rsidR="00061C05" w:rsidRPr="00324442" w:rsidRDefault="00CE45E7" w:rsidP="004E2A35">
      <w:pPr>
        <w:pStyle w:val="Heading1"/>
        <w:jc w:val="both"/>
        <w:rPr>
          <w:rFonts w:ascii="Times New Roman" w:hAnsi="Times New Roman" w:cs="Times New Roman"/>
          <w:sz w:val="24"/>
          <w:szCs w:val="24"/>
        </w:rPr>
      </w:pPr>
      <w:r w:rsidRPr="00324442">
        <w:rPr>
          <w:rFonts w:ascii="Times New Roman" w:hAnsi="Times New Roman" w:cs="Times New Roman"/>
          <w:sz w:val="24"/>
          <w:szCs w:val="24"/>
        </w:rPr>
        <w:t xml:space="preserve">Question </w:t>
      </w:r>
      <w:r w:rsidR="00370A57" w:rsidRPr="00324442">
        <w:rPr>
          <w:rFonts w:ascii="Times New Roman" w:hAnsi="Times New Roman" w:cs="Times New Roman"/>
          <w:sz w:val="24"/>
          <w:szCs w:val="24"/>
        </w:rPr>
        <w:t>1</w:t>
      </w:r>
      <w:r w:rsidRPr="00324442">
        <w:rPr>
          <w:rFonts w:ascii="Times New Roman" w:hAnsi="Times New Roman" w:cs="Times New Roman"/>
          <w:sz w:val="24"/>
          <w:szCs w:val="24"/>
        </w:rPr>
        <w:t>. Multiple Regression for House Prices</w:t>
      </w:r>
    </w:p>
    <w:p w14:paraId="23128C96" w14:textId="77777777" w:rsidR="00061C05" w:rsidRPr="00324442" w:rsidRDefault="00CE45E7" w:rsidP="004E2A35">
      <w:pPr>
        <w:jc w:val="both"/>
        <w:rPr>
          <w:rFonts w:cs="Times New Roman"/>
          <w:sz w:val="24"/>
          <w:szCs w:val="24"/>
        </w:rPr>
      </w:pPr>
      <w:r w:rsidRPr="00324442">
        <w:rPr>
          <w:rFonts w:cs="Times New Roman"/>
          <w:sz w:val="24"/>
          <w:szCs w:val="24"/>
        </w:rPr>
        <w:t xml:space="preserve">Consider the </w:t>
      </w:r>
      <w:proofErr w:type="gramStart"/>
      <w:r w:rsidRPr="00324442">
        <w:rPr>
          <w:rFonts w:cs="Times New Roman"/>
          <w:sz w:val="24"/>
          <w:szCs w:val="24"/>
        </w:rPr>
        <w:t>house-price</w:t>
      </w:r>
      <w:proofErr w:type="gramEnd"/>
      <w:r w:rsidRPr="00324442">
        <w:rPr>
          <w:rFonts w:cs="Times New Roman"/>
          <w:sz w:val="24"/>
          <w:szCs w:val="24"/>
        </w:rPr>
        <w:t xml:space="preserve"> data below. The response y is selling price in thousands of dollars. Fit a multiple linear regression model relating y to all nine regressors x</w:t>
      </w:r>
      <w:proofErr w:type="gramStart"/>
      <w:r w:rsidRPr="00324442">
        <w:rPr>
          <w:rFonts w:cs="Times New Roman"/>
          <w:sz w:val="24"/>
          <w:szCs w:val="24"/>
        </w:rPr>
        <w:t>₁,…</w:t>
      </w:r>
      <w:proofErr w:type="gramEnd"/>
      <w:r w:rsidRPr="00324442">
        <w:rPr>
          <w:rFonts w:cs="Times New Roman"/>
          <w:sz w:val="24"/>
          <w:szCs w:val="24"/>
        </w:rPr>
        <w:t>,x₉.</w:t>
      </w:r>
    </w:p>
    <w:p w14:paraId="19A821A6" w14:textId="77777777" w:rsidR="00061C05" w:rsidRPr="00324442" w:rsidRDefault="00CE45E7" w:rsidP="004E2A35">
      <w:pPr>
        <w:jc w:val="both"/>
        <w:rPr>
          <w:rFonts w:cs="Times New Roman"/>
          <w:sz w:val="24"/>
          <w:szCs w:val="24"/>
        </w:rPr>
      </w:pPr>
      <w:r w:rsidRPr="00324442">
        <w:rPr>
          <w:rFonts w:cs="Times New Roman"/>
          <w:b/>
          <w:sz w:val="24"/>
          <w:szCs w:val="24"/>
        </w:rPr>
        <w:t xml:space="preserve">Variable descriptions: </w:t>
      </w:r>
      <w:r w:rsidRPr="00324442">
        <w:rPr>
          <w:rFonts w:cs="Times New Roman"/>
          <w:sz w:val="24"/>
          <w:szCs w:val="24"/>
        </w:rPr>
        <w:t>x₁ = taxes/1000; x₂ = number of baths; x₃ = lot size (sq ft × 1000); x₄ = living space (sq ft × 1000); x₅ = number of garage stalls; x₆ = number of rooms; x₇ = number of bedrooms; x₈ = age of home (years); x₉ = number of fireplaces.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6"/>
        <w:gridCol w:w="1007"/>
        <w:gridCol w:w="1006"/>
        <w:gridCol w:w="1008"/>
        <w:gridCol w:w="1008"/>
        <w:gridCol w:w="1007"/>
        <w:gridCol w:w="1007"/>
        <w:gridCol w:w="1007"/>
        <w:gridCol w:w="1007"/>
        <w:gridCol w:w="1007"/>
      </w:tblGrid>
      <w:tr w:rsidR="00061C05" w:rsidRPr="00324442" w14:paraId="0CD18C74" w14:textId="77777777">
        <w:trPr>
          <w:jc w:val="center"/>
        </w:trPr>
        <w:tc>
          <w:tcPr>
            <w:tcW w:w="1008" w:type="dxa"/>
            <w:shd w:val="clear" w:color="auto" w:fill="D9E2F3"/>
            <w:vAlign w:val="center"/>
          </w:tcPr>
          <w:p w14:paraId="621F97E6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b/>
                <w:sz w:val="24"/>
                <w:szCs w:val="24"/>
              </w:rPr>
              <w:t>y</w:t>
            </w:r>
          </w:p>
        </w:tc>
        <w:tc>
          <w:tcPr>
            <w:tcW w:w="1008" w:type="dxa"/>
            <w:shd w:val="clear" w:color="auto" w:fill="D9E2F3"/>
            <w:vAlign w:val="center"/>
          </w:tcPr>
          <w:p w14:paraId="71132E0A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b/>
                <w:sz w:val="24"/>
                <w:szCs w:val="24"/>
              </w:rPr>
              <w:t>x₁</w:t>
            </w:r>
          </w:p>
        </w:tc>
        <w:tc>
          <w:tcPr>
            <w:tcW w:w="1008" w:type="dxa"/>
            <w:shd w:val="clear" w:color="auto" w:fill="D9E2F3"/>
            <w:vAlign w:val="center"/>
          </w:tcPr>
          <w:p w14:paraId="07DA2D86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b/>
                <w:sz w:val="24"/>
                <w:szCs w:val="24"/>
              </w:rPr>
              <w:t>x₂</w:t>
            </w:r>
          </w:p>
        </w:tc>
        <w:tc>
          <w:tcPr>
            <w:tcW w:w="1008" w:type="dxa"/>
            <w:shd w:val="clear" w:color="auto" w:fill="D9E2F3"/>
            <w:vAlign w:val="center"/>
          </w:tcPr>
          <w:p w14:paraId="581112C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b/>
                <w:sz w:val="24"/>
                <w:szCs w:val="24"/>
              </w:rPr>
              <w:t>x₃</w:t>
            </w:r>
          </w:p>
        </w:tc>
        <w:tc>
          <w:tcPr>
            <w:tcW w:w="1008" w:type="dxa"/>
            <w:shd w:val="clear" w:color="auto" w:fill="D9E2F3"/>
            <w:vAlign w:val="center"/>
          </w:tcPr>
          <w:p w14:paraId="2209E609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b/>
                <w:sz w:val="24"/>
                <w:szCs w:val="24"/>
              </w:rPr>
              <w:t>x₄</w:t>
            </w:r>
          </w:p>
        </w:tc>
        <w:tc>
          <w:tcPr>
            <w:tcW w:w="1008" w:type="dxa"/>
            <w:shd w:val="clear" w:color="auto" w:fill="D9E2F3"/>
            <w:vAlign w:val="center"/>
          </w:tcPr>
          <w:p w14:paraId="70CAB24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b/>
                <w:sz w:val="24"/>
                <w:szCs w:val="24"/>
              </w:rPr>
              <w:t>x₅</w:t>
            </w:r>
          </w:p>
        </w:tc>
        <w:tc>
          <w:tcPr>
            <w:tcW w:w="1008" w:type="dxa"/>
            <w:shd w:val="clear" w:color="auto" w:fill="D9E2F3"/>
            <w:vAlign w:val="center"/>
          </w:tcPr>
          <w:p w14:paraId="2B25FA74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b/>
                <w:sz w:val="24"/>
                <w:szCs w:val="24"/>
              </w:rPr>
              <w:t>x₆</w:t>
            </w:r>
          </w:p>
        </w:tc>
        <w:tc>
          <w:tcPr>
            <w:tcW w:w="1008" w:type="dxa"/>
            <w:shd w:val="clear" w:color="auto" w:fill="D9E2F3"/>
            <w:vAlign w:val="center"/>
          </w:tcPr>
          <w:p w14:paraId="6B05F181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b/>
                <w:sz w:val="24"/>
                <w:szCs w:val="24"/>
              </w:rPr>
              <w:t>x₇</w:t>
            </w:r>
          </w:p>
        </w:tc>
        <w:tc>
          <w:tcPr>
            <w:tcW w:w="1008" w:type="dxa"/>
            <w:shd w:val="clear" w:color="auto" w:fill="D9E2F3"/>
            <w:vAlign w:val="center"/>
          </w:tcPr>
          <w:p w14:paraId="5E0ED8FF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b/>
                <w:sz w:val="24"/>
                <w:szCs w:val="24"/>
              </w:rPr>
              <w:t>x₈</w:t>
            </w:r>
          </w:p>
        </w:tc>
        <w:tc>
          <w:tcPr>
            <w:tcW w:w="1008" w:type="dxa"/>
            <w:shd w:val="clear" w:color="auto" w:fill="D9E2F3"/>
            <w:vAlign w:val="center"/>
          </w:tcPr>
          <w:p w14:paraId="7AA7A77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b/>
                <w:sz w:val="24"/>
                <w:szCs w:val="24"/>
              </w:rPr>
              <w:t>x₉</w:t>
            </w:r>
          </w:p>
        </w:tc>
      </w:tr>
      <w:tr w:rsidR="00061C05" w:rsidRPr="00324442" w14:paraId="66330822" w14:textId="77777777">
        <w:trPr>
          <w:jc w:val="center"/>
        </w:trPr>
        <w:tc>
          <w:tcPr>
            <w:tcW w:w="1008" w:type="dxa"/>
            <w:vAlign w:val="center"/>
          </w:tcPr>
          <w:p w14:paraId="5E06056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25.9</w:t>
            </w:r>
          </w:p>
        </w:tc>
        <w:tc>
          <w:tcPr>
            <w:tcW w:w="1008" w:type="dxa"/>
            <w:vAlign w:val="center"/>
          </w:tcPr>
          <w:p w14:paraId="2809E9E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4.9176</w:t>
            </w:r>
          </w:p>
        </w:tc>
        <w:tc>
          <w:tcPr>
            <w:tcW w:w="1008" w:type="dxa"/>
            <w:vAlign w:val="center"/>
          </w:tcPr>
          <w:p w14:paraId="1F601B11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44FB193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3.4720</w:t>
            </w:r>
          </w:p>
        </w:tc>
        <w:tc>
          <w:tcPr>
            <w:tcW w:w="1008" w:type="dxa"/>
            <w:vAlign w:val="center"/>
          </w:tcPr>
          <w:p w14:paraId="70033C1A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0.9980</w:t>
            </w:r>
          </w:p>
        </w:tc>
        <w:tc>
          <w:tcPr>
            <w:tcW w:w="1008" w:type="dxa"/>
            <w:vAlign w:val="center"/>
          </w:tcPr>
          <w:p w14:paraId="4725AB94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0B34297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008" w:type="dxa"/>
            <w:vAlign w:val="center"/>
          </w:tcPr>
          <w:p w14:paraId="6B271510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008" w:type="dxa"/>
            <w:vAlign w:val="center"/>
          </w:tcPr>
          <w:p w14:paraId="5560036B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1008" w:type="dxa"/>
            <w:vAlign w:val="center"/>
          </w:tcPr>
          <w:p w14:paraId="5F6FFC68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061C05" w:rsidRPr="00324442" w14:paraId="0BF38751" w14:textId="77777777">
        <w:trPr>
          <w:jc w:val="center"/>
        </w:trPr>
        <w:tc>
          <w:tcPr>
            <w:tcW w:w="1008" w:type="dxa"/>
            <w:vAlign w:val="center"/>
          </w:tcPr>
          <w:p w14:paraId="4ECBDED6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29.5</w:t>
            </w:r>
          </w:p>
        </w:tc>
        <w:tc>
          <w:tcPr>
            <w:tcW w:w="1008" w:type="dxa"/>
            <w:vAlign w:val="center"/>
          </w:tcPr>
          <w:p w14:paraId="7E309373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5.0208</w:t>
            </w:r>
          </w:p>
        </w:tc>
        <w:tc>
          <w:tcPr>
            <w:tcW w:w="1008" w:type="dxa"/>
            <w:vAlign w:val="center"/>
          </w:tcPr>
          <w:p w14:paraId="2895AF92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117D333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3.5310</w:t>
            </w:r>
          </w:p>
        </w:tc>
        <w:tc>
          <w:tcPr>
            <w:tcW w:w="1008" w:type="dxa"/>
            <w:vAlign w:val="center"/>
          </w:tcPr>
          <w:p w14:paraId="0B223074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1.5000</w:t>
            </w:r>
          </w:p>
        </w:tc>
        <w:tc>
          <w:tcPr>
            <w:tcW w:w="1008" w:type="dxa"/>
            <w:vAlign w:val="center"/>
          </w:tcPr>
          <w:p w14:paraId="39A98E7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2.0</w:t>
            </w:r>
          </w:p>
        </w:tc>
        <w:tc>
          <w:tcPr>
            <w:tcW w:w="1008" w:type="dxa"/>
            <w:vAlign w:val="center"/>
          </w:tcPr>
          <w:p w14:paraId="38CB00D0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008" w:type="dxa"/>
            <w:vAlign w:val="center"/>
          </w:tcPr>
          <w:p w14:paraId="5EEAEB06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008" w:type="dxa"/>
            <w:vAlign w:val="center"/>
          </w:tcPr>
          <w:p w14:paraId="75473F9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62</w:t>
            </w:r>
          </w:p>
        </w:tc>
        <w:tc>
          <w:tcPr>
            <w:tcW w:w="1008" w:type="dxa"/>
            <w:vAlign w:val="center"/>
          </w:tcPr>
          <w:p w14:paraId="49603C3B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061C05" w:rsidRPr="00324442" w14:paraId="2EC9D0FC" w14:textId="77777777">
        <w:trPr>
          <w:jc w:val="center"/>
        </w:trPr>
        <w:tc>
          <w:tcPr>
            <w:tcW w:w="1008" w:type="dxa"/>
            <w:vAlign w:val="center"/>
          </w:tcPr>
          <w:p w14:paraId="189AE6C6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27.9</w:t>
            </w:r>
          </w:p>
        </w:tc>
        <w:tc>
          <w:tcPr>
            <w:tcW w:w="1008" w:type="dxa"/>
            <w:vAlign w:val="center"/>
          </w:tcPr>
          <w:p w14:paraId="09940430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4.5429</w:t>
            </w:r>
          </w:p>
        </w:tc>
        <w:tc>
          <w:tcPr>
            <w:tcW w:w="1008" w:type="dxa"/>
            <w:vAlign w:val="center"/>
          </w:tcPr>
          <w:p w14:paraId="0E715924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2D757A4B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2.2750</w:t>
            </w:r>
          </w:p>
        </w:tc>
        <w:tc>
          <w:tcPr>
            <w:tcW w:w="1008" w:type="dxa"/>
            <w:vAlign w:val="center"/>
          </w:tcPr>
          <w:p w14:paraId="0EE15C4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1.1750</w:t>
            </w:r>
          </w:p>
        </w:tc>
        <w:tc>
          <w:tcPr>
            <w:tcW w:w="1008" w:type="dxa"/>
            <w:vAlign w:val="center"/>
          </w:tcPr>
          <w:p w14:paraId="769DB8C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1BC691D9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008" w:type="dxa"/>
            <w:vAlign w:val="center"/>
          </w:tcPr>
          <w:p w14:paraId="2BD5E65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vAlign w:val="center"/>
          </w:tcPr>
          <w:p w14:paraId="47F3178F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008" w:type="dxa"/>
            <w:vAlign w:val="center"/>
          </w:tcPr>
          <w:p w14:paraId="53DBB55F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061C05" w:rsidRPr="00324442" w14:paraId="667C1197" w14:textId="77777777">
        <w:trPr>
          <w:jc w:val="center"/>
        </w:trPr>
        <w:tc>
          <w:tcPr>
            <w:tcW w:w="1008" w:type="dxa"/>
            <w:vAlign w:val="center"/>
          </w:tcPr>
          <w:p w14:paraId="0F63145D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25.9</w:t>
            </w:r>
          </w:p>
        </w:tc>
        <w:tc>
          <w:tcPr>
            <w:tcW w:w="1008" w:type="dxa"/>
            <w:vAlign w:val="center"/>
          </w:tcPr>
          <w:p w14:paraId="6710EBD4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4.5573</w:t>
            </w:r>
          </w:p>
        </w:tc>
        <w:tc>
          <w:tcPr>
            <w:tcW w:w="1008" w:type="dxa"/>
            <w:vAlign w:val="center"/>
          </w:tcPr>
          <w:p w14:paraId="0F341F20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5D9AD2CF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4.0500</w:t>
            </w:r>
          </w:p>
        </w:tc>
        <w:tc>
          <w:tcPr>
            <w:tcW w:w="1008" w:type="dxa"/>
            <w:vAlign w:val="center"/>
          </w:tcPr>
          <w:p w14:paraId="17963448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1.2320</w:t>
            </w:r>
          </w:p>
        </w:tc>
        <w:tc>
          <w:tcPr>
            <w:tcW w:w="1008" w:type="dxa"/>
            <w:vAlign w:val="center"/>
          </w:tcPr>
          <w:p w14:paraId="786062E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24BF3354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008" w:type="dxa"/>
            <w:vAlign w:val="center"/>
          </w:tcPr>
          <w:p w14:paraId="5620D749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vAlign w:val="center"/>
          </w:tcPr>
          <w:p w14:paraId="44EFE71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54</w:t>
            </w:r>
          </w:p>
        </w:tc>
        <w:tc>
          <w:tcPr>
            <w:tcW w:w="1008" w:type="dxa"/>
            <w:vAlign w:val="center"/>
          </w:tcPr>
          <w:p w14:paraId="4280E91F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061C05" w:rsidRPr="00324442" w14:paraId="6B34D0AA" w14:textId="77777777">
        <w:trPr>
          <w:jc w:val="center"/>
        </w:trPr>
        <w:tc>
          <w:tcPr>
            <w:tcW w:w="1008" w:type="dxa"/>
            <w:vAlign w:val="center"/>
          </w:tcPr>
          <w:p w14:paraId="40BBCB10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29.9</w:t>
            </w:r>
          </w:p>
        </w:tc>
        <w:tc>
          <w:tcPr>
            <w:tcW w:w="1008" w:type="dxa"/>
            <w:vAlign w:val="center"/>
          </w:tcPr>
          <w:p w14:paraId="7F69EC4A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5.0597</w:t>
            </w:r>
          </w:p>
        </w:tc>
        <w:tc>
          <w:tcPr>
            <w:tcW w:w="1008" w:type="dxa"/>
            <w:vAlign w:val="center"/>
          </w:tcPr>
          <w:p w14:paraId="1D9ADE0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594471DB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4.4550</w:t>
            </w:r>
          </w:p>
        </w:tc>
        <w:tc>
          <w:tcPr>
            <w:tcW w:w="1008" w:type="dxa"/>
            <w:vAlign w:val="center"/>
          </w:tcPr>
          <w:p w14:paraId="31D0CB0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1.1210</w:t>
            </w:r>
          </w:p>
        </w:tc>
        <w:tc>
          <w:tcPr>
            <w:tcW w:w="1008" w:type="dxa"/>
            <w:vAlign w:val="center"/>
          </w:tcPr>
          <w:p w14:paraId="320AB28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5F6FA1B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008" w:type="dxa"/>
            <w:vAlign w:val="center"/>
          </w:tcPr>
          <w:p w14:paraId="589C8814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vAlign w:val="center"/>
          </w:tcPr>
          <w:p w14:paraId="081D5EDB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1008" w:type="dxa"/>
            <w:vAlign w:val="center"/>
          </w:tcPr>
          <w:p w14:paraId="69CCA723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061C05" w:rsidRPr="00324442" w14:paraId="4873E3DF" w14:textId="77777777">
        <w:trPr>
          <w:jc w:val="center"/>
        </w:trPr>
        <w:tc>
          <w:tcPr>
            <w:tcW w:w="1008" w:type="dxa"/>
            <w:vAlign w:val="center"/>
          </w:tcPr>
          <w:p w14:paraId="6435F9A0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29.9</w:t>
            </w:r>
          </w:p>
        </w:tc>
        <w:tc>
          <w:tcPr>
            <w:tcW w:w="1008" w:type="dxa"/>
            <w:vAlign w:val="center"/>
          </w:tcPr>
          <w:p w14:paraId="05B65050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3.8910</w:t>
            </w:r>
          </w:p>
        </w:tc>
        <w:tc>
          <w:tcPr>
            <w:tcW w:w="1008" w:type="dxa"/>
            <w:vAlign w:val="center"/>
          </w:tcPr>
          <w:p w14:paraId="3E33B0BB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600FBB1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4.4550</w:t>
            </w:r>
          </w:p>
        </w:tc>
        <w:tc>
          <w:tcPr>
            <w:tcW w:w="1008" w:type="dxa"/>
            <w:vAlign w:val="center"/>
          </w:tcPr>
          <w:p w14:paraId="5689544B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0.9880</w:t>
            </w:r>
          </w:p>
        </w:tc>
        <w:tc>
          <w:tcPr>
            <w:tcW w:w="1008" w:type="dxa"/>
            <w:vAlign w:val="center"/>
          </w:tcPr>
          <w:p w14:paraId="6D73B382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0ABA8282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008" w:type="dxa"/>
            <w:vAlign w:val="center"/>
          </w:tcPr>
          <w:p w14:paraId="302D6781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vAlign w:val="center"/>
          </w:tcPr>
          <w:p w14:paraId="58E89521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008" w:type="dxa"/>
            <w:vAlign w:val="center"/>
          </w:tcPr>
          <w:p w14:paraId="6DAE07F3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061C05" w:rsidRPr="00324442" w14:paraId="463F5992" w14:textId="77777777">
        <w:trPr>
          <w:jc w:val="center"/>
        </w:trPr>
        <w:tc>
          <w:tcPr>
            <w:tcW w:w="1008" w:type="dxa"/>
            <w:vAlign w:val="center"/>
          </w:tcPr>
          <w:p w14:paraId="20F9BFC0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30.9</w:t>
            </w:r>
          </w:p>
        </w:tc>
        <w:tc>
          <w:tcPr>
            <w:tcW w:w="1008" w:type="dxa"/>
            <w:vAlign w:val="center"/>
          </w:tcPr>
          <w:p w14:paraId="283DE52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5.8980</w:t>
            </w:r>
          </w:p>
        </w:tc>
        <w:tc>
          <w:tcPr>
            <w:tcW w:w="1008" w:type="dxa"/>
            <w:vAlign w:val="center"/>
          </w:tcPr>
          <w:p w14:paraId="698C7F5A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4DFE816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5.8500</w:t>
            </w:r>
          </w:p>
        </w:tc>
        <w:tc>
          <w:tcPr>
            <w:tcW w:w="1008" w:type="dxa"/>
            <w:vAlign w:val="center"/>
          </w:tcPr>
          <w:p w14:paraId="37B720DD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1.2400</w:t>
            </w:r>
          </w:p>
        </w:tc>
        <w:tc>
          <w:tcPr>
            <w:tcW w:w="1008" w:type="dxa"/>
            <w:vAlign w:val="center"/>
          </w:tcPr>
          <w:p w14:paraId="07748CF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1D508892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008" w:type="dxa"/>
            <w:vAlign w:val="center"/>
          </w:tcPr>
          <w:p w14:paraId="3593FC4A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vAlign w:val="center"/>
          </w:tcPr>
          <w:p w14:paraId="09428604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1008" w:type="dxa"/>
            <w:vAlign w:val="center"/>
          </w:tcPr>
          <w:p w14:paraId="581C06D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61C05" w:rsidRPr="00324442" w14:paraId="5D43E133" w14:textId="77777777">
        <w:trPr>
          <w:jc w:val="center"/>
        </w:trPr>
        <w:tc>
          <w:tcPr>
            <w:tcW w:w="1008" w:type="dxa"/>
            <w:vAlign w:val="center"/>
          </w:tcPr>
          <w:p w14:paraId="075C0C5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28.9</w:t>
            </w:r>
          </w:p>
        </w:tc>
        <w:tc>
          <w:tcPr>
            <w:tcW w:w="1008" w:type="dxa"/>
            <w:vAlign w:val="center"/>
          </w:tcPr>
          <w:p w14:paraId="7152E27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5.6039</w:t>
            </w:r>
          </w:p>
        </w:tc>
        <w:tc>
          <w:tcPr>
            <w:tcW w:w="1008" w:type="dxa"/>
            <w:vAlign w:val="center"/>
          </w:tcPr>
          <w:p w14:paraId="13C7B0AD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6ED19976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9.5200</w:t>
            </w:r>
          </w:p>
        </w:tc>
        <w:tc>
          <w:tcPr>
            <w:tcW w:w="1008" w:type="dxa"/>
            <w:vAlign w:val="center"/>
          </w:tcPr>
          <w:p w14:paraId="79F9420B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1.5010</w:t>
            </w:r>
          </w:p>
        </w:tc>
        <w:tc>
          <w:tcPr>
            <w:tcW w:w="1008" w:type="dxa"/>
            <w:vAlign w:val="center"/>
          </w:tcPr>
          <w:p w14:paraId="6A679BB3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0.0</w:t>
            </w:r>
          </w:p>
        </w:tc>
        <w:tc>
          <w:tcPr>
            <w:tcW w:w="1008" w:type="dxa"/>
            <w:vAlign w:val="center"/>
          </w:tcPr>
          <w:p w14:paraId="23CD1E09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008" w:type="dxa"/>
            <w:vAlign w:val="center"/>
          </w:tcPr>
          <w:p w14:paraId="0F060A5A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vAlign w:val="center"/>
          </w:tcPr>
          <w:p w14:paraId="75C7D251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1008" w:type="dxa"/>
            <w:vAlign w:val="center"/>
          </w:tcPr>
          <w:p w14:paraId="0DDC736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061C05" w:rsidRPr="00324442" w14:paraId="10DD77A6" w14:textId="77777777">
        <w:trPr>
          <w:jc w:val="center"/>
        </w:trPr>
        <w:tc>
          <w:tcPr>
            <w:tcW w:w="1008" w:type="dxa"/>
            <w:vAlign w:val="center"/>
          </w:tcPr>
          <w:p w14:paraId="102356D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35.9</w:t>
            </w:r>
          </w:p>
        </w:tc>
        <w:tc>
          <w:tcPr>
            <w:tcW w:w="1008" w:type="dxa"/>
            <w:vAlign w:val="center"/>
          </w:tcPr>
          <w:p w14:paraId="36C8475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5.8282</w:t>
            </w:r>
          </w:p>
        </w:tc>
        <w:tc>
          <w:tcPr>
            <w:tcW w:w="1008" w:type="dxa"/>
            <w:vAlign w:val="center"/>
          </w:tcPr>
          <w:p w14:paraId="3C665D8D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3E1FCEDA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6.4350</w:t>
            </w:r>
          </w:p>
        </w:tc>
        <w:tc>
          <w:tcPr>
            <w:tcW w:w="1008" w:type="dxa"/>
            <w:vAlign w:val="center"/>
          </w:tcPr>
          <w:p w14:paraId="654F58D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1.2250</w:t>
            </w:r>
          </w:p>
        </w:tc>
        <w:tc>
          <w:tcPr>
            <w:tcW w:w="1008" w:type="dxa"/>
            <w:vAlign w:val="center"/>
          </w:tcPr>
          <w:p w14:paraId="3010DDB1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2.0</w:t>
            </w:r>
          </w:p>
        </w:tc>
        <w:tc>
          <w:tcPr>
            <w:tcW w:w="1008" w:type="dxa"/>
            <w:vAlign w:val="center"/>
          </w:tcPr>
          <w:p w14:paraId="1215AD1D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008" w:type="dxa"/>
            <w:vAlign w:val="center"/>
          </w:tcPr>
          <w:p w14:paraId="649EF4E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vAlign w:val="center"/>
          </w:tcPr>
          <w:p w14:paraId="4125DA58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1008" w:type="dxa"/>
            <w:vAlign w:val="center"/>
          </w:tcPr>
          <w:p w14:paraId="6436440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061C05" w:rsidRPr="00324442" w14:paraId="21218B69" w14:textId="77777777">
        <w:trPr>
          <w:jc w:val="center"/>
        </w:trPr>
        <w:tc>
          <w:tcPr>
            <w:tcW w:w="1008" w:type="dxa"/>
            <w:vAlign w:val="center"/>
          </w:tcPr>
          <w:p w14:paraId="1B43D560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31.5</w:t>
            </w:r>
          </w:p>
        </w:tc>
        <w:tc>
          <w:tcPr>
            <w:tcW w:w="1008" w:type="dxa"/>
            <w:vAlign w:val="center"/>
          </w:tcPr>
          <w:p w14:paraId="145D94F3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5.3003</w:t>
            </w:r>
          </w:p>
        </w:tc>
        <w:tc>
          <w:tcPr>
            <w:tcW w:w="1008" w:type="dxa"/>
            <w:vAlign w:val="center"/>
          </w:tcPr>
          <w:p w14:paraId="6527F648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49201759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4.9883</w:t>
            </w:r>
          </w:p>
        </w:tc>
        <w:tc>
          <w:tcPr>
            <w:tcW w:w="1008" w:type="dxa"/>
            <w:vAlign w:val="center"/>
          </w:tcPr>
          <w:p w14:paraId="6F2CA073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1.5520</w:t>
            </w:r>
          </w:p>
        </w:tc>
        <w:tc>
          <w:tcPr>
            <w:tcW w:w="1008" w:type="dxa"/>
            <w:vAlign w:val="center"/>
          </w:tcPr>
          <w:p w14:paraId="1E1443E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0A7EC75F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008" w:type="dxa"/>
            <w:vAlign w:val="center"/>
          </w:tcPr>
          <w:p w14:paraId="3CB34D0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vAlign w:val="center"/>
          </w:tcPr>
          <w:p w14:paraId="459F8E6A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008" w:type="dxa"/>
            <w:vAlign w:val="center"/>
          </w:tcPr>
          <w:p w14:paraId="1527562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061C05" w:rsidRPr="00324442" w14:paraId="347CD5A8" w14:textId="77777777">
        <w:trPr>
          <w:jc w:val="center"/>
        </w:trPr>
        <w:tc>
          <w:tcPr>
            <w:tcW w:w="1008" w:type="dxa"/>
            <w:vAlign w:val="center"/>
          </w:tcPr>
          <w:p w14:paraId="1EEE022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31.0</w:t>
            </w:r>
          </w:p>
        </w:tc>
        <w:tc>
          <w:tcPr>
            <w:tcW w:w="1008" w:type="dxa"/>
            <w:vAlign w:val="center"/>
          </w:tcPr>
          <w:p w14:paraId="2BD659A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6.2712</w:t>
            </w:r>
          </w:p>
        </w:tc>
        <w:tc>
          <w:tcPr>
            <w:tcW w:w="1008" w:type="dxa"/>
            <w:vAlign w:val="center"/>
          </w:tcPr>
          <w:p w14:paraId="593B402D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5119E1A0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5.5200</w:t>
            </w:r>
          </w:p>
        </w:tc>
        <w:tc>
          <w:tcPr>
            <w:tcW w:w="1008" w:type="dxa"/>
            <w:vAlign w:val="center"/>
          </w:tcPr>
          <w:p w14:paraId="68F1AAD0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0.9750</w:t>
            </w:r>
          </w:p>
        </w:tc>
        <w:tc>
          <w:tcPr>
            <w:tcW w:w="1008" w:type="dxa"/>
            <w:vAlign w:val="center"/>
          </w:tcPr>
          <w:p w14:paraId="1A32D8CA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2BB36E16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008" w:type="dxa"/>
            <w:vAlign w:val="center"/>
          </w:tcPr>
          <w:p w14:paraId="1D931E62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vAlign w:val="center"/>
          </w:tcPr>
          <w:p w14:paraId="300147A8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008" w:type="dxa"/>
            <w:vAlign w:val="center"/>
          </w:tcPr>
          <w:p w14:paraId="3C26B86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061C05" w:rsidRPr="00324442" w14:paraId="738EA6C3" w14:textId="77777777">
        <w:trPr>
          <w:jc w:val="center"/>
        </w:trPr>
        <w:tc>
          <w:tcPr>
            <w:tcW w:w="1008" w:type="dxa"/>
            <w:vAlign w:val="center"/>
          </w:tcPr>
          <w:p w14:paraId="341D5524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30.9</w:t>
            </w:r>
          </w:p>
        </w:tc>
        <w:tc>
          <w:tcPr>
            <w:tcW w:w="1008" w:type="dxa"/>
            <w:vAlign w:val="center"/>
          </w:tcPr>
          <w:p w14:paraId="64580803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5.9592</w:t>
            </w:r>
          </w:p>
        </w:tc>
        <w:tc>
          <w:tcPr>
            <w:tcW w:w="1008" w:type="dxa"/>
            <w:vAlign w:val="center"/>
          </w:tcPr>
          <w:p w14:paraId="2038554D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2C2D2844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6.6660</w:t>
            </w:r>
          </w:p>
        </w:tc>
        <w:tc>
          <w:tcPr>
            <w:tcW w:w="1008" w:type="dxa"/>
            <w:vAlign w:val="center"/>
          </w:tcPr>
          <w:p w14:paraId="5B6E8282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1.1210</w:t>
            </w:r>
          </w:p>
        </w:tc>
        <w:tc>
          <w:tcPr>
            <w:tcW w:w="1008" w:type="dxa"/>
            <w:vAlign w:val="center"/>
          </w:tcPr>
          <w:p w14:paraId="39918BD8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2.0</w:t>
            </w:r>
          </w:p>
        </w:tc>
        <w:tc>
          <w:tcPr>
            <w:tcW w:w="1008" w:type="dxa"/>
            <w:vAlign w:val="center"/>
          </w:tcPr>
          <w:p w14:paraId="1FAEB669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008" w:type="dxa"/>
            <w:vAlign w:val="center"/>
          </w:tcPr>
          <w:p w14:paraId="0C98A4ED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vAlign w:val="center"/>
          </w:tcPr>
          <w:p w14:paraId="56FBD636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1008" w:type="dxa"/>
            <w:vAlign w:val="center"/>
          </w:tcPr>
          <w:p w14:paraId="1655C5B6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061C05" w:rsidRPr="00324442" w14:paraId="31D2129D" w14:textId="77777777">
        <w:trPr>
          <w:jc w:val="center"/>
        </w:trPr>
        <w:tc>
          <w:tcPr>
            <w:tcW w:w="1008" w:type="dxa"/>
            <w:vAlign w:val="center"/>
          </w:tcPr>
          <w:p w14:paraId="42A08A44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30.0</w:t>
            </w:r>
          </w:p>
        </w:tc>
        <w:tc>
          <w:tcPr>
            <w:tcW w:w="1008" w:type="dxa"/>
            <w:vAlign w:val="center"/>
          </w:tcPr>
          <w:p w14:paraId="23E51D1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5.0500</w:t>
            </w:r>
          </w:p>
        </w:tc>
        <w:tc>
          <w:tcPr>
            <w:tcW w:w="1008" w:type="dxa"/>
            <w:vAlign w:val="center"/>
          </w:tcPr>
          <w:p w14:paraId="279A7CD0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6CB2EF88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5.0000</w:t>
            </w:r>
          </w:p>
        </w:tc>
        <w:tc>
          <w:tcPr>
            <w:tcW w:w="1008" w:type="dxa"/>
            <w:vAlign w:val="center"/>
          </w:tcPr>
          <w:p w14:paraId="279C288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1.0200</w:t>
            </w:r>
          </w:p>
        </w:tc>
        <w:tc>
          <w:tcPr>
            <w:tcW w:w="1008" w:type="dxa"/>
            <w:vAlign w:val="center"/>
          </w:tcPr>
          <w:p w14:paraId="2CCC4B2B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0.0</w:t>
            </w:r>
          </w:p>
        </w:tc>
        <w:tc>
          <w:tcPr>
            <w:tcW w:w="1008" w:type="dxa"/>
            <w:vAlign w:val="center"/>
          </w:tcPr>
          <w:p w14:paraId="346C6EF6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008" w:type="dxa"/>
            <w:vAlign w:val="center"/>
          </w:tcPr>
          <w:p w14:paraId="3EE9B201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vAlign w:val="center"/>
          </w:tcPr>
          <w:p w14:paraId="265E93A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1008" w:type="dxa"/>
            <w:vAlign w:val="center"/>
          </w:tcPr>
          <w:p w14:paraId="1553257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61C05" w:rsidRPr="00324442" w14:paraId="2746D0E0" w14:textId="77777777">
        <w:trPr>
          <w:jc w:val="center"/>
        </w:trPr>
        <w:tc>
          <w:tcPr>
            <w:tcW w:w="1008" w:type="dxa"/>
            <w:vAlign w:val="center"/>
          </w:tcPr>
          <w:p w14:paraId="6320E19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36.9</w:t>
            </w:r>
          </w:p>
        </w:tc>
        <w:tc>
          <w:tcPr>
            <w:tcW w:w="1008" w:type="dxa"/>
            <w:vAlign w:val="center"/>
          </w:tcPr>
          <w:p w14:paraId="7F7AF514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8.2464</w:t>
            </w:r>
          </w:p>
        </w:tc>
        <w:tc>
          <w:tcPr>
            <w:tcW w:w="1008" w:type="dxa"/>
            <w:vAlign w:val="center"/>
          </w:tcPr>
          <w:p w14:paraId="2B190C4F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1.5</w:t>
            </w:r>
          </w:p>
        </w:tc>
        <w:tc>
          <w:tcPr>
            <w:tcW w:w="1008" w:type="dxa"/>
            <w:vAlign w:val="center"/>
          </w:tcPr>
          <w:p w14:paraId="7AF9F8E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5.1500</w:t>
            </w:r>
          </w:p>
        </w:tc>
        <w:tc>
          <w:tcPr>
            <w:tcW w:w="1008" w:type="dxa"/>
            <w:vAlign w:val="center"/>
          </w:tcPr>
          <w:p w14:paraId="62CEBDB0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1.6640</w:t>
            </w:r>
          </w:p>
        </w:tc>
        <w:tc>
          <w:tcPr>
            <w:tcW w:w="1008" w:type="dxa"/>
            <w:vAlign w:val="center"/>
          </w:tcPr>
          <w:p w14:paraId="304FE7DF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2.0</w:t>
            </w:r>
          </w:p>
        </w:tc>
        <w:tc>
          <w:tcPr>
            <w:tcW w:w="1008" w:type="dxa"/>
            <w:vAlign w:val="center"/>
          </w:tcPr>
          <w:p w14:paraId="047F352D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008" w:type="dxa"/>
            <w:vAlign w:val="center"/>
          </w:tcPr>
          <w:p w14:paraId="1F27A6B0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008" w:type="dxa"/>
            <w:vAlign w:val="center"/>
          </w:tcPr>
          <w:p w14:paraId="4F326F46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008" w:type="dxa"/>
            <w:vAlign w:val="center"/>
          </w:tcPr>
          <w:p w14:paraId="5CE3B941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061C05" w:rsidRPr="00324442" w14:paraId="48D439D6" w14:textId="77777777">
        <w:trPr>
          <w:jc w:val="center"/>
        </w:trPr>
        <w:tc>
          <w:tcPr>
            <w:tcW w:w="1008" w:type="dxa"/>
            <w:vAlign w:val="center"/>
          </w:tcPr>
          <w:p w14:paraId="62C7E82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41.9</w:t>
            </w:r>
          </w:p>
        </w:tc>
        <w:tc>
          <w:tcPr>
            <w:tcW w:w="1008" w:type="dxa"/>
            <w:vAlign w:val="center"/>
          </w:tcPr>
          <w:p w14:paraId="2A231F81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6.6969</w:t>
            </w:r>
          </w:p>
        </w:tc>
        <w:tc>
          <w:tcPr>
            <w:tcW w:w="1008" w:type="dxa"/>
            <w:vAlign w:val="center"/>
          </w:tcPr>
          <w:p w14:paraId="207C55D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1.5</w:t>
            </w:r>
          </w:p>
        </w:tc>
        <w:tc>
          <w:tcPr>
            <w:tcW w:w="1008" w:type="dxa"/>
            <w:vAlign w:val="center"/>
          </w:tcPr>
          <w:p w14:paraId="5CF5882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6.9020</w:t>
            </w:r>
          </w:p>
        </w:tc>
        <w:tc>
          <w:tcPr>
            <w:tcW w:w="1008" w:type="dxa"/>
            <w:vAlign w:val="center"/>
          </w:tcPr>
          <w:p w14:paraId="5275D7E0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1.4880</w:t>
            </w:r>
          </w:p>
        </w:tc>
        <w:tc>
          <w:tcPr>
            <w:tcW w:w="1008" w:type="dxa"/>
            <w:vAlign w:val="center"/>
          </w:tcPr>
          <w:p w14:paraId="0DE788B1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1.5</w:t>
            </w:r>
          </w:p>
        </w:tc>
        <w:tc>
          <w:tcPr>
            <w:tcW w:w="1008" w:type="dxa"/>
            <w:vAlign w:val="center"/>
          </w:tcPr>
          <w:p w14:paraId="06739963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008" w:type="dxa"/>
            <w:vAlign w:val="center"/>
          </w:tcPr>
          <w:p w14:paraId="1BD02F74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vAlign w:val="center"/>
          </w:tcPr>
          <w:p w14:paraId="1CB9295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008" w:type="dxa"/>
            <w:vAlign w:val="center"/>
          </w:tcPr>
          <w:p w14:paraId="0674C5C8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61C05" w:rsidRPr="00324442" w14:paraId="18CF312B" w14:textId="77777777">
        <w:trPr>
          <w:jc w:val="center"/>
        </w:trPr>
        <w:tc>
          <w:tcPr>
            <w:tcW w:w="1008" w:type="dxa"/>
            <w:vAlign w:val="center"/>
          </w:tcPr>
          <w:p w14:paraId="10BB98B8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40.5</w:t>
            </w:r>
          </w:p>
        </w:tc>
        <w:tc>
          <w:tcPr>
            <w:tcW w:w="1008" w:type="dxa"/>
            <w:vAlign w:val="center"/>
          </w:tcPr>
          <w:p w14:paraId="07DE7362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7.7841</w:t>
            </w:r>
          </w:p>
        </w:tc>
        <w:tc>
          <w:tcPr>
            <w:tcW w:w="1008" w:type="dxa"/>
            <w:vAlign w:val="center"/>
          </w:tcPr>
          <w:p w14:paraId="7BFD345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1.5</w:t>
            </w:r>
          </w:p>
        </w:tc>
        <w:tc>
          <w:tcPr>
            <w:tcW w:w="1008" w:type="dxa"/>
            <w:vAlign w:val="center"/>
          </w:tcPr>
          <w:p w14:paraId="3BCDE138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7.1020</w:t>
            </w:r>
          </w:p>
        </w:tc>
        <w:tc>
          <w:tcPr>
            <w:tcW w:w="1008" w:type="dxa"/>
            <w:vAlign w:val="center"/>
          </w:tcPr>
          <w:p w14:paraId="644605A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1.3760</w:t>
            </w:r>
          </w:p>
        </w:tc>
        <w:tc>
          <w:tcPr>
            <w:tcW w:w="1008" w:type="dxa"/>
            <w:vAlign w:val="center"/>
          </w:tcPr>
          <w:p w14:paraId="6D5479A3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5CCB6078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008" w:type="dxa"/>
            <w:vAlign w:val="center"/>
          </w:tcPr>
          <w:p w14:paraId="0140B7F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vAlign w:val="center"/>
          </w:tcPr>
          <w:p w14:paraId="2ADEF09A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008" w:type="dxa"/>
            <w:vAlign w:val="center"/>
          </w:tcPr>
          <w:p w14:paraId="45C1044F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061C05" w:rsidRPr="00324442" w14:paraId="79750A03" w14:textId="77777777">
        <w:trPr>
          <w:jc w:val="center"/>
        </w:trPr>
        <w:tc>
          <w:tcPr>
            <w:tcW w:w="1008" w:type="dxa"/>
            <w:vAlign w:val="center"/>
          </w:tcPr>
          <w:p w14:paraId="5F9DEE0D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43.9</w:t>
            </w:r>
          </w:p>
        </w:tc>
        <w:tc>
          <w:tcPr>
            <w:tcW w:w="1008" w:type="dxa"/>
            <w:vAlign w:val="center"/>
          </w:tcPr>
          <w:p w14:paraId="48C241BD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9.0384</w:t>
            </w:r>
          </w:p>
        </w:tc>
        <w:tc>
          <w:tcPr>
            <w:tcW w:w="1008" w:type="dxa"/>
            <w:vAlign w:val="center"/>
          </w:tcPr>
          <w:p w14:paraId="5F60C168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1DE89324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7.8000</w:t>
            </w:r>
          </w:p>
        </w:tc>
        <w:tc>
          <w:tcPr>
            <w:tcW w:w="1008" w:type="dxa"/>
            <w:vAlign w:val="center"/>
          </w:tcPr>
          <w:p w14:paraId="7E61962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1.5000</w:t>
            </w:r>
          </w:p>
        </w:tc>
        <w:tc>
          <w:tcPr>
            <w:tcW w:w="1008" w:type="dxa"/>
            <w:vAlign w:val="center"/>
          </w:tcPr>
          <w:p w14:paraId="00CB553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008" w:type="dxa"/>
            <w:vAlign w:val="center"/>
          </w:tcPr>
          <w:p w14:paraId="13907459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008" w:type="dxa"/>
            <w:vAlign w:val="center"/>
          </w:tcPr>
          <w:p w14:paraId="27CC469D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vAlign w:val="center"/>
          </w:tcPr>
          <w:p w14:paraId="62BDB090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1008" w:type="dxa"/>
            <w:vAlign w:val="center"/>
          </w:tcPr>
          <w:p w14:paraId="222B7D5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061C05" w:rsidRPr="00324442" w14:paraId="0F391175" w14:textId="77777777">
        <w:trPr>
          <w:jc w:val="center"/>
        </w:trPr>
        <w:tc>
          <w:tcPr>
            <w:tcW w:w="1008" w:type="dxa"/>
            <w:vAlign w:val="center"/>
          </w:tcPr>
          <w:p w14:paraId="1A0DFBE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37.5</w:t>
            </w:r>
          </w:p>
        </w:tc>
        <w:tc>
          <w:tcPr>
            <w:tcW w:w="1008" w:type="dxa"/>
            <w:vAlign w:val="center"/>
          </w:tcPr>
          <w:p w14:paraId="25853BC3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5.9894</w:t>
            </w:r>
          </w:p>
        </w:tc>
        <w:tc>
          <w:tcPr>
            <w:tcW w:w="1008" w:type="dxa"/>
            <w:vAlign w:val="center"/>
          </w:tcPr>
          <w:p w14:paraId="03526AD4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0BD9095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5.5200</w:t>
            </w:r>
          </w:p>
        </w:tc>
        <w:tc>
          <w:tcPr>
            <w:tcW w:w="1008" w:type="dxa"/>
            <w:vAlign w:val="center"/>
          </w:tcPr>
          <w:p w14:paraId="2047ABD8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1.2560</w:t>
            </w:r>
          </w:p>
        </w:tc>
        <w:tc>
          <w:tcPr>
            <w:tcW w:w="1008" w:type="dxa"/>
            <w:vAlign w:val="center"/>
          </w:tcPr>
          <w:p w14:paraId="78983D2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2.0</w:t>
            </w:r>
          </w:p>
        </w:tc>
        <w:tc>
          <w:tcPr>
            <w:tcW w:w="1008" w:type="dxa"/>
            <w:vAlign w:val="center"/>
          </w:tcPr>
          <w:p w14:paraId="036EB489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008" w:type="dxa"/>
            <w:vAlign w:val="center"/>
          </w:tcPr>
          <w:p w14:paraId="49109FD8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vAlign w:val="center"/>
          </w:tcPr>
          <w:p w14:paraId="1DD1048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008" w:type="dxa"/>
            <w:vAlign w:val="center"/>
          </w:tcPr>
          <w:p w14:paraId="76A76776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61C05" w:rsidRPr="00324442" w14:paraId="73086656" w14:textId="77777777">
        <w:trPr>
          <w:jc w:val="center"/>
        </w:trPr>
        <w:tc>
          <w:tcPr>
            <w:tcW w:w="1008" w:type="dxa"/>
            <w:vAlign w:val="center"/>
          </w:tcPr>
          <w:p w14:paraId="1B5F6516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37.9</w:t>
            </w:r>
          </w:p>
        </w:tc>
        <w:tc>
          <w:tcPr>
            <w:tcW w:w="1008" w:type="dxa"/>
            <w:vAlign w:val="center"/>
          </w:tcPr>
          <w:p w14:paraId="35B5BD9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7.5422</w:t>
            </w:r>
          </w:p>
        </w:tc>
        <w:tc>
          <w:tcPr>
            <w:tcW w:w="1008" w:type="dxa"/>
            <w:vAlign w:val="center"/>
          </w:tcPr>
          <w:p w14:paraId="1836C6A3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1.5</w:t>
            </w:r>
          </w:p>
        </w:tc>
        <w:tc>
          <w:tcPr>
            <w:tcW w:w="1008" w:type="dxa"/>
            <w:vAlign w:val="center"/>
          </w:tcPr>
          <w:p w14:paraId="086F15F6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5.0000</w:t>
            </w:r>
          </w:p>
        </w:tc>
        <w:tc>
          <w:tcPr>
            <w:tcW w:w="1008" w:type="dxa"/>
            <w:vAlign w:val="center"/>
          </w:tcPr>
          <w:p w14:paraId="28AA416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1.6900</w:t>
            </w:r>
          </w:p>
        </w:tc>
        <w:tc>
          <w:tcPr>
            <w:tcW w:w="1008" w:type="dxa"/>
            <w:vAlign w:val="center"/>
          </w:tcPr>
          <w:p w14:paraId="269CE23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6BA030B9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008" w:type="dxa"/>
            <w:vAlign w:val="center"/>
          </w:tcPr>
          <w:p w14:paraId="7B7A1EF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vAlign w:val="center"/>
          </w:tcPr>
          <w:p w14:paraId="1703E4C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008" w:type="dxa"/>
            <w:vAlign w:val="center"/>
          </w:tcPr>
          <w:p w14:paraId="0B6D169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061C05" w:rsidRPr="00324442" w14:paraId="54B214D2" w14:textId="77777777">
        <w:trPr>
          <w:jc w:val="center"/>
        </w:trPr>
        <w:tc>
          <w:tcPr>
            <w:tcW w:w="1008" w:type="dxa"/>
            <w:vAlign w:val="center"/>
          </w:tcPr>
          <w:p w14:paraId="244AD606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44.5</w:t>
            </w:r>
          </w:p>
        </w:tc>
        <w:tc>
          <w:tcPr>
            <w:tcW w:w="1008" w:type="dxa"/>
            <w:vAlign w:val="center"/>
          </w:tcPr>
          <w:p w14:paraId="6601637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8.7951</w:t>
            </w:r>
          </w:p>
        </w:tc>
        <w:tc>
          <w:tcPr>
            <w:tcW w:w="1008" w:type="dxa"/>
            <w:vAlign w:val="center"/>
          </w:tcPr>
          <w:p w14:paraId="5E52C54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1.5</w:t>
            </w:r>
          </w:p>
        </w:tc>
        <w:tc>
          <w:tcPr>
            <w:tcW w:w="1008" w:type="dxa"/>
            <w:vAlign w:val="center"/>
          </w:tcPr>
          <w:p w14:paraId="2866C282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9.8900</w:t>
            </w:r>
          </w:p>
        </w:tc>
        <w:tc>
          <w:tcPr>
            <w:tcW w:w="1008" w:type="dxa"/>
            <w:vAlign w:val="center"/>
          </w:tcPr>
          <w:p w14:paraId="0940B1E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1.8200</w:t>
            </w:r>
          </w:p>
        </w:tc>
        <w:tc>
          <w:tcPr>
            <w:tcW w:w="1008" w:type="dxa"/>
            <w:vAlign w:val="center"/>
          </w:tcPr>
          <w:p w14:paraId="11F66329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2.0</w:t>
            </w:r>
          </w:p>
        </w:tc>
        <w:tc>
          <w:tcPr>
            <w:tcW w:w="1008" w:type="dxa"/>
            <w:vAlign w:val="center"/>
          </w:tcPr>
          <w:p w14:paraId="3446C6C1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008" w:type="dxa"/>
            <w:vAlign w:val="center"/>
          </w:tcPr>
          <w:p w14:paraId="1A43B00F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008" w:type="dxa"/>
            <w:vAlign w:val="center"/>
          </w:tcPr>
          <w:p w14:paraId="31C5F00A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008" w:type="dxa"/>
            <w:vAlign w:val="center"/>
          </w:tcPr>
          <w:p w14:paraId="11967924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61C05" w:rsidRPr="00324442" w14:paraId="4F1F2FA6" w14:textId="77777777">
        <w:trPr>
          <w:jc w:val="center"/>
        </w:trPr>
        <w:tc>
          <w:tcPr>
            <w:tcW w:w="1008" w:type="dxa"/>
            <w:vAlign w:val="center"/>
          </w:tcPr>
          <w:p w14:paraId="4ED5A5B6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37.9</w:t>
            </w:r>
          </w:p>
        </w:tc>
        <w:tc>
          <w:tcPr>
            <w:tcW w:w="1008" w:type="dxa"/>
            <w:vAlign w:val="center"/>
          </w:tcPr>
          <w:p w14:paraId="754326C2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6.0831</w:t>
            </w:r>
          </w:p>
        </w:tc>
        <w:tc>
          <w:tcPr>
            <w:tcW w:w="1008" w:type="dxa"/>
            <w:vAlign w:val="center"/>
          </w:tcPr>
          <w:p w14:paraId="2C32D30B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1.5</w:t>
            </w:r>
          </w:p>
        </w:tc>
        <w:tc>
          <w:tcPr>
            <w:tcW w:w="1008" w:type="dxa"/>
            <w:vAlign w:val="center"/>
          </w:tcPr>
          <w:p w14:paraId="34D71C7F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6.7265</w:t>
            </w:r>
          </w:p>
        </w:tc>
        <w:tc>
          <w:tcPr>
            <w:tcW w:w="1008" w:type="dxa"/>
            <w:vAlign w:val="center"/>
          </w:tcPr>
          <w:p w14:paraId="3B6D0343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1.6520</w:t>
            </w:r>
          </w:p>
        </w:tc>
        <w:tc>
          <w:tcPr>
            <w:tcW w:w="1008" w:type="dxa"/>
            <w:vAlign w:val="center"/>
          </w:tcPr>
          <w:p w14:paraId="6022F3F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37F6F1CD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008" w:type="dxa"/>
            <w:vAlign w:val="center"/>
          </w:tcPr>
          <w:p w14:paraId="17A7047D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vAlign w:val="center"/>
          </w:tcPr>
          <w:p w14:paraId="7D640008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44</w:t>
            </w:r>
          </w:p>
        </w:tc>
        <w:tc>
          <w:tcPr>
            <w:tcW w:w="1008" w:type="dxa"/>
            <w:vAlign w:val="center"/>
          </w:tcPr>
          <w:p w14:paraId="00621DD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061C05" w:rsidRPr="00324442" w14:paraId="748E6019" w14:textId="77777777">
        <w:trPr>
          <w:jc w:val="center"/>
        </w:trPr>
        <w:tc>
          <w:tcPr>
            <w:tcW w:w="1008" w:type="dxa"/>
            <w:vAlign w:val="center"/>
          </w:tcPr>
          <w:p w14:paraId="7A73C0C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38.9</w:t>
            </w:r>
          </w:p>
        </w:tc>
        <w:tc>
          <w:tcPr>
            <w:tcW w:w="1008" w:type="dxa"/>
            <w:vAlign w:val="center"/>
          </w:tcPr>
          <w:p w14:paraId="45B799D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8.3607</w:t>
            </w:r>
          </w:p>
        </w:tc>
        <w:tc>
          <w:tcPr>
            <w:tcW w:w="1008" w:type="dxa"/>
            <w:vAlign w:val="center"/>
          </w:tcPr>
          <w:p w14:paraId="2F959736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1.5</w:t>
            </w:r>
          </w:p>
        </w:tc>
        <w:tc>
          <w:tcPr>
            <w:tcW w:w="1008" w:type="dxa"/>
            <w:vAlign w:val="center"/>
          </w:tcPr>
          <w:p w14:paraId="18D6BEBF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9.1500</w:t>
            </w:r>
          </w:p>
        </w:tc>
        <w:tc>
          <w:tcPr>
            <w:tcW w:w="1008" w:type="dxa"/>
            <w:vAlign w:val="center"/>
          </w:tcPr>
          <w:p w14:paraId="01606DD9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1.7770</w:t>
            </w:r>
          </w:p>
        </w:tc>
        <w:tc>
          <w:tcPr>
            <w:tcW w:w="1008" w:type="dxa"/>
            <w:vAlign w:val="center"/>
          </w:tcPr>
          <w:p w14:paraId="6B62C3B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2.0</w:t>
            </w:r>
          </w:p>
        </w:tc>
        <w:tc>
          <w:tcPr>
            <w:tcW w:w="1008" w:type="dxa"/>
            <w:vAlign w:val="center"/>
          </w:tcPr>
          <w:p w14:paraId="46FC4CC8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008" w:type="dxa"/>
            <w:vAlign w:val="center"/>
          </w:tcPr>
          <w:p w14:paraId="581A642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008" w:type="dxa"/>
            <w:vAlign w:val="center"/>
          </w:tcPr>
          <w:p w14:paraId="078121A9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48</w:t>
            </w:r>
          </w:p>
        </w:tc>
        <w:tc>
          <w:tcPr>
            <w:tcW w:w="1008" w:type="dxa"/>
            <w:vAlign w:val="center"/>
          </w:tcPr>
          <w:p w14:paraId="7FF4FCA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61C05" w:rsidRPr="00324442" w14:paraId="0A1BCB8A" w14:textId="77777777">
        <w:trPr>
          <w:jc w:val="center"/>
        </w:trPr>
        <w:tc>
          <w:tcPr>
            <w:tcW w:w="1008" w:type="dxa"/>
            <w:vAlign w:val="center"/>
          </w:tcPr>
          <w:p w14:paraId="1509847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36.9</w:t>
            </w:r>
          </w:p>
        </w:tc>
        <w:tc>
          <w:tcPr>
            <w:tcW w:w="1008" w:type="dxa"/>
            <w:vAlign w:val="center"/>
          </w:tcPr>
          <w:p w14:paraId="292B7391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8.1400</w:t>
            </w:r>
          </w:p>
        </w:tc>
        <w:tc>
          <w:tcPr>
            <w:tcW w:w="1008" w:type="dxa"/>
            <w:vAlign w:val="center"/>
          </w:tcPr>
          <w:p w14:paraId="02FD4D3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008" w:type="dxa"/>
            <w:vAlign w:val="center"/>
          </w:tcPr>
          <w:p w14:paraId="4A87A153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8.0000</w:t>
            </w:r>
          </w:p>
        </w:tc>
        <w:tc>
          <w:tcPr>
            <w:tcW w:w="1008" w:type="dxa"/>
            <w:vAlign w:val="center"/>
          </w:tcPr>
          <w:p w14:paraId="5044DA66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1.5040</w:t>
            </w:r>
          </w:p>
        </w:tc>
        <w:tc>
          <w:tcPr>
            <w:tcW w:w="1008" w:type="dxa"/>
            <w:vAlign w:val="center"/>
          </w:tcPr>
          <w:p w14:paraId="7C7B6573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2.0</w:t>
            </w:r>
          </w:p>
        </w:tc>
        <w:tc>
          <w:tcPr>
            <w:tcW w:w="1008" w:type="dxa"/>
            <w:vAlign w:val="center"/>
          </w:tcPr>
          <w:p w14:paraId="24EFEA49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008" w:type="dxa"/>
            <w:vAlign w:val="center"/>
          </w:tcPr>
          <w:p w14:paraId="22FBAF9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vAlign w:val="center"/>
          </w:tcPr>
          <w:p w14:paraId="2C8BE8C2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vAlign w:val="center"/>
          </w:tcPr>
          <w:p w14:paraId="0E6D1719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061C05" w:rsidRPr="00324442" w14:paraId="64FAC252" w14:textId="77777777">
        <w:trPr>
          <w:jc w:val="center"/>
        </w:trPr>
        <w:tc>
          <w:tcPr>
            <w:tcW w:w="1008" w:type="dxa"/>
            <w:vAlign w:val="center"/>
          </w:tcPr>
          <w:p w14:paraId="675C1C1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45.8</w:t>
            </w:r>
          </w:p>
        </w:tc>
        <w:tc>
          <w:tcPr>
            <w:tcW w:w="1008" w:type="dxa"/>
            <w:vAlign w:val="center"/>
          </w:tcPr>
          <w:p w14:paraId="53AF5A1A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9.1416</w:t>
            </w:r>
          </w:p>
        </w:tc>
        <w:tc>
          <w:tcPr>
            <w:tcW w:w="1008" w:type="dxa"/>
            <w:vAlign w:val="center"/>
          </w:tcPr>
          <w:p w14:paraId="092081E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1.5</w:t>
            </w:r>
          </w:p>
        </w:tc>
        <w:tc>
          <w:tcPr>
            <w:tcW w:w="1008" w:type="dxa"/>
            <w:vAlign w:val="center"/>
          </w:tcPr>
          <w:p w14:paraId="3F24F27B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7.3262</w:t>
            </w:r>
          </w:p>
        </w:tc>
        <w:tc>
          <w:tcPr>
            <w:tcW w:w="1008" w:type="dxa"/>
            <w:vAlign w:val="center"/>
          </w:tcPr>
          <w:p w14:paraId="077737E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1.8310</w:t>
            </w:r>
          </w:p>
        </w:tc>
        <w:tc>
          <w:tcPr>
            <w:tcW w:w="1008" w:type="dxa"/>
            <w:vAlign w:val="center"/>
          </w:tcPr>
          <w:p w14:paraId="03A9070B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1.5</w:t>
            </w:r>
          </w:p>
        </w:tc>
        <w:tc>
          <w:tcPr>
            <w:tcW w:w="1008" w:type="dxa"/>
            <w:vAlign w:val="center"/>
          </w:tcPr>
          <w:p w14:paraId="067FEE3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008" w:type="dxa"/>
            <w:vAlign w:val="center"/>
          </w:tcPr>
          <w:p w14:paraId="74E276D0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008" w:type="dxa"/>
            <w:vAlign w:val="center"/>
          </w:tcPr>
          <w:p w14:paraId="2EF50AAA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1008" w:type="dxa"/>
            <w:vAlign w:val="center"/>
          </w:tcPr>
          <w:p w14:paraId="09A6F46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0</w:t>
            </w:r>
          </w:p>
        </w:tc>
      </w:tr>
    </w:tbl>
    <w:p w14:paraId="5AA58C58" w14:textId="77777777" w:rsidR="00061C05" w:rsidRPr="00324442" w:rsidRDefault="00CE45E7" w:rsidP="004E2A35">
      <w:pPr>
        <w:spacing w:after="100"/>
        <w:ind w:left="360" w:hanging="360"/>
        <w:jc w:val="both"/>
        <w:rPr>
          <w:rFonts w:cs="Times New Roman"/>
          <w:sz w:val="24"/>
          <w:szCs w:val="24"/>
        </w:rPr>
      </w:pPr>
      <w:r w:rsidRPr="00324442">
        <w:rPr>
          <w:rFonts w:cs="Times New Roman"/>
          <w:b/>
          <w:sz w:val="24"/>
          <w:szCs w:val="24"/>
        </w:rPr>
        <w:t xml:space="preserve">(a) </w:t>
      </w:r>
      <w:r w:rsidRPr="00324442">
        <w:rPr>
          <w:rFonts w:cs="Times New Roman"/>
          <w:sz w:val="24"/>
          <w:szCs w:val="24"/>
        </w:rPr>
        <w:t>Fit the multiple linear regression model and report the estimated regression equation, standard errors, t statistics, and p-values for all coefficients.</w:t>
      </w:r>
    </w:p>
    <w:p w14:paraId="1C05E9B5" w14:textId="77777777" w:rsidR="00061C05" w:rsidRPr="00324442" w:rsidRDefault="00CE45E7" w:rsidP="004E2A35">
      <w:pPr>
        <w:spacing w:after="100"/>
        <w:ind w:left="360" w:hanging="360"/>
        <w:jc w:val="both"/>
        <w:rPr>
          <w:rFonts w:cs="Times New Roman"/>
          <w:sz w:val="24"/>
          <w:szCs w:val="24"/>
        </w:rPr>
      </w:pPr>
      <w:r w:rsidRPr="00324442">
        <w:rPr>
          <w:rFonts w:cs="Times New Roman"/>
          <w:b/>
          <w:sz w:val="24"/>
          <w:szCs w:val="24"/>
        </w:rPr>
        <w:t xml:space="preserve">(b) </w:t>
      </w:r>
      <w:r w:rsidRPr="00324442">
        <w:rPr>
          <w:rFonts w:cs="Times New Roman"/>
          <w:sz w:val="24"/>
          <w:szCs w:val="24"/>
        </w:rPr>
        <w:t xml:space="preserve">Test for significance of regression using the overall F test. State the hypotheses, test </w:t>
      </w:r>
      <w:proofErr w:type="gramStart"/>
      <w:r w:rsidRPr="00324442">
        <w:rPr>
          <w:rFonts w:cs="Times New Roman"/>
          <w:sz w:val="24"/>
          <w:szCs w:val="24"/>
        </w:rPr>
        <w:t>statistic</w:t>
      </w:r>
      <w:proofErr w:type="gramEnd"/>
      <w:r w:rsidRPr="00324442">
        <w:rPr>
          <w:rFonts w:cs="Times New Roman"/>
          <w:sz w:val="24"/>
          <w:szCs w:val="24"/>
        </w:rPr>
        <w:t>, degrees of freedom, p-value, and conclusion.</w:t>
      </w:r>
    </w:p>
    <w:p w14:paraId="29E39827" w14:textId="77777777" w:rsidR="00061C05" w:rsidRPr="00324442" w:rsidRDefault="00CE45E7" w:rsidP="004E2A35">
      <w:pPr>
        <w:spacing w:after="100"/>
        <w:ind w:left="360" w:hanging="360"/>
        <w:jc w:val="both"/>
        <w:rPr>
          <w:rFonts w:cs="Times New Roman"/>
          <w:sz w:val="24"/>
          <w:szCs w:val="24"/>
        </w:rPr>
      </w:pPr>
      <w:r w:rsidRPr="00324442">
        <w:rPr>
          <w:rFonts w:cs="Times New Roman"/>
          <w:b/>
          <w:sz w:val="24"/>
          <w:szCs w:val="24"/>
        </w:rPr>
        <w:t xml:space="preserve">(c) </w:t>
      </w:r>
      <w:r w:rsidRPr="00324442">
        <w:rPr>
          <w:rFonts w:cs="Times New Roman"/>
          <w:sz w:val="24"/>
          <w:szCs w:val="24"/>
        </w:rPr>
        <w:t>Use individual t tests to assess the contribution of each regressor. Discuss which variables appear to contribute after the other regressors are included.</w:t>
      </w:r>
    </w:p>
    <w:p w14:paraId="1B50CA04" w14:textId="77777777" w:rsidR="00061C05" w:rsidRPr="00324442" w:rsidRDefault="00CE45E7" w:rsidP="004E2A35">
      <w:pPr>
        <w:spacing w:after="100"/>
        <w:ind w:left="360" w:hanging="360"/>
        <w:jc w:val="both"/>
        <w:rPr>
          <w:rFonts w:cs="Times New Roman"/>
          <w:sz w:val="24"/>
          <w:szCs w:val="24"/>
        </w:rPr>
      </w:pPr>
      <w:r w:rsidRPr="00324442">
        <w:rPr>
          <w:rFonts w:cs="Times New Roman"/>
          <w:b/>
          <w:sz w:val="24"/>
          <w:szCs w:val="24"/>
        </w:rPr>
        <w:t xml:space="preserve">(d) </w:t>
      </w:r>
      <w:r w:rsidRPr="00324442">
        <w:rPr>
          <w:rFonts w:cs="Times New Roman"/>
          <w:sz w:val="24"/>
          <w:szCs w:val="24"/>
        </w:rPr>
        <w:t>Interpret the estimated coefficients of lot size (x₃) and living space (x₄), taking care to interpret each coefficient while holding all other regressors fixed.</w:t>
      </w:r>
    </w:p>
    <w:p w14:paraId="372B2322" w14:textId="293A0A67" w:rsidR="00061C05" w:rsidRPr="00324442" w:rsidRDefault="00CE45E7" w:rsidP="004E2A35">
      <w:pPr>
        <w:pStyle w:val="Heading1"/>
        <w:jc w:val="both"/>
        <w:rPr>
          <w:rFonts w:ascii="Times New Roman" w:hAnsi="Times New Roman" w:cs="Times New Roman"/>
          <w:sz w:val="24"/>
          <w:szCs w:val="24"/>
        </w:rPr>
      </w:pPr>
      <w:r w:rsidRPr="00324442">
        <w:rPr>
          <w:rFonts w:ascii="Times New Roman" w:hAnsi="Times New Roman" w:cs="Times New Roman"/>
          <w:sz w:val="24"/>
          <w:szCs w:val="24"/>
        </w:rPr>
        <w:lastRenderedPageBreak/>
        <w:t xml:space="preserve">Question </w:t>
      </w:r>
      <w:r w:rsidR="00370A57" w:rsidRPr="00324442">
        <w:rPr>
          <w:rFonts w:ascii="Times New Roman" w:hAnsi="Times New Roman" w:cs="Times New Roman"/>
          <w:sz w:val="24"/>
          <w:szCs w:val="24"/>
        </w:rPr>
        <w:t>2</w:t>
      </w:r>
      <w:r w:rsidRPr="00324442">
        <w:rPr>
          <w:rFonts w:ascii="Times New Roman" w:hAnsi="Times New Roman" w:cs="Times New Roman"/>
          <w:sz w:val="24"/>
          <w:szCs w:val="24"/>
        </w:rPr>
        <w:t>. Oil Extraction from Peanuts</w:t>
      </w:r>
    </w:p>
    <w:p w14:paraId="0CEF9710" w14:textId="77777777" w:rsidR="00061C05" w:rsidRPr="00324442" w:rsidRDefault="00CE45E7" w:rsidP="004E2A35">
      <w:pPr>
        <w:jc w:val="both"/>
        <w:rPr>
          <w:rFonts w:cs="Times New Roman"/>
          <w:sz w:val="24"/>
          <w:szCs w:val="24"/>
        </w:rPr>
      </w:pPr>
      <w:r w:rsidRPr="00324442">
        <w:rPr>
          <w:rFonts w:cs="Times New Roman"/>
          <w:sz w:val="24"/>
          <w:szCs w:val="24"/>
        </w:rPr>
        <w:t>An engineer performed an experiment to determine the effects of CO₂ pressure, CO₂ temperature, peanut moisture, CO₂ flow rate, and peanut particle size on the total yield of oil per batch. The data are: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79"/>
        <w:gridCol w:w="1678"/>
        <w:gridCol w:w="1679"/>
        <w:gridCol w:w="1678"/>
        <w:gridCol w:w="1678"/>
        <w:gridCol w:w="1678"/>
      </w:tblGrid>
      <w:tr w:rsidR="00061C05" w:rsidRPr="00324442" w14:paraId="49C41FED" w14:textId="77777777">
        <w:trPr>
          <w:jc w:val="center"/>
        </w:trPr>
        <w:tc>
          <w:tcPr>
            <w:tcW w:w="1680" w:type="dxa"/>
            <w:shd w:val="clear" w:color="auto" w:fill="D9E2F3"/>
            <w:vAlign w:val="center"/>
          </w:tcPr>
          <w:p w14:paraId="5E82EDC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b/>
                <w:sz w:val="24"/>
                <w:szCs w:val="24"/>
              </w:rPr>
              <w:t>Pressure</w:t>
            </w:r>
            <w:r w:rsidRPr="00324442">
              <w:rPr>
                <w:rFonts w:cs="Times New Roman"/>
                <w:b/>
                <w:sz w:val="24"/>
                <w:szCs w:val="24"/>
              </w:rPr>
              <w:br/>
              <w:t>(bar)</w:t>
            </w:r>
          </w:p>
        </w:tc>
        <w:tc>
          <w:tcPr>
            <w:tcW w:w="1680" w:type="dxa"/>
            <w:shd w:val="clear" w:color="auto" w:fill="D9E2F3"/>
            <w:vAlign w:val="center"/>
          </w:tcPr>
          <w:p w14:paraId="5FE877C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b/>
                <w:sz w:val="24"/>
                <w:szCs w:val="24"/>
              </w:rPr>
              <w:t>Temp.</w:t>
            </w:r>
            <w:r w:rsidRPr="00324442">
              <w:rPr>
                <w:rFonts w:cs="Times New Roman"/>
                <w:b/>
                <w:sz w:val="24"/>
                <w:szCs w:val="24"/>
              </w:rPr>
              <w:br/>
              <w:t>(°C)</w:t>
            </w:r>
          </w:p>
        </w:tc>
        <w:tc>
          <w:tcPr>
            <w:tcW w:w="1680" w:type="dxa"/>
            <w:shd w:val="clear" w:color="auto" w:fill="D9E2F3"/>
            <w:vAlign w:val="center"/>
          </w:tcPr>
          <w:p w14:paraId="7449007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b/>
                <w:sz w:val="24"/>
                <w:szCs w:val="24"/>
              </w:rPr>
              <w:t>Moisture</w:t>
            </w:r>
            <w:r w:rsidRPr="00324442">
              <w:rPr>
                <w:rFonts w:cs="Times New Roman"/>
                <w:b/>
                <w:sz w:val="24"/>
                <w:szCs w:val="24"/>
              </w:rPr>
              <w:br/>
              <w:t>(% by weight)</w:t>
            </w:r>
          </w:p>
        </w:tc>
        <w:tc>
          <w:tcPr>
            <w:tcW w:w="1680" w:type="dxa"/>
            <w:shd w:val="clear" w:color="auto" w:fill="D9E2F3"/>
            <w:vAlign w:val="center"/>
          </w:tcPr>
          <w:p w14:paraId="2FA48F68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b/>
                <w:sz w:val="24"/>
                <w:szCs w:val="24"/>
              </w:rPr>
              <w:t>Flow Rate</w:t>
            </w:r>
            <w:r w:rsidRPr="00324442">
              <w:rPr>
                <w:rFonts w:cs="Times New Roman"/>
                <w:b/>
                <w:sz w:val="24"/>
                <w:szCs w:val="24"/>
              </w:rPr>
              <w:br/>
              <w:t>(L/min)</w:t>
            </w:r>
          </w:p>
        </w:tc>
        <w:tc>
          <w:tcPr>
            <w:tcW w:w="1680" w:type="dxa"/>
            <w:shd w:val="clear" w:color="auto" w:fill="D9E2F3"/>
            <w:vAlign w:val="center"/>
          </w:tcPr>
          <w:p w14:paraId="571E541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b/>
                <w:sz w:val="24"/>
                <w:szCs w:val="24"/>
              </w:rPr>
              <w:t>Particle Size</w:t>
            </w:r>
            <w:r w:rsidRPr="00324442">
              <w:rPr>
                <w:rFonts w:cs="Times New Roman"/>
                <w:b/>
                <w:sz w:val="24"/>
                <w:szCs w:val="24"/>
              </w:rPr>
              <w:br/>
              <w:t>(mm)</w:t>
            </w:r>
          </w:p>
        </w:tc>
        <w:tc>
          <w:tcPr>
            <w:tcW w:w="1680" w:type="dxa"/>
            <w:shd w:val="clear" w:color="auto" w:fill="D9E2F3"/>
            <w:vAlign w:val="center"/>
          </w:tcPr>
          <w:p w14:paraId="418C9886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b/>
                <w:sz w:val="24"/>
                <w:szCs w:val="24"/>
              </w:rPr>
              <w:t>Yield</w:t>
            </w:r>
          </w:p>
        </w:tc>
      </w:tr>
      <w:tr w:rsidR="00061C05" w:rsidRPr="00324442" w14:paraId="3106F016" w14:textId="77777777">
        <w:trPr>
          <w:jc w:val="center"/>
        </w:trPr>
        <w:tc>
          <w:tcPr>
            <w:tcW w:w="1680" w:type="dxa"/>
            <w:vAlign w:val="center"/>
          </w:tcPr>
          <w:p w14:paraId="0409995F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415</w:t>
            </w:r>
          </w:p>
        </w:tc>
        <w:tc>
          <w:tcPr>
            <w:tcW w:w="1680" w:type="dxa"/>
            <w:vAlign w:val="center"/>
          </w:tcPr>
          <w:p w14:paraId="7F4D95EB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680" w:type="dxa"/>
            <w:vAlign w:val="center"/>
          </w:tcPr>
          <w:p w14:paraId="5E7D525A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80" w:type="dxa"/>
            <w:vAlign w:val="center"/>
          </w:tcPr>
          <w:p w14:paraId="08CD3BD0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680" w:type="dxa"/>
            <w:vAlign w:val="center"/>
          </w:tcPr>
          <w:p w14:paraId="447C4A5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1.28</w:t>
            </w:r>
          </w:p>
        </w:tc>
        <w:tc>
          <w:tcPr>
            <w:tcW w:w="1680" w:type="dxa"/>
            <w:vAlign w:val="center"/>
          </w:tcPr>
          <w:p w14:paraId="6F3DCDA4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63</w:t>
            </w:r>
          </w:p>
        </w:tc>
      </w:tr>
      <w:tr w:rsidR="00061C05" w:rsidRPr="00324442" w14:paraId="2F4E8C78" w14:textId="77777777">
        <w:trPr>
          <w:jc w:val="center"/>
        </w:trPr>
        <w:tc>
          <w:tcPr>
            <w:tcW w:w="1680" w:type="dxa"/>
            <w:vAlign w:val="center"/>
          </w:tcPr>
          <w:p w14:paraId="723537DB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550</w:t>
            </w:r>
          </w:p>
        </w:tc>
        <w:tc>
          <w:tcPr>
            <w:tcW w:w="1680" w:type="dxa"/>
            <w:vAlign w:val="center"/>
          </w:tcPr>
          <w:p w14:paraId="7EACD1C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680" w:type="dxa"/>
            <w:vAlign w:val="center"/>
          </w:tcPr>
          <w:p w14:paraId="46F8BDD9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80" w:type="dxa"/>
            <w:vAlign w:val="center"/>
          </w:tcPr>
          <w:p w14:paraId="4F97FFBA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680" w:type="dxa"/>
            <w:vAlign w:val="center"/>
          </w:tcPr>
          <w:p w14:paraId="153A70D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4.05</w:t>
            </w:r>
          </w:p>
        </w:tc>
        <w:tc>
          <w:tcPr>
            <w:tcW w:w="1680" w:type="dxa"/>
            <w:vAlign w:val="center"/>
          </w:tcPr>
          <w:p w14:paraId="7E08B682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21</w:t>
            </w:r>
          </w:p>
        </w:tc>
      </w:tr>
      <w:tr w:rsidR="00061C05" w:rsidRPr="00324442" w14:paraId="1823D9BC" w14:textId="77777777">
        <w:trPr>
          <w:jc w:val="center"/>
        </w:trPr>
        <w:tc>
          <w:tcPr>
            <w:tcW w:w="1680" w:type="dxa"/>
            <w:vAlign w:val="center"/>
          </w:tcPr>
          <w:p w14:paraId="736F9901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415</w:t>
            </w:r>
          </w:p>
        </w:tc>
        <w:tc>
          <w:tcPr>
            <w:tcW w:w="1680" w:type="dxa"/>
            <w:vAlign w:val="center"/>
          </w:tcPr>
          <w:p w14:paraId="1B4DAB29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95</w:t>
            </w:r>
          </w:p>
        </w:tc>
        <w:tc>
          <w:tcPr>
            <w:tcW w:w="1680" w:type="dxa"/>
            <w:vAlign w:val="center"/>
          </w:tcPr>
          <w:p w14:paraId="0DABF7A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80" w:type="dxa"/>
            <w:vAlign w:val="center"/>
          </w:tcPr>
          <w:p w14:paraId="194948AB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680" w:type="dxa"/>
            <w:vAlign w:val="center"/>
          </w:tcPr>
          <w:p w14:paraId="2B75910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4.05</w:t>
            </w:r>
          </w:p>
        </w:tc>
        <w:tc>
          <w:tcPr>
            <w:tcW w:w="1680" w:type="dxa"/>
            <w:vAlign w:val="center"/>
          </w:tcPr>
          <w:p w14:paraId="58498944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36</w:t>
            </w:r>
          </w:p>
        </w:tc>
      </w:tr>
      <w:tr w:rsidR="00061C05" w:rsidRPr="00324442" w14:paraId="4AC00D5A" w14:textId="77777777">
        <w:trPr>
          <w:jc w:val="center"/>
        </w:trPr>
        <w:tc>
          <w:tcPr>
            <w:tcW w:w="1680" w:type="dxa"/>
            <w:vAlign w:val="center"/>
          </w:tcPr>
          <w:p w14:paraId="3264C79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550</w:t>
            </w:r>
          </w:p>
        </w:tc>
        <w:tc>
          <w:tcPr>
            <w:tcW w:w="1680" w:type="dxa"/>
            <w:vAlign w:val="center"/>
          </w:tcPr>
          <w:p w14:paraId="5F496124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95</w:t>
            </w:r>
          </w:p>
        </w:tc>
        <w:tc>
          <w:tcPr>
            <w:tcW w:w="1680" w:type="dxa"/>
            <w:vAlign w:val="center"/>
          </w:tcPr>
          <w:p w14:paraId="1D207CE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80" w:type="dxa"/>
            <w:vAlign w:val="center"/>
          </w:tcPr>
          <w:p w14:paraId="0264165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680" w:type="dxa"/>
            <w:vAlign w:val="center"/>
          </w:tcPr>
          <w:p w14:paraId="54BAB7F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1.28</w:t>
            </w:r>
          </w:p>
        </w:tc>
        <w:tc>
          <w:tcPr>
            <w:tcW w:w="1680" w:type="dxa"/>
            <w:vAlign w:val="center"/>
          </w:tcPr>
          <w:p w14:paraId="1A3051D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99</w:t>
            </w:r>
          </w:p>
        </w:tc>
      </w:tr>
      <w:tr w:rsidR="00061C05" w:rsidRPr="00324442" w14:paraId="1D133DE9" w14:textId="77777777">
        <w:trPr>
          <w:jc w:val="center"/>
        </w:trPr>
        <w:tc>
          <w:tcPr>
            <w:tcW w:w="1680" w:type="dxa"/>
            <w:vAlign w:val="center"/>
          </w:tcPr>
          <w:p w14:paraId="44CD1FA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415</w:t>
            </w:r>
          </w:p>
        </w:tc>
        <w:tc>
          <w:tcPr>
            <w:tcW w:w="1680" w:type="dxa"/>
            <w:vAlign w:val="center"/>
          </w:tcPr>
          <w:p w14:paraId="0C43D0A4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680" w:type="dxa"/>
            <w:vAlign w:val="center"/>
          </w:tcPr>
          <w:p w14:paraId="20A7D2EF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680" w:type="dxa"/>
            <w:vAlign w:val="center"/>
          </w:tcPr>
          <w:p w14:paraId="6153ECD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680" w:type="dxa"/>
            <w:vAlign w:val="center"/>
          </w:tcPr>
          <w:p w14:paraId="6BB2FCE1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4.05</w:t>
            </w:r>
          </w:p>
        </w:tc>
        <w:tc>
          <w:tcPr>
            <w:tcW w:w="1680" w:type="dxa"/>
            <w:vAlign w:val="center"/>
          </w:tcPr>
          <w:p w14:paraId="4C9C23B9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24</w:t>
            </w:r>
          </w:p>
        </w:tc>
      </w:tr>
      <w:tr w:rsidR="00061C05" w:rsidRPr="00324442" w14:paraId="10B9F0BE" w14:textId="77777777">
        <w:trPr>
          <w:jc w:val="center"/>
        </w:trPr>
        <w:tc>
          <w:tcPr>
            <w:tcW w:w="1680" w:type="dxa"/>
            <w:vAlign w:val="center"/>
          </w:tcPr>
          <w:p w14:paraId="063AD4F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550</w:t>
            </w:r>
          </w:p>
        </w:tc>
        <w:tc>
          <w:tcPr>
            <w:tcW w:w="1680" w:type="dxa"/>
            <w:vAlign w:val="center"/>
          </w:tcPr>
          <w:p w14:paraId="1A098A03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680" w:type="dxa"/>
            <w:vAlign w:val="center"/>
          </w:tcPr>
          <w:p w14:paraId="7B004CF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680" w:type="dxa"/>
            <w:vAlign w:val="center"/>
          </w:tcPr>
          <w:p w14:paraId="55964CB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680" w:type="dxa"/>
            <w:vAlign w:val="center"/>
          </w:tcPr>
          <w:p w14:paraId="0209FB5A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1.28</w:t>
            </w:r>
          </w:p>
        </w:tc>
        <w:tc>
          <w:tcPr>
            <w:tcW w:w="1680" w:type="dxa"/>
            <w:vAlign w:val="center"/>
          </w:tcPr>
          <w:p w14:paraId="53FC4A44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66</w:t>
            </w:r>
          </w:p>
        </w:tc>
      </w:tr>
      <w:tr w:rsidR="00061C05" w:rsidRPr="00324442" w14:paraId="26FFBCEC" w14:textId="77777777">
        <w:trPr>
          <w:jc w:val="center"/>
        </w:trPr>
        <w:tc>
          <w:tcPr>
            <w:tcW w:w="1680" w:type="dxa"/>
            <w:vAlign w:val="center"/>
          </w:tcPr>
          <w:p w14:paraId="485571E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415</w:t>
            </w:r>
          </w:p>
        </w:tc>
        <w:tc>
          <w:tcPr>
            <w:tcW w:w="1680" w:type="dxa"/>
            <w:vAlign w:val="center"/>
          </w:tcPr>
          <w:p w14:paraId="11008730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95</w:t>
            </w:r>
          </w:p>
        </w:tc>
        <w:tc>
          <w:tcPr>
            <w:tcW w:w="1680" w:type="dxa"/>
            <w:vAlign w:val="center"/>
          </w:tcPr>
          <w:p w14:paraId="5C4EFA1A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680" w:type="dxa"/>
            <w:vAlign w:val="center"/>
          </w:tcPr>
          <w:p w14:paraId="5CDDA41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680" w:type="dxa"/>
            <w:vAlign w:val="center"/>
          </w:tcPr>
          <w:p w14:paraId="3DECEEBB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1.28</w:t>
            </w:r>
          </w:p>
        </w:tc>
        <w:tc>
          <w:tcPr>
            <w:tcW w:w="1680" w:type="dxa"/>
            <w:vAlign w:val="center"/>
          </w:tcPr>
          <w:p w14:paraId="458F56BF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71</w:t>
            </w:r>
          </w:p>
        </w:tc>
      </w:tr>
      <w:tr w:rsidR="00061C05" w:rsidRPr="00324442" w14:paraId="261C7152" w14:textId="77777777">
        <w:trPr>
          <w:jc w:val="center"/>
        </w:trPr>
        <w:tc>
          <w:tcPr>
            <w:tcW w:w="1680" w:type="dxa"/>
            <w:vAlign w:val="center"/>
          </w:tcPr>
          <w:p w14:paraId="3BFF73EA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550</w:t>
            </w:r>
          </w:p>
        </w:tc>
        <w:tc>
          <w:tcPr>
            <w:tcW w:w="1680" w:type="dxa"/>
            <w:vAlign w:val="center"/>
          </w:tcPr>
          <w:p w14:paraId="520EAB1A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95</w:t>
            </w:r>
          </w:p>
        </w:tc>
        <w:tc>
          <w:tcPr>
            <w:tcW w:w="1680" w:type="dxa"/>
            <w:vAlign w:val="center"/>
          </w:tcPr>
          <w:p w14:paraId="17C6EF2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680" w:type="dxa"/>
            <w:vAlign w:val="center"/>
          </w:tcPr>
          <w:p w14:paraId="45D12B18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680" w:type="dxa"/>
            <w:vAlign w:val="center"/>
          </w:tcPr>
          <w:p w14:paraId="046F0A98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4.05</w:t>
            </w:r>
          </w:p>
        </w:tc>
        <w:tc>
          <w:tcPr>
            <w:tcW w:w="1680" w:type="dxa"/>
            <w:vAlign w:val="center"/>
          </w:tcPr>
          <w:p w14:paraId="32F618A6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54</w:t>
            </w:r>
          </w:p>
        </w:tc>
      </w:tr>
      <w:tr w:rsidR="00061C05" w:rsidRPr="00324442" w14:paraId="0752874A" w14:textId="77777777">
        <w:trPr>
          <w:jc w:val="center"/>
        </w:trPr>
        <w:tc>
          <w:tcPr>
            <w:tcW w:w="1680" w:type="dxa"/>
            <w:vAlign w:val="center"/>
          </w:tcPr>
          <w:p w14:paraId="2C34288A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415</w:t>
            </w:r>
          </w:p>
        </w:tc>
        <w:tc>
          <w:tcPr>
            <w:tcW w:w="1680" w:type="dxa"/>
            <w:vAlign w:val="center"/>
          </w:tcPr>
          <w:p w14:paraId="6803F020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680" w:type="dxa"/>
            <w:vAlign w:val="center"/>
          </w:tcPr>
          <w:p w14:paraId="7A1FEC1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80" w:type="dxa"/>
            <w:vAlign w:val="center"/>
          </w:tcPr>
          <w:p w14:paraId="35B120D9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1680" w:type="dxa"/>
            <w:vAlign w:val="center"/>
          </w:tcPr>
          <w:p w14:paraId="6745ED49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4.05</w:t>
            </w:r>
          </w:p>
        </w:tc>
        <w:tc>
          <w:tcPr>
            <w:tcW w:w="1680" w:type="dxa"/>
            <w:vAlign w:val="center"/>
          </w:tcPr>
          <w:p w14:paraId="00ACFC2A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23</w:t>
            </w:r>
          </w:p>
        </w:tc>
      </w:tr>
      <w:tr w:rsidR="00061C05" w:rsidRPr="00324442" w14:paraId="14ABC69C" w14:textId="77777777">
        <w:trPr>
          <w:jc w:val="center"/>
        </w:trPr>
        <w:tc>
          <w:tcPr>
            <w:tcW w:w="1680" w:type="dxa"/>
            <w:vAlign w:val="center"/>
          </w:tcPr>
          <w:p w14:paraId="041CE5E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550</w:t>
            </w:r>
          </w:p>
        </w:tc>
        <w:tc>
          <w:tcPr>
            <w:tcW w:w="1680" w:type="dxa"/>
            <w:vAlign w:val="center"/>
          </w:tcPr>
          <w:p w14:paraId="63AD4B03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680" w:type="dxa"/>
            <w:vAlign w:val="center"/>
          </w:tcPr>
          <w:p w14:paraId="0A23A419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80" w:type="dxa"/>
            <w:vAlign w:val="center"/>
          </w:tcPr>
          <w:p w14:paraId="145B017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1680" w:type="dxa"/>
            <w:vAlign w:val="center"/>
          </w:tcPr>
          <w:p w14:paraId="0253F66B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1.28</w:t>
            </w:r>
          </w:p>
        </w:tc>
        <w:tc>
          <w:tcPr>
            <w:tcW w:w="1680" w:type="dxa"/>
            <w:vAlign w:val="center"/>
          </w:tcPr>
          <w:p w14:paraId="6A21259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74</w:t>
            </w:r>
          </w:p>
        </w:tc>
      </w:tr>
      <w:tr w:rsidR="00061C05" w:rsidRPr="00324442" w14:paraId="6B59837D" w14:textId="77777777">
        <w:trPr>
          <w:jc w:val="center"/>
        </w:trPr>
        <w:tc>
          <w:tcPr>
            <w:tcW w:w="1680" w:type="dxa"/>
            <w:vAlign w:val="center"/>
          </w:tcPr>
          <w:p w14:paraId="1CEF145C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415</w:t>
            </w:r>
          </w:p>
        </w:tc>
        <w:tc>
          <w:tcPr>
            <w:tcW w:w="1680" w:type="dxa"/>
            <w:vAlign w:val="center"/>
          </w:tcPr>
          <w:p w14:paraId="1AECBE0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95</w:t>
            </w:r>
          </w:p>
        </w:tc>
        <w:tc>
          <w:tcPr>
            <w:tcW w:w="1680" w:type="dxa"/>
            <w:vAlign w:val="center"/>
          </w:tcPr>
          <w:p w14:paraId="0743CE2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80" w:type="dxa"/>
            <w:vAlign w:val="center"/>
          </w:tcPr>
          <w:p w14:paraId="4F48179D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1680" w:type="dxa"/>
            <w:vAlign w:val="center"/>
          </w:tcPr>
          <w:p w14:paraId="1BBEC864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1.28</w:t>
            </w:r>
          </w:p>
        </w:tc>
        <w:tc>
          <w:tcPr>
            <w:tcW w:w="1680" w:type="dxa"/>
            <w:vAlign w:val="center"/>
          </w:tcPr>
          <w:p w14:paraId="011A5C74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80</w:t>
            </w:r>
          </w:p>
        </w:tc>
      </w:tr>
      <w:tr w:rsidR="00061C05" w:rsidRPr="00324442" w14:paraId="6C33DB05" w14:textId="77777777">
        <w:trPr>
          <w:jc w:val="center"/>
        </w:trPr>
        <w:tc>
          <w:tcPr>
            <w:tcW w:w="1680" w:type="dxa"/>
            <w:vAlign w:val="center"/>
          </w:tcPr>
          <w:p w14:paraId="641638D6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550</w:t>
            </w:r>
          </w:p>
        </w:tc>
        <w:tc>
          <w:tcPr>
            <w:tcW w:w="1680" w:type="dxa"/>
            <w:vAlign w:val="center"/>
          </w:tcPr>
          <w:p w14:paraId="438F5AA9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95</w:t>
            </w:r>
          </w:p>
        </w:tc>
        <w:tc>
          <w:tcPr>
            <w:tcW w:w="1680" w:type="dxa"/>
            <w:vAlign w:val="center"/>
          </w:tcPr>
          <w:p w14:paraId="6D95D4F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80" w:type="dxa"/>
            <w:vAlign w:val="center"/>
          </w:tcPr>
          <w:p w14:paraId="28180430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1680" w:type="dxa"/>
            <w:vAlign w:val="center"/>
          </w:tcPr>
          <w:p w14:paraId="3C65740A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4.05</w:t>
            </w:r>
          </w:p>
        </w:tc>
        <w:tc>
          <w:tcPr>
            <w:tcW w:w="1680" w:type="dxa"/>
            <w:vAlign w:val="center"/>
          </w:tcPr>
          <w:p w14:paraId="1B216BD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33</w:t>
            </w:r>
          </w:p>
        </w:tc>
      </w:tr>
      <w:tr w:rsidR="00061C05" w:rsidRPr="00324442" w14:paraId="17093CED" w14:textId="77777777">
        <w:trPr>
          <w:jc w:val="center"/>
        </w:trPr>
        <w:tc>
          <w:tcPr>
            <w:tcW w:w="1680" w:type="dxa"/>
            <w:vAlign w:val="center"/>
          </w:tcPr>
          <w:p w14:paraId="1C663193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415</w:t>
            </w:r>
          </w:p>
        </w:tc>
        <w:tc>
          <w:tcPr>
            <w:tcW w:w="1680" w:type="dxa"/>
            <w:vAlign w:val="center"/>
          </w:tcPr>
          <w:p w14:paraId="17889751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680" w:type="dxa"/>
            <w:vAlign w:val="center"/>
          </w:tcPr>
          <w:p w14:paraId="6E21B9C4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680" w:type="dxa"/>
            <w:vAlign w:val="center"/>
          </w:tcPr>
          <w:p w14:paraId="1EE08F03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1680" w:type="dxa"/>
            <w:vAlign w:val="center"/>
          </w:tcPr>
          <w:p w14:paraId="27DB34D7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1.28</w:t>
            </w:r>
          </w:p>
        </w:tc>
        <w:tc>
          <w:tcPr>
            <w:tcW w:w="1680" w:type="dxa"/>
            <w:vAlign w:val="center"/>
          </w:tcPr>
          <w:p w14:paraId="1F86F246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63</w:t>
            </w:r>
          </w:p>
        </w:tc>
      </w:tr>
      <w:tr w:rsidR="00061C05" w:rsidRPr="00324442" w14:paraId="46C9A59A" w14:textId="77777777">
        <w:trPr>
          <w:jc w:val="center"/>
        </w:trPr>
        <w:tc>
          <w:tcPr>
            <w:tcW w:w="1680" w:type="dxa"/>
            <w:vAlign w:val="center"/>
          </w:tcPr>
          <w:p w14:paraId="58730D3D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550</w:t>
            </w:r>
          </w:p>
        </w:tc>
        <w:tc>
          <w:tcPr>
            <w:tcW w:w="1680" w:type="dxa"/>
            <w:vAlign w:val="center"/>
          </w:tcPr>
          <w:p w14:paraId="50CFBF64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680" w:type="dxa"/>
            <w:vAlign w:val="center"/>
          </w:tcPr>
          <w:p w14:paraId="4CEE3E30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680" w:type="dxa"/>
            <w:vAlign w:val="center"/>
          </w:tcPr>
          <w:p w14:paraId="6AD48FA0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1680" w:type="dxa"/>
            <w:vAlign w:val="center"/>
          </w:tcPr>
          <w:p w14:paraId="7796E54F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4.05</w:t>
            </w:r>
          </w:p>
        </w:tc>
        <w:tc>
          <w:tcPr>
            <w:tcW w:w="1680" w:type="dxa"/>
            <w:vAlign w:val="center"/>
          </w:tcPr>
          <w:p w14:paraId="72E7EF06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21</w:t>
            </w:r>
          </w:p>
        </w:tc>
      </w:tr>
      <w:tr w:rsidR="00061C05" w:rsidRPr="00324442" w14:paraId="5E9C0CE6" w14:textId="77777777">
        <w:trPr>
          <w:jc w:val="center"/>
        </w:trPr>
        <w:tc>
          <w:tcPr>
            <w:tcW w:w="1680" w:type="dxa"/>
            <w:vAlign w:val="center"/>
          </w:tcPr>
          <w:p w14:paraId="40E2D87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415</w:t>
            </w:r>
          </w:p>
        </w:tc>
        <w:tc>
          <w:tcPr>
            <w:tcW w:w="1680" w:type="dxa"/>
            <w:vAlign w:val="center"/>
          </w:tcPr>
          <w:p w14:paraId="5998218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95</w:t>
            </w:r>
          </w:p>
        </w:tc>
        <w:tc>
          <w:tcPr>
            <w:tcW w:w="1680" w:type="dxa"/>
            <w:vAlign w:val="center"/>
          </w:tcPr>
          <w:p w14:paraId="3C4C1EE0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680" w:type="dxa"/>
            <w:vAlign w:val="center"/>
          </w:tcPr>
          <w:p w14:paraId="4F494C7E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1680" w:type="dxa"/>
            <w:vAlign w:val="center"/>
          </w:tcPr>
          <w:p w14:paraId="4A0864CD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4.05</w:t>
            </w:r>
          </w:p>
        </w:tc>
        <w:tc>
          <w:tcPr>
            <w:tcW w:w="1680" w:type="dxa"/>
            <w:vAlign w:val="center"/>
          </w:tcPr>
          <w:p w14:paraId="3F0FDCF2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44</w:t>
            </w:r>
          </w:p>
        </w:tc>
      </w:tr>
      <w:tr w:rsidR="00061C05" w:rsidRPr="00324442" w14:paraId="5DD1E802" w14:textId="77777777">
        <w:trPr>
          <w:jc w:val="center"/>
        </w:trPr>
        <w:tc>
          <w:tcPr>
            <w:tcW w:w="1680" w:type="dxa"/>
            <w:vAlign w:val="center"/>
          </w:tcPr>
          <w:p w14:paraId="23A7BD5B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550</w:t>
            </w:r>
          </w:p>
        </w:tc>
        <w:tc>
          <w:tcPr>
            <w:tcW w:w="1680" w:type="dxa"/>
            <w:vAlign w:val="center"/>
          </w:tcPr>
          <w:p w14:paraId="751811D0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95</w:t>
            </w:r>
          </w:p>
        </w:tc>
        <w:tc>
          <w:tcPr>
            <w:tcW w:w="1680" w:type="dxa"/>
            <w:vAlign w:val="center"/>
          </w:tcPr>
          <w:p w14:paraId="37705CE3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680" w:type="dxa"/>
            <w:vAlign w:val="center"/>
          </w:tcPr>
          <w:p w14:paraId="6CA841C2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1680" w:type="dxa"/>
            <w:vAlign w:val="center"/>
          </w:tcPr>
          <w:p w14:paraId="0DEFB2C1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1.28</w:t>
            </w:r>
          </w:p>
        </w:tc>
        <w:tc>
          <w:tcPr>
            <w:tcW w:w="1680" w:type="dxa"/>
            <w:vAlign w:val="center"/>
          </w:tcPr>
          <w:p w14:paraId="3FA95295" w14:textId="77777777" w:rsidR="00061C05" w:rsidRPr="00324442" w:rsidRDefault="00CE45E7" w:rsidP="004E2A35">
            <w:pPr>
              <w:jc w:val="both"/>
              <w:rPr>
                <w:rFonts w:cs="Times New Roman"/>
                <w:sz w:val="24"/>
                <w:szCs w:val="24"/>
              </w:rPr>
            </w:pPr>
            <w:r w:rsidRPr="00324442">
              <w:rPr>
                <w:rFonts w:cs="Times New Roman"/>
                <w:sz w:val="24"/>
                <w:szCs w:val="24"/>
              </w:rPr>
              <w:t>96</w:t>
            </w:r>
          </w:p>
        </w:tc>
      </w:tr>
    </w:tbl>
    <w:p w14:paraId="58BE7250" w14:textId="77777777" w:rsidR="00061C05" w:rsidRPr="00324442" w:rsidRDefault="00061C05" w:rsidP="004E2A35">
      <w:pPr>
        <w:spacing w:after="40"/>
        <w:jc w:val="both"/>
        <w:rPr>
          <w:rFonts w:cs="Times New Roman"/>
          <w:sz w:val="24"/>
          <w:szCs w:val="24"/>
        </w:rPr>
      </w:pPr>
    </w:p>
    <w:p w14:paraId="1D343BE2" w14:textId="22E808C0" w:rsidR="00061C05" w:rsidRPr="00324442" w:rsidRDefault="00CE45E7" w:rsidP="004E2A35">
      <w:pPr>
        <w:spacing w:after="100"/>
        <w:ind w:left="360" w:hanging="360"/>
        <w:jc w:val="both"/>
        <w:rPr>
          <w:rFonts w:cs="Times New Roman"/>
          <w:sz w:val="24"/>
          <w:szCs w:val="24"/>
        </w:rPr>
      </w:pPr>
      <w:r w:rsidRPr="00324442">
        <w:rPr>
          <w:rFonts w:cs="Times New Roman"/>
          <w:b/>
          <w:sz w:val="24"/>
          <w:szCs w:val="24"/>
        </w:rPr>
        <w:t xml:space="preserve">(a) </w:t>
      </w:r>
      <w:r w:rsidRPr="00324442">
        <w:rPr>
          <w:rFonts w:cs="Times New Roman"/>
          <w:sz w:val="24"/>
          <w:szCs w:val="24"/>
        </w:rPr>
        <w:t>Fit a multiple linear regression model relating yield to the five experimental variables. Decide how you will represent the predictors in the model</w:t>
      </w:r>
      <w:r w:rsidR="00A72A1B">
        <w:rPr>
          <w:rFonts w:cs="Times New Roman"/>
          <w:sz w:val="24"/>
          <w:szCs w:val="24"/>
        </w:rPr>
        <w:t xml:space="preserve">, and clearly state </w:t>
      </w:r>
      <w:proofErr w:type="gramStart"/>
      <w:r w:rsidR="00A72A1B">
        <w:rPr>
          <w:rFonts w:cs="Times New Roman"/>
          <w:sz w:val="24"/>
          <w:szCs w:val="24"/>
        </w:rPr>
        <w:t>your</w:t>
      </w:r>
      <w:proofErr w:type="gramEnd"/>
      <w:r w:rsidR="00A72A1B">
        <w:rPr>
          <w:rFonts w:cs="Times New Roman"/>
          <w:sz w:val="24"/>
          <w:szCs w:val="24"/>
        </w:rPr>
        <w:t xml:space="preserve"> coding or scaling choices</w:t>
      </w:r>
      <w:r w:rsidRPr="00324442">
        <w:rPr>
          <w:rFonts w:cs="Times New Roman"/>
          <w:sz w:val="24"/>
          <w:szCs w:val="24"/>
        </w:rPr>
        <w:t>.</w:t>
      </w:r>
    </w:p>
    <w:p w14:paraId="77EA1840" w14:textId="6B03BCC0" w:rsidR="00061C05" w:rsidRPr="00324442" w:rsidRDefault="00CE45E7" w:rsidP="004E2A35">
      <w:pPr>
        <w:spacing w:after="100"/>
        <w:ind w:left="360" w:hanging="360"/>
        <w:jc w:val="both"/>
        <w:rPr>
          <w:rFonts w:cs="Times New Roman"/>
          <w:sz w:val="24"/>
          <w:szCs w:val="24"/>
        </w:rPr>
      </w:pPr>
      <w:r w:rsidRPr="00324442">
        <w:rPr>
          <w:rFonts w:cs="Times New Roman"/>
          <w:b/>
          <w:sz w:val="24"/>
          <w:szCs w:val="24"/>
        </w:rPr>
        <w:t xml:space="preserve">(b) </w:t>
      </w:r>
      <w:r w:rsidRPr="00324442">
        <w:rPr>
          <w:rFonts w:cs="Times New Roman"/>
          <w:sz w:val="24"/>
          <w:szCs w:val="24"/>
        </w:rPr>
        <w:t xml:space="preserve">Test for </w:t>
      </w:r>
      <w:r w:rsidR="00A72A1B">
        <w:rPr>
          <w:rFonts w:cs="Times New Roman"/>
          <w:sz w:val="24"/>
          <w:szCs w:val="24"/>
        </w:rPr>
        <w:t xml:space="preserve">the significance of the </w:t>
      </w:r>
      <w:r w:rsidRPr="00324442">
        <w:rPr>
          <w:rFonts w:cs="Times New Roman"/>
          <w:sz w:val="24"/>
          <w:szCs w:val="24"/>
        </w:rPr>
        <w:t>regression. What conclusions can you draw about the collective contribution of the predictors?</w:t>
      </w:r>
    </w:p>
    <w:p w14:paraId="6AB15691" w14:textId="11B217DF" w:rsidR="00061C05" w:rsidRPr="00324442" w:rsidRDefault="00CE45E7" w:rsidP="004E2A35">
      <w:pPr>
        <w:spacing w:after="100"/>
        <w:ind w:left="360" w:hanging="360"/>
        <w:jc w:val="both"/>
        <w:rPr>
          <w:rFonts w:cs="Times New Roman"/>
          <w:sz w:val="24"/>
          <w:szCs w:val="24"/>
        </w:rPr>
      </w:pPr>
      <w:r w:rsidRPr="00324442">
        <w:rPr>
          <w:rFonts w:cs="Times New Roman"/>
          <w:b/>
          <w:sz w:val="24"/>
          <w:szCs w:val="24"/>
        </w:rPr>
        <w:t xml:space="preserve">(c) </w:t>
      </w:r>
      <w:r w:rsidRPr="00324442">
        <w:rPr>
          <w:rFonts w:cs="Times New Roman"/>
          <w:sz w:val="24"/>
          <w:szCs w:val="24"/>
        </w:rPr>
        <w:t xml:space="preserve">Use </w:t>
      </w:r>
      <w:r w:rsidR="00A72A1B">
        <w:rPr>
          <w:rFonts w:cs="Times New Roman"/>
          <w:sz w:val="24"/>
          <w:szCs w:val="24"/>
        </w:rPr>
        <w:t>t-tests</w:t>
      </w:r>
      <w:r w:rsidRPr="00324442">
        <w:rPr>
          <w:rFonts w:cs="Times New Roman"/>
          <w:sz w:val="24"/>
          <w:szCs w:val="24"/>
        </w:rPr>
        <w:t xml:space="preserve"> to assess the contribution of each regressor to the model and discuss the findings </w:t>
      </w:r>
      <w:proofErr w:type="gramStart"/>
      <w:r w:rsidRPr="00324442">
        <w:rPr>
          <w:rFonts w:cs="Times New Roman"/>
          <w:sz w:val="24"/>
          <w:szCs w:val="24"/>
        </w:rPr>
        <w:t>in light of</w:t>
      </w:r>
      <w:proofErr w:type="gramEnd"/>
      <w:r w:rsidRPr="00324442">
        <w:rPr>
          <w:rFonts w:cs="Times New Roman"/>
          <w:sz w:val="24"/>
          <w:szCs w:val="24"/>
        </w:rPr>
        <w:t xml:space="preserve"> the experimental design.</w:t>
      </w:r>
    </w:p>
    <w:p w14:paraId="3052FA87" w14:textId="77777777" w:rsidR="00061C05" w:rsidRPr="00324442" w:rsidRDefault="00CE45E7" w:rsidP="004E2A35">
      <w:pPr>
        <w:spacing w:after="100"/>
        <w:ind w:left="360" w:hanging="360"/>
        <w:jc w:val="both"/>
        <w:rPr>
          <w:rFonts w:cs="Times New Roman"/>
          <w:sz w:val="24"/>
          <w:szCs w:val="24"/>
        </w:rPr>
      </w:pPr>
      <w:r w:rsidRPr="00324442">
        <w:rPr>
          <w:rFonts w:cs="Times New Roman"/>
          <w:b/>
          <w:sz w:val="24"/>
          <w:szCs w:val="24"/>
        </w:rPr>
        <w:t xml:space="preserve">(d) </w:t>
      </w:r>
      <w:r w:rsidRPr="00324442">
        <w:rPr>
          <w:rFonts w:cs="Times New Roman"/>
          <w:sz w:val="24"/>
          <w:szCs w:val="24"/>
        </w:rPr>
        <w:t>Calculate R² and adjusted R² for the full model. Compare these values with those from a reduced multiple regression model containing only temperature and particle size. Discuss what the comparison implies about adding predictors.</w:t>
      </w:r>
    </w:p>
    <w:p w14:paraId="7A61DE90" w14:textId="77777777" w:rsidR="00061C05" w:rsidRDefault="00CE45E7" w:rsidP="004E2A35">
      <w:pPr>
        <w:spacing w:after="100"/>
        <w:ind w:left="360" w:hanging="360"/>
        <w:jc w:val="both"/>
        <w:rPr>
          <w:rFonts w:cs="Times New Roman"/>
          <w:sz w:val="24"/>
          <w:szCs w:val="24"/>
        </w:rPr>
      </w:pPr>
      <w:r w:rsidRPr="00324442">
        <w:rPr>
          <w:rFonts w:cs="Times New Roman"/>
          <w:b/>
          <w:sz w:val="24"/>
          <w:szCs w:val="24"/>
        </w:rPr>
        <w:t xml:space="preserve">(e) </w:t>
      </w:r>
      <w:r w:rsidRPr="00324442">
        <w:rPr>
          <w:rFonts w:cs="Times New Roman"/>
          <w:sz w:val="24"/>
          <w:szCs w:val="24"/>
        </w:rPr>
        <w:t>Find and interpret a 95% confidence interval for the regression coefficient associated with temperature in both the full and reduced models. Discuss why the intervals may differ.</w:t>
      </w:r>
    </w:p>
    <w:p w14:paraId="6C98B523" w14:textId="77777777" w:rsidR="00B23E22" w:rsidRDefault="00B23E22" w:rsidP="004E2A35">
      <w:pPr>
        <w:spacing w:after="100"/>
        <w:ind w:left="360" w:hanging="360"/>
        <w:jc w:val="both"/>
        <w:rPr>
          <w:rFonts w:cs="Times New Roman"/>
          <w:sz w:val="24"/>
          <w:szCs w:val="24"/>
        </w:rPr>
      </w:pPr>
    </w:p>
    <w:p w14:paraId="300AA8E2" w14:textId="77777777" w:rsidR="00B23E22" w:rsidRDefault="00B23E22" w:rsidP="004E2A35">
      <w:pPr>
        <w:spacing w:after="100"/>
        <w:ind w:left="360" w:hanging="360"/>
        <w:jc w:val="both"/>
        <w:rPr>
          <w:rFonts w:cs="Times New Roman"/>
          <w:sz w:val="24"/>
          <w:szCs w:val="24"/>
        </w:rPr>
      </w:pPr>
    </w:p>
    <w:p w14:paraId="5865F5F9" w14:textId="77777777" w:rsidR="00B23E22" w:rsidRDefault="00B23E22" w:rsidP="004E2A35">
      <w:pPr>
        <w:spacing w:after="100"/>
        <w:ind w:left="360" w:hanging="360"/>
        <w:jc w:val="both"/>
        <w:rPr>
          <w:rFonts w:cs="Times New Roman"/>
          <w:sz w:val="24"/>
          <w:szCs w:val="24"/>
        </w:rPr>
      </w:pPr>
    </w:p>
    <w:p w14:paraId="68142D6D" w14:textId="77777777" w:rsidR="00B23E22" w:rsidRPr="00324442" w:rsidRDefault="00B23E22" w:rsidP="004E2A35">
      <w:pPr>
        <w:spacing w:after="100"/>
        <w:ind w:left="360" w:hanging="360"/>
        <w:jc w:val="both"/>
        <w:rPr>
          <w:rFonts w:cs="Times New Roman"/>
          <w:sz w:val="24"/>
          <w:szCs w:val="24"/>
        </w:rPr>
      </w:pPr>
    </w:p>
    <w:p w14:paraId="17BB0EC3" w14:textId="395D84DF" w:rsidR="00D97056" w:rsidRPr="00324442" w:rsidRDefault="00D97056" w:rsidP="004E2A35">
      <w:pPr>
        <w:pStyle w:val="Heading1"/>
        <w:jc w:val="both"/>
        <w:rPr>
          <w:sz w:val="24"/>
          <w:szCs w:val="24"/>
        </w:rPr>
      </w:pPr>
      <w:r w:rsidRPr="00324442">
        <w:rPr>
          <w:sz w:val="24"/>
          <w:szCs w:val="24"/>
        </w:rPr>
        <w:lastRenderedPageBreak/>
        <w:t xml:space="preserve">Question </w:t>
      </w:r>
      <w:r w:rsidR="005C006D">
        <w:rPr>
          <w:sz w:val="24"/>
          <w:szCs w:val="24"/>
        </w:rPr>
        <w:t>3</w:t>
      </w:r>
      <w:r w:rsidRPr="00324442">
        <w:rPr>
          <w:sz w:val="24"/>
          <w:szCs w:val="24"/>
        </w:rPr>
        <w:t>. National Football League Team Performance</w:t>
      </w:r>
    </w:p>
    <w:p w14:paraId="7E321D49" w14:textId="6069E6CE" w:rsidR="00D97056" w:rsidRPr="00324442" w:rsidRDefault="00D97056" w:rsidP="004E2A35">
      <w:pPr>
        <w:jc w:val="both"/>
        <w:rPr>
          <w:sz w:val="24"/>
          <w:szCs w:val="24"/>
        </w:rPr>
      </w:pPr>
      <w:r w:rsidRPr="00324442">
        <w:rPr>
          <w:sz w:val="24"/>
          <w:szCs w:val="24"/>
        </w:rPr>
        <w:t>Consider the National Football League data in the Table below. Here y is games won in a 14-game season; x₂ is passing yards; x₇ is percentage rushing; and x₈ is opponents’ rushing yards.</w:t>
      </w:r>
    </w:p>
    <w:tbl>
      <w:tblPr>
        <w:tblStyle w:val="TableGrid"/>
        <w:tblW w:w="10380" w:type="dxa"/>
        <w:jc w:val="center"/>
        <w:tblLook w:val="04A0" w:firstRow="1" w:lastRow="0" w:firstColumn="1" w:lastColumn="0" w:noHBand="0" w:noVBand="1"/>
      </w:tblPr>
      <w:tblGrid>
        <w:gridCol w:w="1727"/>
        <w:gridCol w:w="553"/>
        <w:gridCol w:w="902"/>
        <w:gridCol w:w="902"/>
        <w:gridCol w:w="898"/>
        <w:gridCol w:w="898"/>
        <w:gridCol w:w="896"/>
        <w:gridCol w:w="902"/>
        <w:gridCol w:w="898"/>
        <w:gridCol w:w="902"/>
        <w:gridCol w:w="902"/>
      </w:tblGrid>
      <w:tr w:rsidR="00D97056" w:rsidRPr="00324442" w14:paraId="0FA03DF7" w14:textId="77777777" w:rsidTr="00F22530">
        <w:trPr>
          <w:jc w:val="center"/>
        </w:trPr>
        <w:tc>
          <w:tcPr>
            <w:tcW w:w="1727" w:type="dxa"/>
            <w:shd w:val="clear" w:color="auto" w:fill="D9E2F3"/>
            <w:vAlign w:val="center"/>
          </w:tcPr>
          <w:p w14:paraId="639A808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Team</w:t>
            </w:r>
          </w:p>
        </w:tc>
        <w:tc>
          <w:tcPr>
            <w:tcW w:w="553" w:type="dxa"/>
            <w:shd w:val="clear" w:color="auto" w:fill="D9E2F3"/>
            <w:vAlign w:val="center"/>
          </w:tcPr>
          <w:p w14:paraId="3942141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y</w:t>
            </w:r>
          </w:p>
        </w:tc>
        <w:tc>
          <w:tcPr>
            <w:tcW w:w="902" w:type="dxa"/>
            <w:shd w:val="clear" w:color="auto" w:fill="D9E2F3"/>
            <w:vAlign w:val="center"/>
          </w:tcPr>
          <w:p w14:paraId="370A582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x₁</w:t>
            </w:r>
          </w:p>
        </w:tc>
        <w:tc>
          <w:tcPr>
            <w:tcW w:w="902" w:type="dxa"/>
            <w:shd w:val="clear" w:color="auto" w:fill="D9E2F3"/>
            <w:vAlign w:val="center"/>
          </w:tcPr>
          <w:p w14:paraId="22E5A6A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x₂</w:t>
            </w:r>
          </w:p>
        </w:tc>
        <w:tc>
          <w:tcPr>
            <w:tcW w:w="898" w:type="dxa"/>
            <w:shd w:val="clear" w:color="auto" w:fill="D9E2F3"/>
            <w:vAlign w:val="center"/>
          </w:tcPr>
          <w:p w14:paraId="5F37AC4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x₃</w:t>
            </w:r>
          </w:p>
        </w:tc>
        <w:tc>
          <w:tcPr>
            <w:tcW w:w="898" w:type="dxa"/>
            <w:shd w:val="clear" w:color="auto" w:fill="D9E2F3"/>
            <w:vAlign w:val="center"/>
          </w:tcPr>
          <w:p w14:paraId="75DA49C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x₄</w:t>
            </w:r>
          </w:p>
        </w:tc>
        <w:tc>
          <w:tcPr>
            <w:tcW w:w="896" w:type="dxa"/>
            <w:shd w:val="clear" w:color="auto" w:fill="D9E2F3"/>
            <w:vAlign w:val="center"/>
          </w:tcPr>
          <w:p w14:paraId="524C895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x₅</w:t>
            </w:r>
          </w:p>
        </w:tc>
        <w:tc>
          <w:tcPr>
            <w:tcW w:w="902" w:type="dxa"/>
            <w:shd w:val="clear" w:color="auto" w:fill="D9E2F3"/>
            <w:vAlign w:val="center"/>
          </w:tcPr>
          <w:p w14:paraId="5D3EB89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x₆</w:t>
            </w:r>
          </w:p>
        </w:tc>
        <w:tc>
          <w:tcPr>
            <w:tcW w:w="898" w:type="dxa"/>
            <w:shd w:val="clear" w:color="auto" w:fill="D9E2F3"/>
            <w:vAlign w:val="center"/>
          </w:tcPr>
          <w:p w14:paraId="4A3C196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x₇</w:t>
            </w:r>
          </w:p>
        </w:tc>
        <w:tc>
          <w:tcPr>
            <w:tcW w:w="902" w:type="dxa"/>
            <w:shd w:val="clear" w:color="auto" w:fill="D9E2F3"/>
            <w:vAlign w:val="center"/>
          </w:tcPr>
          <w:p w14:paraId="7EA64B4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x₈</w:t>
            </w:r>
          </w:p>
        </w:tc>
        <w:tc>
          <w:tcPr>
            <w:tcW w:w="902" w:type="dxa"/>
            <w:shd w:val="clear" w:color="auto" w:fill="D9E2F3"/>
            <w:vAlign w:val="center"/>
          </w:tcPr>
          <w:p w14:paraId="4CA2764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x₉</w:t>
            </w:r>
          </w:p>
        </w:tc>
      </w:tr>
      <w:tr w:rsidR="00D97056" w:rsidRPr="00324442" w14:paraId="39E016C6" w14:textId="77777777" w:rsidTr="00F22530">
        <w:trPr>
          <w:jc w:val="center"/>
        </w:trPr>
        <w:tc>
          <w:tcPr>
            <w:tcW w:w="1727" w:type="dxa"/>
            <w:vAlign w:val="center"/>
          </w:tcPr>
          <w:p w14:paraId="1175DAB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Washington</w:t>
            </w:r>
          </w:p>
        </w:tc>
        <w:tc>
          <w:tcPr>
            <w:tcW w:w="553" w:type="dxa"/>
            <w:vAlign w:val="center"/>
          </w:tcPr>
          <w:p w14:paraId="71554C5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10</w:t>
            </w:r>
          </w:p>
        </w:tc>
        <w:tc>
          <w:tcPr>
            <w:tcW w:w="902" w:type="dxa"/>
            <w:vAlign w:val="center"/>
          </w:tcPr>
          <w:p w14:paraId="705F857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2113</w:t>
            </w:r>
          </w:p>
        </w:tc>
        <w:tc>
          <w:tcPr>
            <w:tcW w:w="902" w:type="dxa"/>
            <w:vAlign w:val="center"/>
          </w:tcPr>
          <w:p w14:paraId="1B9025D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1985</w:t>
            </w:r>
          </w:p>
        </w:tc>
        <w:tc>
          <w:tcPr>
            <w:tcW w:w="898" w:type="dxa"/>
            <w:vAlign w:val="center"/>
          </w:tcPr>
          <w:p w14:paraId="0408431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38.9</w:t>
            </w:r>
          </w:p>
        </w:tc>
        <w:tc>
          <w:tcPr>
            <w:tcW w:w="898" w:type="dxa"/>
            <w:vAlign w:val="center"/>
          </w:tcPr>
          <w:p w14:paraId="4C033DC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64.7</w:t>
            </w:r>
          </w:p>
        </w:tc>
        <w:tc>
          <w:tcPr>
            <w:tcW w:w="896" w:type="dxa"/>
            <w:vAlign w:val="center"/>
          </w:tcPr>
          <w:p w14:paraId="33659C0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+4</w:t>
            </w:r>
          </w:p>
        </w:tc>
        <w:tc>
          <w:tcPr>
            <w:tcW w:w="902" w:type="dxa"/>
            <w:vAlign w:val="center"/>
          </w:tcPr>
          <w:p w14:paraId="5C1FED9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868</w:t>
            </w:r>
          </w:p>
        </w:tc>
        <w:tc>
          <w:tcPr>
            <w:tcW w:w="898" w:type="dxa"/>
            <w:vAlign w:val="center"/>
          </w:tcPr>
          <w:p w14:paraId="4FE9CDE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59.7</w:t>
            </w:r>
          </w:p>
        </w:tc>
        <w:tc>
          <w:tcPr>
            <w:tcW w:w="902" w:type="dxa"/>
            <w:vAlign w:val="center"/>
          </w:tcPr>
          <w:p w14:paraId="578C3AC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2205</w:t>
            </w:r>
          </w:p>
        </w:tc>
        <w:tc>
          <w:tcPr>
            <w:tcW w:w="902" w:type="dxa"/>
            <w:vAlign w:val="center"/>
          </w:tcPr>
          <w:p w14:paraId="39B6EE4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1917</w:t>
            </w:r>
          </w:p>
        </w:tc>
      </w:tr>
      <w:tr w:rsidR="00D97056" w:rsidRPr="00324442" w14:paraId="628B8596" w14:textId="77777777" w:rsidTr="00F22530">
        <w:trPr>
          <w:jc w:val="center"/>
        </w:trPr>
        <w:tc>
          <w:tcPr>
            <w:tcW w:w="1727" w:type="dxa"/>
            <w:vAlign w:val="center"/>
          </w:tcPr>
          <w:p w14:paraId="64D682D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Minnesota</w:t>
            </w:r>
          </w:p>
        </w:tc>
        <w:tc>
          <w:tcPr>
            <w:tcW w:w="553" w:type="dxa"/>
            <w:vAlign w:val="center"/>
          </w:tcPr>
          <w:p w14:paraId="14676FC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11</w:t>
            </w:r>
          </w:p>
        </w:tc>
        <w:tc>
          <w:tcPr>
            <w:tcW w:w="902" w:type="dxa"/>
            <w:vAlign w:val="center"/>
          </w:tcPr>
          <w:p w14:paraId="5F387CD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2003</w:t>
            </w:r>
          </w:p>
        </w:tc>
        <w:tc>
          <w:tcPr>
            <w:tcW w:w="902" w:type="dxa"/>
            <w:vAlign w:val="center"/>
          </w:tcPr>
          <w:p w14:paraId="151AF40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2855</w:t>
            </w:r>
          </w:p>
        </w:tc>
        <w:tc>
          <w:tcPr>
            <w:tcW w:w="898" w:type="dxa"/>
            <w:vAlign w:val="center"/>
          </w:tcPr>
          <w:p w14:paraId="46100D1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38.8</w:t>
            </w:r>
          </w:p>
        </w:tc>
        <w:tc>
          <w:tcPr>
            <w:tcW w:w="898" w:type="dxa"/>
            <w:vAlign w:val="center"/>
          </w:tcPr>
          <w:p w14:paraId="70D37B8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61.3</w:t>
            </w:r>
          </w:p>
        </w:tc>
        <w:tc>
          <w:tcPr>
            <w:tcW w:w="896" w:type="dxa"/>
            <w:vAlign w:val="center"/>
          </w:tcPr>
          <w:p w14:paraId="7C35F4A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+3</w:t>
            </w:r>
          </w:p>
        </w:tc>
        <w:tc>
          <w:tcPr>
            <w:tcW w:w="902" w:type="dxa"/>
            <w:vAlign w:val="center"/>
          </w:tcPr>
          <w:p w14:paraId="3CF6AC9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615</w:t>
            </w:r>
          </w:p>
        </w:tc>
        <w:tc>
          <w:tcPr>
            <w:tcW w:w="898" w:type="dxa"/>
            <w:vAlign w:val="center"/>
          </w:tcPr>
          <w:p w14:paraId="5E46F5B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55.0</w:t>
            </w:r>
          </w:p>
        </w:tc>
        <w:tc>
          <w:tcPr>
            <w:tcW w:w="902" w:type="dxa"/>
            <w:vAlign w:val="center"/>
          </w:tcPr>
          <w:p w14:paraId="634C57E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2096</w:t>
            </w:r>
          </w:p>
        </w:tc>
        <w:tc>
          <w:tcPr>
            <w:tcW w:w="902" w:type="dxa"/>
            <w:vAlign w:val="center"/>
          </w:tcPr>
          <w:p w14:paraId="02D5E3A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1575</w:t>
            </w:r>
          </w:p>
        </w:tc>
      </w:tr>
      <w:tr w:rsidR="00D97056" w:rsidRPr="00324442" w14:paraId="70D6A31B" w14:textId="77777777" w:rsidTr="00F22530">
        <w:trPr>
          <w:jc w:val="center"/>
        </w:trPr>
        <w:tc>
          <w:tcPr>
            <w:tcW w:w="1727" w:type="dxa"/>
            <w:vAlign w:val="center"/>
          </w:tcPr>
          <w:p w14:paraId="1D90B85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New England</w:t>
            </w:r>
          </w:p>
        </w:tc>
        <w:tc>
          <w:tcPr>
            <w:tcW w:w="553" w:type="dxa"/>
            <w:vAlign w:val="center"/>
          </w:tcPr>
          <w:p w14:paraId="53FDB5B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11</w:t>
            </w:r>
          </w:p>
        </w:tc>
        <w:tc>
          <w:tcPr>
            <w:tcW w:w="902" w:type="dxa"/>
            <w:vAlign w:val="center"/>
          </w:tcPr>
          <w:p w14:paraId="4730A62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2957</w:t>
            </w:r>
          </w:p>
        </w:tc>
        <w:tc>
          <w:tcPr>
            <w:tcW w:w="902" w:type="dxa"/>
            <w:vAlign w:val="center"/>
          </w:tcPr>
          <w:p w14:paraId="30626E3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1737</w:t>
            </w:r>
          </w:p>
        </w:tc>
        <w:tc>
          <w:tcPr>
            <w:tcW w:w="898" w:type="dxa"/>
            <w:vAlign w:val="center"/>
          </w:tcPr>
          <w:p w14:paraId="4B2A5A1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40.1</w:t>
            </w:r>
          </w:p>
        </w:tc>
        <w:tc>
          <w:tcPr>
            <w:tcW w:w="898" w:type="dxa"/>
            <w:vAlign w:val="center"/>
          </w:tcPr>
          <w:p w14:paraId="32CE193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60.0</w:t>
            </w:r>
          </w:p>
        </w:tc>
        <w:tc>
          <w:tcPr>
            <w:tcW w:w="896" w:type="dxa"/>
            <w:vAlign w:val="center"/>
          </w:tcPr>
          <w:p w14:paraId="27AA210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+14</w:t>
            </w:r>
          </w:p>
        </w:tc>
        <w:tc>
          <w:tcPr>
            <w:tcW w:w="902" w:type="dxa"/>
            <w:vAlign w:val="center"/>
          </w:tcPr>
          <w:p w14:paraId="44C2FA4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914</w:t>
            </w:r>
          </w:p>
        </w:tc>
        <w:tc>
          <w:tcPr>
            <w:tcW w:w="898" w:type="dxa"/>
            <w:vAlign w:val="center"/>
          </w:tcPr>
          <w:p w14:paraId="0707D6E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65.6</w:t>
            </w:r>
          </w:p>
        </w:tc>
        <w:tc>
          <w:tcPr>
            <w:tcW w:w="902" w:type="dxa"/>
            <w:vAlign w:val="center"/>
          </w:tcPr>
          <w:p w14:paraId="52CCFBD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1847</w:t>
            </w:r>
          </w:p>
        </w:tc>
        <w:tc>
          <w:tcPr>
            <w:tcW w:w="902" w:type="dxa"/>
            <w:vAlign w:val="center"/>
          </w:tcPr>
          <w:p w14:paraId="1CE74F3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2175</w:t>
            </w:r>
          </w:p>
        </w:tc>
      </w:tr>
      <w:tr w:rsidR="00D97056" w:rsidRPr="00324442" w14:paraId="7A2422E4" w14:textId="77777777" w:rsidTr="00F22530">
        <w:trPr>
          <w:jc w:val="center"/>
        </w:trPr>
        <w:tc>
          <w:tcPr>
            <w:tcW w:w="1727" w:type="dxa"/>
            <w:vAlign w:val="center"/>
          </w:tcPr>
          <w:p w14:paraId="753C308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Oakland</w:t>
            </w:r>
          </w:p>
        </w:tc>
        <w:tc>
          <w:tcPr>
            <w:tcW w:w="553" w:type="dxa"/>
            <w:vAlign w:val="center"/>
          </w:tcPr>
          <w:p w14:paraId="211D9BB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13</w:t>
            </w:r>
          </w:p>
        </w:tc>
        <w:tc>
          <w:tcPr>
            <w:tcW w:w="902" w:type="dxa"/>
            <w:vAlign w:val="center"/>
          </w:tcPr>
          <w:p w14:paraId="07EB365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2285</w:t>
            </w:r>
          </w:p>
        </w:tc>
        <w:tc>
          <w:tcPr>
            <w:tcW w:w="902" w:type="dxa"/>
            <w:vAlign w:val="center"/>
          </w:tcPr>
          <w:p w14:paraId="658F607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2905</w:t>
            </w:r>
          </w:p>
        </w:tc>
        <w:tc>
          <w:tcPr>
            <w:tcW w:w="898" w:type="dxa"/>
            <w:vAlign w:val="center"/>
          </w:tcPr>
          <w:p w14:paraId="4873D6E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41.6</w:t>
            </w:r>
          </w:p>
        </w:tc>
        <w:tc>
          <w:tcPr>
            <w:tcW w:w="898" w:type="dxa"/>
            <w:vAlign w:val="center"/>
          </w:tcPr>
          <w:p w14:paraId="1F07F51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45.3</w:t>
            </w:r>
          </w:p>
        </w:tc>
        <w:tc>
          <w:tcPr>
            <w:tcW w:w="896" w:type="dxa"/>
            <w:vAlign w:val="center"/>
          </w:tcPr>
          <w:p w14:paraId="0F5274C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−4</w:t>
            </w:r>
          </w:p>
        </w:tc>
        <w:tc>
          <w:tcPr>
            <w:tcW w:w="902" w:type="dxa"/>
            <w:vAlign w:val="center"/>
          </w:tcPr>
          <w:p w14:paraId="6956048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957</w:t>
            </w:r>
          </w:p>
        </w:tc>
        <w:tc>
          <w:tcPr>
            <w:tcW w:w="898" w:type="dxa"/>
            <w:vAlign w:val="center"/>
          </w:tcPr>
          <w:p w14:paraId="23F9796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61.4</w:t>
            </w:r>
          </w:p>
        </w:tc>
        <w:tc>
          <w:tcPr>
            <w:tcW w:w="902" w:type="dxa"/>
            <w:vAlign w:val="center"/>
          </w:tcPr>
          <w:p w14:paraId="34B338A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1903</w:t>
            </w:r>
          </w:p>
        </w:tc>
        <w:tc>
          <w:tcPr>
            <w:tcW w:w="902" w:type="dxa"/>
            <w:vAlign w:val="center"/>
          </w:tcPr>
          <w:p w14:paraId="5A90A55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2476</w:t>
            </w:r>
          </w:p>
        </w:tc>
      </w:tr>
      <w:tr w:rsidR="00D97056" w:rsidRPr="00324442" w14:paraId="017346CE" w14:textId="77777777" w:rsidTr="00F22530">
        <w:trPr>
          <w:jc w:val="center"/>
        </w:trPr>
        <w:tc>
          <w:tcPr>
            <w:tcW w:w="1727" w:type="dxa"/>
            <w:vAlign w:val="center"/>
          </w:tcPr>
          <w:p w14:paraId="575B83A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Pittsburgh</w:t>
            </w:r>
          </w:p>
        </w:tc>
        <w:tc>
          <w:tcPr>
            <w:tcW w:w="553" w:type="dxa"/>
            <w:vAlign w:val="center"/>
          </w:tcPr>
          <w:p w14:paraId="6CD797F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10</w:t>
            </w:r>
          </w:p>
        </w:tc>
        <w:tc>
          <w:tcPr>
            <w:tcW w:w="902" w:type="dxa"/>
            <w:vAlign w:val="center"/>
          </w:tcPr>
          <w:p w14:paraId="25EE55F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2971</w:t>
            </w:r>
          </w:p>
        </w:tc>
        <w:tc>
          <w:tcPr>
            <w:tcW w:w="902" w:type="dxa"/>
            <w:vAlign w:val="center"/>
          </w:tcPr>
          <w:p w14:paraId="4365DAF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1666</w:t>
            </w:r>
          </w:p>
        </w:tc>
        <w:tc>
          <w:tcPr>
            <w:tcW w:w="898" w:type="dxa"/>
            <w:vAlign w:val="center"/>
          </w:tcPr>
          <w:p w14:paraId="358F4DC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39.2</w:t>
            </w:r>
          </w:p>
        </w:tc>
        <w:tc>
          <w:tcPr>
            <w:tcW w:w="898" w:type="dxa"/>
            <w:vAlign w:val="center"/>
          </w:tcPr>
          <w:p w14:paraId="55A8207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53.8</w:t>
            </w:r>
          </w:p>
        </w:tc>
        <w:tc>
          <w:tcPr>
            <w:tcW w:w="896" w:type="dxa"/>
            <w:vAlign w:val="center"/>
          </w:tcPr>
          <w:p w14:paraId="2DF2462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+15</w:t>
            </w:r>
          </w:p>
        </w:tc>
        <w:tc>
          <w:tcPr>
            <w:tcW w:w="902" w:type="dxa"/>
            <w:vAlign w:val="center"/>
          </w:tcPr>
          <w:p w14:paraId="427A269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836</w:t>
            </w:r>
          </w:p>
        </w:tc>
        <w:tc>
          <w:tcPr>
            <w:tcW w:w="898" w:type="dxa"/>
            <w:vAlign w:val="center"/>
          </w:tcPr>
          <w:p w14:paraId="6327B30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66.1</w:t>
            </w:r>
          </w:p>
        </w:tc>
        <w:tc>
          <w:tcPr>
            <w:tcW w:w="902" w:type="dxa"/>
            <w:vAlign w:val="center"/>
          </w:tcPr>
          <w:p w14:paraId="050B8ED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1457</w:t>
            </w:r>
          </w:p>
        </w:tc>
        <w:tc>
          <w:tcPr>
            <w:tcW w:w="902" w:type="dxa"/>
            <w:vAlign w:val="center"/>
          </w:tcPr>
          <w:p w14:paraId="2772FD7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1866</w:t>
            </w:r>
          </w:p>
        </w:tc>
      </w:tr>
      <w:tr w:rsidR="00D97056" w:rsidRPr="00324442" w14:paraId="40A1A540" w14:textId="77777777" w:rsidTr="00F22530">
        <w:trPr>
          <w:jc w:val="center"/>
        </w:trPr>
        <w:tc>
          <w:tcPr>
            <w:tcW w:w="1727" w:type="dxa"/>
            <w:vAlign w:val="center"/>
          </w:tcPr>
          <w:p w14:paraId="3E700EA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Baltimore</w:t>
            </w:r>
          </w:p>
        </w:tc>
        <w:tc>
          <w:tcPr>
            <w:tcW w:w="553" w:type="dxa"/>
            <w:vAlign w:val="center"/>
          </w:tcPr>
          <w:p w14:paraId="6BEDD60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11</w:t>
            </w:r>
          </w:p>
        </w:tc>
        <w:tc>
          <w:tcPr>
            <w:tcW w:w="902" w:type="dxa"/>
            <w:vAlign w:val="center"/>
          </w:tcPr>
          <w:p w14:paraId="1E38E84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2309</w:t>
            </w:r>
          </w:p>
        </w:tc>
        <w:tc>
          <w:tcPr>
            <w:tcW w:w="902" w:type="dxa"/>
            <w:vAlign w:val="center"/>
          </w:tcPr>
          <w:p w14:paraId="0833602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2927</w:t>
            </w:r>
          </w:p>
        </w:tc>
        <w:tc>
          <w:tcPr>
            <w:tcW w:w="898" w:type="dxa"/>
            <w:vAlign w:val="center"/>
          </w:tcPr>
          <w:p w14:paraId="35FD98A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39.7</w:t>
            </w:r>
          </w:p>
        </w:tc>
        <w:tc>
          <w:tcPr>
            <w:tcW w:w="898" w:type="dxa"/>
            <w:vAlign w:val="center"/>
          </w:tcPr>
          <w:p w14:paraId="5CD5431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74.1</w:t>
            </w:r>
          </w:p>
        </w:tc>
        <w:tc>
          <w:tcPr>
            <w:tcW w:w="896" w:type="dxa"/>
            <w:vAlign w:val="center"/>
          </w:tcPr>
          <w:p w14:paraId="7C7C753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+8</w:t>
            </w:r>
          </w:p>
        </w:tc>
        <w:tc>
          <w:tcPr>
            <w:tcW w:w="902" w:type="dxa"/>
            <w:vAlign w:val="center"/>
          </w:tcPr>
          <w:p w14:paraId="4DA9BC5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786</w:t>
            </w:r>
          </w:p>
        </w:tc>
        <w:tc>
          <w:tcPr>
            <w:tcW w:w="898" w:type="dxa"/>
            <w:vAlign w:val="center"/>
          </w:tcPr>
          <w:p w14:paraId="03AB04B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61.0</w:t>
            </w:r>
          </w:p>
        </w:tc>
        <w:tc>
          <w:tcPr>
            <w:tcW w:w="902" w:type="dxa"/>
            <w:vAlign w:val="center"/>
          </w:tcPr>
          <w:p w14:paraId="52E183C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1848</w:t>
            </w:r>
          </w:p>
        </w:tc>
        <w:tc>
          <w:tcPr>
            <w:tcW w:w="902" w:type="dxa"/>
            <w:vAlign w:val="center"/>
          </w:tcPr>
          <w:p w14:paraId="308A31B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2339</w:t>
            </w:r>
          </w:p>
        </w:tc>
      </w:tr>
      <w:tr w:rsidR="00D97056" w:rsidRPr="00324442" w14:paraId="5220AE7E" w14:textId="77777777" w:rsidTr="00F22530">
        <w:trPr>
          <w:jc w:val="center"/>
        </w:trPr>
        <w:tc>
          <w:tcPr>
            <w:tcW w:w="1727" w:type="dxa"/>
            <w:vAlign w:val="center"/>
          </w:tcPr>
          <w:p w14:paraId="144D607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Los Angeles</w:t>
            </w:r>
          </w:p>
        </w:tc>
        <w:tc>
          <w:tcPr>
            <w:tcW w:w="553" w:type="dxa"/>
            <w:vAlign w:val="center"/>
          </w:tcPr>
          <w:p w14:paraId="7779A0D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10</w:t>
            </w:r>
          </w:p>
        </w:tc>
        <w:tc>
          <w:tcPr>
            <w:tcW w:w="902" w:type="dxa"/>
            <w:vAlign w:val="center"/>
          </w:tcPr>
          <w:p w14:paraId="101D725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2528</w:t>
            </w:r>
          </w:p>
        </w:tc>
        <w:tc>
          <w:tcPr>
            <w:tcW w:w="902" w:type="dxa"/>
            <w:vAlign w:val="center"/>
          </w:tcPr>
          <w:p w14:paraId="54B839A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2341</w:t>
            </w:r>
          </w:p>
        </w:tc>
        <w:tc>
          <w:tcPr>
            <w:tcW w:w="898" w:type="dxa"/>
            <w:vAlign w:val="center"/>
          </w:tcPr>
          <w:p w14:paraId="3A89023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38.1</w:t>
            </w:r>
          </w:p>
        </w:tc>
        <w:tc>
          <w:tcPr>
            <w:tcW w:w="898" w:type="dxa"/>
            <w:vAlign w:val="center"/>
          </w:tcPr>
          <w:p w14:paraId="3527523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65.4</w:t>
            </w:r>
          </w:p>
        </w:tc>
        <w:tc>
          <w:tcPr>
            <w:tcW w:w="896" w:type="dxa"/>
            <w:vAlign w:val="center"/>
          </w:tcPr>
          <w:p w14:paraId="408B194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+12</w:t>
            </w:r>
          </w:p>
        </w:tc>
        <w:tc>
          <w:tcPr>
            <w:tcW w:w="902" w:type="dxa"/>
            <w:vAlign w:val="center"/>
          </w:tcPr>
          <w:p w14:paraId="33564D5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754</w:t>
            </w:r>
          </w:p>
        </w:tc>
        <w:tc>
          <w:tcPr>
            <w:tcW w:w="898" w:type="dxa"/>
            <w:vAlign w:val="center"/>
          </w:tcPr>
          <w:p w14:paraId="10E2603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66.1</w:t>
            </w:r>
          </w:p>
        </w:tc>
        <w:tc>
          <w:tcPr>
            <w:tcW w:w="902" w:type="dxa"/>
            <w:vAlign w:val="center"/>
          </w:tcPr>
          <w:p w14:paraId="57930F9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1564</w:t>
            </w:r>
          </w:p>
        </w:tc>
        <w:tc>
          <w:tcPr>
            <w:tcW w:w="902" w:type="dxa"/>
            <w:vAlign w:val="center"/>
          </w:tcPr>
          <w:p w14:paraId="3FCA620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2092</w:t>
            </w:r>
          </w:p>
        </w:tc>
      </w:tr>
      <w:tr w:rsidR="00D97056" w:rsidRPr="00324442" w14:paraId="3A32F648" w14:textId="77777777" w:rsidTr="00F22530">
        <w:trPr>
          <w:jc w:val="center"/>
        </w:trPr>
        <w:tc>
          <w:tcPr>
            <w:tcW w:w="1727" w:type="dxa"/>
            <w:vAlign w:val="center"/>
          </w:tcPr>
          <w:p w14:paraId="4AD2F7D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Dallas</w:t>
            </w:r>
          </w:p>
        </w:tc>
        <w:tc>
          <w:tcPr>
            <w:tcW w:w="553" w:type="dxa"/>
            <w:vAlign w:val="center"/>
          </w:tcPr>
          <w:p w14:paraId="1A7A7AF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11</w:t>
            </w:r>
          </w:p>
        </w:tc>
        <w:tc>
          <w:tcPr>
            <w:tcW w:w="902" w:type="dxa"/>
            <w:vAlign w:val="center"/>
          </w:tcPr>
          <w:p w14:paraId="67CC7F1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2147</w:t>
            </w:r>
          </w:p>
        </w:tc>
        <w:tc>
          <w:tcPr>
            <w:tcW w:w="902" w:type="dxa"/>
            <w:vAlign w:val="center"/>
          </w:tcPr>
          <w:p w14:paraId="2B339C7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2737</w:t>
            </w:r>
          </w:p>
        </w:tc>
        <w:tc>
          <w:tcPr>
            <w:tcW w:w="898" w:type="dxa"/>
            <w:vAlign w:val="center"/>
          </w:tcPr>
          <w:p w14:paraId="76078E7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37.0</w:t>
            </w:r>
          </w:p>
        </w:tc>
        <w:tc>
          <w:tcPr>
            <w:tcW w:w="898" w:type="dxa"/>
            <w:vAlign w:val="center"/>
          </w:tcPr>
          <w:p w14:paraId="1AF2A09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78.3</w:t>
            </w:r>
          </w:p>
        </w:tc>
        <w:tc>
          <w:tcPr>
            <w:tcW w:w="896" w:type="dxa"/>
            <w:vAlign w:val="center"/>
          </w:tcPr>
          <w:p w14:paraId="69077D7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−1</w:t>
            </w:r>
          </w:p>
        </w:tc>
        <w:tc>
          <w:tcPr>
            <w:tcW w:w="902" w:type="dxa"/>
            <w:vAlign w:val="center"/>
          </w:tcPr>
          <w:p w14:paraId="5F6562C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761</w:t>
            </w:r>
          </w:p>
        </w:tc>
        <w:tc>
          <w:tcPr>
            <w:tcW w:w="898" w:type="dxa"/>
            <w:vAlign w:val="center"/>
          </w:tcPr>
          <w:p w14:paraId="4F8B1B4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58.0</w:t>
            </w:r>
          </w:p>
        </w:tc>
        <w:tc>
          <w:tcPr>
            <w:tcW w:w="902" w:type="dxa"/>
            <w:vAlign w:val="center"/>
          </w:tcPr>
          <w:p w14:paraId="26A2220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1821</w:t>
            </w:r>
          </w:p>
        </w:tc>
        <w:tc>
          <w:tcPr>
            <w:tcW w:w="902" w:type="dxa"/>
            <w:vAlign w:val="center"/>
          </w:tcPr>
          <w:p w14:paraId="34FF1E1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1909</w:t>
            </w:r>
          </w:p>
        </w:tc>
      </w:tr>
      <w:tr w:rsidR="00D97056" w:rsidRPr="00324442" w14:paraId="7AE162F0" w14:textId="77777777" w:rsidTr="00F22530">
        <w:trPr>
          <w:jc w:val="center"/>
        </w:trPr>
        <w:tc>
          <w:tcPr>
            <w:tcW w:w="1727" w:type="dxa"/>
            <w:vAlign w:val="center"/>
          </w:tcPr>
          <w:p w14:paraId="501F076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Atlanta</w:t>
            </w:r>
          </w:p>
        </w:tc>
        <w:tc>
          <w:tcPr>
            <w:tcW w:w="553" w:type="dxa"/>
            <w:vAlign w:val="center"/>
          </w:tcPr>
          <w:p w14:paraId="516B5BF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</w:t>
            </w:r>
          </w:p>
        </w:tc>
        <w:tc>
          <w:tcPr>
            <w:tcW w:w="902" w:type="dxa"/>
            <w:vAlign w:val="center"/>
          </w:tcPr>
          <w:p w14:paraId="1EB5293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1689</w:t>
            </w:r>
          </w:p>
        </w:tc>
        <w:tc>
          <w:tcPr>
            <w:tcW w:w="902" w:type="dxa"/>
            <w:vAlign w:val="center"/>
          </w:tcPr>
          <w:p w14:paraId="26FB0C2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1414</w:t>
            </w:r>
          </w:p>
        </w:tc>
        <w:tc>
          <w:tcPr>
            <w:tcW w:w="898" w:type="dxa"/>
            <w:vAlign w:val="center"/>
          </w:tcPr>
          <w:p w14:paraId="080F1B7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42.1</w:t>
            </w:r>
          </w:p>
        </w:tc>
        <w:tc>
          <w:tcPr>
            <w:tcW w:w="898" w:type="dxa"/>
            <w:vAlign w:val="center"/>
          </w:tcPr>
          <w:p w14:paraId="469CE35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47.6</w:t>
            </w:r>
          </w:p>
        </w:tc>
        <w:tc>
          <w:tcPr>
            <w:tcW w:w="896" w:type="dxa"/>
            <w:vAlign w:val="center"/>
          </w:tcPr>
          <w:p w14:paraId="0BCA754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−3</w:t>
            </w:r>
          </w:p>
        </w:tc>
        <w:tc>
          <w:tcPr>
            <w:tcW w:w="902" w:type="dxa"/>
            <w:vAlign w:val="center"/>
          </w:tcPr>
          <w:p w14:paraId="7101AAC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714</w:t>
            </w:r>
          </w:p>
        </w:tc>
        <w:tc>
          <w:tcPr>
            <w:tcW w:w="898" w:type="dxa"/>
            <w:vAlign w:val="center"/>
          </w:tcPr>
          <w:p w14:paraId="6801CF3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57.0</w:t>
            </w:r>
          </w:p>
        </w:tc>
        <w:tc>
          <w:tcPr>
            <w:tcW w:w="902" w:type="dxa"/>
            <w:vAlign w:val="center"/>
          </w:tcPr>
          <w:p w14:paraId="2878387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2577</w:t>
            </w:r>
          </w:p>
        </w:tc>
        <w:tc>
          <w:tcPr>
            <w:tcW w:w="902" w:type="dxa"/>
            <w:vAlign w:val="center"/>
          </w:tcPr>
          <w:p w14:paraId="271C11B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2001</w:t>
            </w:r>
          </w:p>
        </w:tc>
      </w:tr>
      <w:tr w:rsidR="00D97056" w:rsidRPr="00324442" w14:paraId="28F336D2" w14:textId="77777777" w:rsidTr="00F22530">
        <w:trPr>
          <w:jc w:val="center"/>
        </w:trPr>
        <w:tc>
          <w:tcPr>
            <w:tcW w:w="1727" w:type="dxa"/>
            <w:vAlign w:val="center"/>
          </w:tcPr>
          <w:p w14:paraId="339D84E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Buffalo</w:t>
            </w:r>
          </w:p>
        </w:tc>
        <w:tc>
          <w:tcPr>
            <w:tcW w:w="553" w:type="dxa"/>
            <w:vAlign w:val="center"/>
          </w:tcPr>
          <w:p w14:paraId="3CFF709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</w:t>
            </w:r>
          </w:p>
        </w:tc>
        <w:tc>
          <w:tcPr>
            <w:tcW w:w="902" w:type="dxa"/>
            <w:vAlign w:val="center"/>
          </w:tcPr>
          <w:p w14:paraId="2E8F74A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2566</w:t>
            </w:r>
          </w:p>
        </w:tc>
        <w:tc>
          <w:tcPr>
            <w:tcW w:w="902" w:type="dxa"/>
            <w:vAlign w:val="center"/>
          </w:tcPr>
          <w:p w14:paraId="507AE0B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1838</w:t>
            </w:r>
          </w:p>
        </w:tc>
        <w:tc>
          <w:tcPr>
            <w:tcW w:w="898" w:type="dxa"/>
            <w:vAlign w:val="center"/>
          </w:tcPr>
          <w:p w14:paraId="150ABEB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42.3</w:t>
            </w:r>
          </w:p>
        </w:tc>
        <w:tc>
          <w:tcPr>
            <w:tcW w:w="898" w:type="dxa"/>
            <w:vAlign w:val="center"/>
          </w:tcPr>
          <w:p w14:paraId="5843593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54.2</w:t>
            </w:r>
          </w:p>
        </w:tc>
        <w:tc>
          <w:tcPr>
            <w:tcW w:w="896" w:type="dxa"/>
            <w:vAlign w:val="center"/>
          </w:tcPr>
          <w:p w14:paraId="2AC2213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−1</w:t>
            </w:r>
          </w:p>
        </w:tc>
        <w:tc>
          <w:tcPr>
            <w:tcW w:w="902" w:type="dxa"/>
            <w:vAlign w:val="center"/>
          </w:tcPr>
          <w:p w14:paraId="7481287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797</w:t>
            </w:r>
          </w:p>
        </w:tc>
        <w:tc>
          <w:tcPr>
            <w:tcW w:w="898" w:type="dxa"/>
            <w:vAlign w:val="center"/>
          </w:tcPr>
          <w:p w14:paraId="19F9AC1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58.9</w:t>
            </w:r>
          </w:p>
        </w:tc>
        <w:tc>
          <w:tcPr>
            <w:tcW w:w="902" w:type="dxa"/>
            <w:vAlign w:val="center"/>
          </w:tcPr>
          <w:p w14:paraId="1A4B4F1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2476</w:t>
            </w:r>
          </w:p>
        </w:tc>
        <w:tc>
          <w:tcPr>
            <w:tcW w:w="902" w:type="dxa"/>
            <w:vAlign w:val="center"/>
          </w:tcPr>
          <w:p w14:paraId="5626C8D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2254</w:t>
            </w:r>
          </w:p>
        </w:tc>
      </w:tr>
      <w:tr w:rsidR="00D97056" w:rsidRPr="00324442" w14:paraId="411A827A" w14:textId="77777777" w:rsidTr="00F22530">
        <w:trPr>
          <w:jc w:val="center"/>
        </w:trPr>
        <w:tc>
          <w:tcPr>
            <w:tcW w:w="1727" w:type="dxa"/>
            <w:vAlign w:val="center"/>
          </w:tcPr>
          <w:p w14:paraId="158AECE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Chicago</w:t>
            </w:r>
          </w:p>
        </w:tc>
        <w:tc>
          <w:tcPr>
            <w:tcW w:w="553" w:type="dxa"/>
            <w:vAlign w:val="center"/>
          </w:tcPr>
          <w:p w14:paraId="0DAF593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</w:t>
            </w:r>
          </w:p>
        </w:tc>
        <w:tc>
          <w:tcPr>
            <w:tcW w:w="902" w:type="dxa"/>
            <w:vAlign w:val="center"/>
          </w:tcPr>
          <w:p w14:paraId="1AFEAA7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2363</w:t>
            </w:r>
          </w:p>
        </w:tc>
        <w:tc>
          <w:tcPr>
            <w:tcW w:w="902" w:type="dxa"/>
            <w:vAlign w:val="center"/>
          </w:tcPr>
          <w:p w14:paraId="36DF3B8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1480</w:t>
            </w:r>
          </w:p>
        </w:tc>
        <w:tc>
          <w:tcPr>
            <w:tcW w:w="898" w:type="dxa"/>
            <w:vAlign w:val="center"/>
          </w:tcPr>
          <w:p w14:paraId="2CFB73C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37.3</w:t>
            </w:r>
          </w:p>
        </w:tc>
        <w:tc>
          <w:tcPr>
            <w:tcW w:w="898" w:type="dxa"/>
            <w:vAlign w:val="center"/>
          </w:tcPr>
          <w:p w14:paraId="4595429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48.0</w:t>
            </w:r>
          </w:p>
        </w:tc>
        <w:tc>
          <w:tcPr>
            <w:tcW w:w="896" w:type="dxa"/>
            <w:vAlign w:val="center"/>
          </w:tcPr>
          <w:p w14:paraId="0A2804D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+19</w:t>
            </w:r>
          </w:p>
        </w:tc>
        <w:tc>
          <w:tcPr>
            <w:tcW w:w="902" w:type="dxa"/>
            <w:vAlign w:val="center"/>
          </w:tcPr>
          <w:p w14:paraId="3C4E036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984</w:t>
            </w:r>
          </w:p>
        </w:tc>
        <w:tc>
          <w:tcPr>
            <w:tcW w:w="898" w:type="dxa"/>
            <w:vAlign w:val="center"/>
          </w:tcPr>
          <w:p w14:paraId="17E607E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67.5</w:t>
            </w:r>
          </w:p>
        </w:tc>
        <w:tc>
          <w:tcPr>
            <w:tcW w:w="902" w:type="dxa"/>
            <w:vAlign w:val="center"/>
          </w:tcPr>
          <w:p w14:paraId="6EC8D45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1984</w:t>
            </w:r>
          </w:p>
        </w:tc>
        <w:tc>
          <w:tcPr>
            <w:tcW w:w="902" w:type="dxa"/>
            <w:vAlign w:val="center"/>
          </w:tcPr>
          <w:p w14:paraId="2987281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2217</w:t>
            </w:r>
          </w:p>
        </w:tc>
      </w:tr>
      <w:tr w:rsidR="00D97056" w:rsidRPr="00324442" w14:paraId="0A699C35" w14:textId="77777777" w:rsidTr="00F22530">
        <w:trPr>
          <w:jc w:val="center"/>
        </w:trPr>
        <w:tc>
          <w:tcPr>
            <w:tcW w:w="1727" w:type="dxa"/>
            <w:vAlign w:val="center"/>
          </w:tcPr>
          <w:p w14:paraId="310C670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Cincinnati</w:t>
            </w:r>
          </w:p>
        </w:tc>
        <w:tc>
          <w:tcPr>
            <w:tcW w:w="553" w:type="dxa"/>
            <w:vAlign w:val="center"/>
          </w:tcPr>
          <w:p w14:paraId="43D92FD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10</w:t>
            </w:r>
          </w:p>
        </w:tc>
        <w:tc>
          <w:tcPr>
            <w:tcW w:w="902" w:type="dxa"/>
            <w:vAlign w:val="center"/>
          </w:tcPr>
          <w:p w14:paraId="7E0C283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2109</w:t>
            </w:r>
          </w:p>
        </w:tc>
        <w:tc>
          <w:tcPr>
            <w:tcW w:w="902" w:type="dxa"/>
            <w:vAlign w:val="center"/>
          </w:tcPr>
          <w:p w14:paraId="336F7DC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2191</w:t>
            </w:r>
          </w:p>
        </w:tc>
        <w:tc>
          <w:tcPr>
            <w:tcW w:w="898" w:type="dxa"/>
            <w:vAlign w:val="center"/>
          </w:tcPr>
          <w:p w14:paraId="573A07C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39.5</w:t>
            </w:r>
          </w:p>
        </w:tc>
        <w:tc>
          <w:tcPr>
            <w:tcW w:w="898" w:type="dxa"/>
            <w:vAlign w:val="center"/>
          </w:tcPr>
          <w:p w14:paraId="6848284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51.9</w:t>
            </w:r>
          </w:p>
        </w:tc>
        <w:tc>
          <w:tcPr>
            <w:tcW w:w="896" w:type="dxa"/>
            <w:vAlign w:val="center"/>
          </w:tcPr>
          <w:p w14:paraId="333D988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+6</w:t>
            </w:r>
          </w:p>
        </w:tc>
        <w:tc>
          <w:tcPr>
            <w:tcW w:w="902" w:type="dxa"/>
            <w:vAlign w:val="center"/>
          </w:tcPr>
          <w:p w14:paraId="5D11A5D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700</w:t>
            </w:r>
          </w:p>
        </w:tc>
        <w:tc>
          <w:tcPr>
            <w:tcW w:w="898" w:type="dxa"/>
            <w:vAlign w:val="center"/>
          </w:tcPr>
          <w:p w14:paraId="0913524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57.2</w:t>
            </w:r>
          </w:p>
        </w:tc>
        <w:tc>
          <w:tcPr>
            <w:tcW w:w="902" w:type="dxa"/>
            <w:vAlign w:val="center"/>
          </w:tcPr>
          <w:p w14:paraId="4547C08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1917</w:t>
            </w:r>
          </w:p>
        </w:tc>
        <w:tc>
          <w:tcPr>
            <w:tcW w:w="902" w:type="dxa"/>
            <w:vAlign w:val="center"/>
          </w:tcPr>
          <w:p w14:paraId="6CB22CB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1758</w:t>
            </w:r>
          </w:p>
        </w:tc>
      </w:tr>
      <w:tr w:rsidR="00D97056" w:rsidRPr="00324442" w14:paraId="0F31A358" w14:textId="77777777" w:rsidTr="00F22530">
        <w:trPr>
          <w:jc w:val="center"/>
        </w:trPr>
        <w:tc>
          <w:tcPr>
            <w:tcW w:w="1727" w:type="dxa"/>
            <w:vAlign w:val="center"/>
          </w:tcPr>
          <w:p w14:paraId="109A542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Cleveland</w:t>
            </w:r>
          </w:p>
        </w:tc>
        <w:tc>
          <w:tcPr>
            <w:tcW w:w="553" w:type="dxa"/>
            <w:vAlign w:val="center"/>
          </w:tcPr>
          <w:p w14:paraId="0B9C21A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9</w:t>
            </w:r>
          </w:p>
        </w:tc>
        <w:tc>
          <w:tcPr>
            <w:tcW w:w="902" w:type="dxa"/>
            <w:vAlign w:val="center"/>
          </w:tcPr>
          <w:p w14:paraId="7FC405A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2295</w:t>
            </w:r>
          </w:p>
        </w:tc>
        <w:tc>
          <w:tcPr>
            <w:tcW w:w="902" w:type="dxa"/>
            <w:vAlign w:val="center"/>
          </w:tcPr>
          <w:p w14:paraId="1E1A509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2229</w:t>
            </w:r>
          </w:p>
        </w:tc>
        <w:tc>
          <w:tcPr>
            <w:tcW w:w="898" w:type="dxa"/>
            <w:vAlign w:val="center"/>
          </w:tcPr>
          <w:p w14:paraId="7292275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37.4</w:t>
            </w:r>
          </w:p>
        </w:tc>
        <w:tc>
          <w:tcPr>
            <w:tcW w:w="898" w:type="dxa"/>
            <w:vAlign w:val="center"/>
          </w:tcPr>
          <w:p w14:paraId="6BFC0BD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53.6</w:t>
            </w:r>
          </w:p>
        </w:tc>
        <w:tc>
          <w:tcPr>
            <w:tcW w:w="896" w:type="dxa"/>
            <w:vAlign w:val="center"/>
          </w:tcPr>
          <w:p w14:paraId="3F5E619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−5</w:t>
            </w:r>
          </w:p>
        </w:tc>
        <w:tc>
          <w:tcPr>
            <w:tcW w:w="902" w:type="dxa"/>
            <w:vAlign w:val="center"/>
          </w:tcPr>
          <w:p w14:paraId="22D3944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1037</w:t>
            </w:r>
          </w:p>
        </w:tc>
        <w:tc>
          <w:tcPr>
            <w:tcW w:w="898" w:type="dxa"/>
            <w:vAlign w:val="center"/>
          </w:tcPr>
          <w:p w14:paraId="29EC7C9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58.8</w:t>
            </w:r>
          </w:p>
        </w:tc>
        <w:tc>
          <w:tcPr>
            <w:tcW w:w="902" w:type="dxa"/>
            <w:vAlign w:val="center"/>
          </w:tcPr>
          <w:p w14:paraId="7074EFB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1761</w:t>
            </w:r>
          </w:p>
        </w:tc>
        <w:tc>
          <w:tcPr>
            <w:tcW w:w="902" w:type="dxa"/>
            <w:vAlign w:val="center"/>
          </w:tcPr>
          <w:p w14:paraId="511E370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2032</w:t>
            </w:r>
          </w:p>
        </w:tc>
      </w:tr>
      <w:tr w:rsidR="00D97056" w:rsidRPr="00324442" w14:paraId="79AAA43C" w14:textId="77777777" w:rsidTr="00F22530">
        <w:trPr>
          <w:jc w:val="center"/>
        </w:trPr>
        <w:tc>
          <w:tcPr>
            <w:tcW w:w="1727" w:type="dxa"/>
            <w:vAlign w:val="center"/>
          </w:tcPr>
          <w:p w14:paraId="7E54295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Denver</w:t>
            </w:r>
          </w:p>
        </w:tc>
        <w:tc>
          <w:tcPr>
            <w:tcW w:w="553" w:type="dxa"/>
            <w:vAlign w:val="center"/>
          </w:tcPr>
          <w:p w14:paraId="7DC35F5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9</w:t>
            </w:r>
          </w:p>
        </w:tc>
        <w:tc>
          <w:tcPr>
            <w:tcW w:w="902" w:type="dxa"/>
            <w:vAlign w:val="center"/>
          </w:tcPr>
          <w:p w14:paraId="4B2DCAB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1932</w:t>
            </w:r>
          </w:p>
        </w:tc>
        <w:tc>
          <w:tcPr>
            <w:tcW w:w="902" w:type="dxa"/>
            <w:vAlign w:val="center"/>
          </w:tcPr>
          <w:p w14:paraId="36C6082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2204</w:t>
            </w:r>
          </w:p>
        </w:tc>
        <w:tc>
          <w:tcPr>
            <w:tcW w:w="898" w:type="dxa"/>
            <w:vAlign w:val="center"/>
          </w:tcPr>
          <w:p w14:paraId="663277F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35.1</w:t>
            </w:r>
          </w:p>
        </w:tc>
        <w:tc>
          <w:tcPr>
            <w:tcW w:w="898" w:type="dxa"/>
            <w:vAlign w:val="center"/>
          </w:tcPr>
          <w:p w14:paraId="3930E50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71.4</w:t>
            </w:r>
          </w:p>
        </w:tc>
        <w:tc>
          <w:tcPr>
            <w:tcW w:w="896" w:type="dxa"/>
            <w:vAlign w:val="center"/>
          </w:tcPr>
          <w:p w14:paraId="23CEC3B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+3</w:t>
            </w:r>
          </w:p>
        </w:tc>
        <w:tc>
          <w:tcPr>
            <w:tcW w:w="902" w:type="dxa"/>
            <w:vAlign w:val="center"/>
          </w:tcPr>
          <w:p w14:paraId="4E360CB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986</w:t>
            </w:r>
          </w:p>
        </w:tc>
        <w:tc>
          <w:tcPr>
            <w:tcW w:w="898" w:type="dxa"/>
            <w:vAlign w:val="center"/>
          </w:tcPr>
          <w:p w14:paraId="0A933AF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58.6</w:t>
            </w:r>
          </w:p>
        </w:tc>
        <w:tc>
          <w:tcPr>
            <w:tcW w:w="902" w:type="dxa"/>
            <w:vAlign w:val="center"/>
          </w:tcPr>
          <w:p w14:paraId="4D494E0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1709</w:t>
            </w:r>
          </w:p>
        </w:tc>
        <w:tc>
          <w:tcPr>
            <w:tcW w:w="902" w:type="dxa"/>
            <w:vAlign w:val="center"/>
          </w:tcPr>
          <w:p w14:paraId="10431C8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2025</w:t>
            </w:r>
          </w:p>
        </w:tc>
      </w:tr>
      <w:tr w:rsidR="00D97056" w:rsidRPr="00324442" w14:paraId="5D5A0C4A" w14:textId="77777777" w:rsidTr="00F22530">
        <w:trPr>
          <w:jc w:val="center"/>
        </w:trPr>
        <w:tc>
          <w:tcPr>
            <w:tcW w:w="1727" w:type="dxa"/>
            <w:vAlign w:val="center"/>
          </w:tcPr>
          <w:p w14:paraId="226B844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Detroit</w:t>
            </w:r>
          </w:p>
        </w:tc>
        <w:tc>
          <w:tcPr>
            <w:tcW w:w="553" w:type="dxa"/>
            <w:vAlign w:val="center"/>
          </w:tcPr>
          <w:p w14:paraId="11BED35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</w:t>
            </w:r>
          </w:p>
        </w:tc>
        <w:tc>
          <w:tcPr>
            <w:tcW w:w="902" w:type="dxa"/>
            <w:vAlign w:val="center"/>
          </w:tcPr>
          <w:p w14:paraId="60BE7CE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2213</w:t>
            </w:r>
          </w:p>
        </w:tc>
        <w:tc>
          <w:tcPr>
            <w:tcW w:w="902" w:type="dxa"/>
            <w:vAlign w:val="center"/>
          </w:tcPr>
          <w:p w14:paraId="06C9C07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2140</w:t>
            </w:r>
          </w:p>
        </w:tc>
        <w:tc>
          <w:tcPr>
            <w:tcW w:w="898" w:type="dxa"/>
            <w:vAlign w:val="center"/>
          </w:tcPr>
          <w:p w14:paraId="04EA8C2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38.8</w:t>
            </w:r>
          </w:p>
        </w:tc>
        <w:tc>
          <w:tcPr>
            <w:tcW w:w="898" w:type="dxa"/>
            <w:vAlign w:val="center"/>
          </w:tcPr>
          <w:p w14:paraId="35104B2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58.3</w:t>
            </w:r>
          </w:p>
        </w:tc>
        <w:tc>
          <w:tcPr>
            <w:tcW w:w="896" w:type="dxa"/>
            <w:vAlign w:val="center"/>
          </w:tcPr>
          <w:p w14:paraId="4D1EEDF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+6</w:t>
            </w:r>
          </w:p>
        </w:tc>
        <w:tc>
          <w:tcPr>
            <w:tcW w:w="902" w:type="dxa"/>
            <w:vAlign w:val="center"/>
          </w:tcPr>
          <w:p w14:paraId="369C8A7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819</w:t>
            </w:r>
          </w:p>
        </w:tc>
        <w:tc>
          <w:tcPr>
            <w:tcW w:w="898" w:type="dxa"/>
            <w:vAlign w:val="center"/>
          </w:tcPr>
          <w:p w14:paraId="2E79516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59.2</w:t>
            </w:r>
          </w:p>
        </w:tc>
        <w:tc>
          <w:tcPr>
            <w:tcW w:w="902" w:type="dxa"/>
            <w:vAlign w:val="center"/>
          </w:tcPr>
          <w:p w14:paraId="7F3573A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1901</w:t>
            </w:r>
          </w:p>
        </w:tc>
        <w:tc>
          <w:tcPr>
            <w:tcW w:w="902" w:type="dxa"/>
            <w:vAlign w:val="center"/>
          </w:tcPr>
          <w:p w14:paraId="40A38CB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1686</w:t>
            </w:r>
          </w:p>
        </w:tc>
      </w:tr>
      <w:tr w:rsidR="00D97056" w:rsidRPr="00324442" w14:paraId="524C9597" w14:textId="77777777" w:rsidTr="00F22530">
        <w:trPr>
          <w:jc w:val="center"/>
        </w:trPr>
        <w:tc>
          <w:tcPr>
            <w:tcW w:w="1727" w:type="dxa"/>
            <w:vAlign w:val="center"/>
          </w:tcPr>
          <w:p w14:paraId="62965B7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Green Bay</w:t>
            </w:r>
          </w:p>
        </w:tc>
        <w:tc>
          <w:tcPr>
            <w:tcW w:w="553" w:type="dxa"/>
            <w:vAlign w:val="center"/>
          </w:tcPr>
          <w:p w14:paraId="3D406D6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</w:t>
            </w:r>
          </w:p>
        </w:tc>
        <w:tc>
          <w:tcPr>
            <w:tcW w:w="902" w:type="dxa"/>
            <w:vAlign w:val="center"/>
          </w:tcPr>
          <w:p w14:paraId="6BB1DB9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1722</w:t>
            </w:r>
          </w:p>
        </w:tc>
        <w:tc>
          <w:tcPr>
            <w:tcW w:w="902" w:type="dxa"/>
            <w:vAlign w:val="center"/>
          </w:tcPr>
          <w:p w14:paraId="2141FB2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1730</w:t>
            </w:r>
          </w:p>
        </w:tc>
        <w:tc>
          <w:tcPr>
            <w:tcW w:w="898" w:type="dxa"/>
            <w:vAlign w:val="center"/>
          </w:tcPr>
          <w:p w14:paraId="7B4D1C7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36.6</w:t>
            </w:r>
          </w:p>
        </w:tc>
        <w:tc>
          <w:tcPr>
            <w:tcW w:w="898" w:type="dxa"/>
            <w:vAlign w:val="center"/>
          </w:tcPr>
          <w:p w14:paraId="584B34B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52.6</w:t>
            </w:r>
          </w:p>
        </w:tc>
        <w:tc>
          <w:tcPr>
            <w:tcW w:w="896" w:type="dxa"/>
            <w:vAlign w:val="center"/>
          </w:tcPr>
          <w:p w14:paraId="58321EA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−19</w:t>
            </w:r>
          </w:p>
        </w:tc>
        <w:tc>
          <w:tcPr>
            <w:tcW w:w="902" w:type="dxa"/>
            <w:vAlign w:val="center"/>
          </w:tcPr>
          <w:p w14:paraId="15CDF1A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791</w:t>
            </w:r>
          </w:p>
        </w:tc>
        <w:tc>
          <w:tcPr>
            <w:tcW w:w="898" w:type="dxa"/>
            <w:vAlign w:val="center"/>
          </w:tcPr>
          <w:p w14:paraId="18BBCA5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54.4</w:t>
            </w:r>
          </w:p>
        </w:tc>
        <w:tc>
          <w:tcPr>
            <w:tcW w:w="902" w:type="dxa"/>
            <w:vAlign w:val="center"/>
          </w:tcPr>
          <w:p w14:paraId="774D3F9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2288</w:t>
            </w:r>
          </w:p>
        </w:tc>
        <w:tc>
          <w:tcPr>
            <w:tcW w:w="902" w:type="dxa"/>
            <w:vAlign w:val="center"/>
          </w:tcPr>
          <w:p w14:paraId="698C9C1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1835</w:t>
            </w:r>
          </w:p>
        </w:tc>
      </w:tr>
      <w:tr w:rsidR="00D97056" w:rsidRPr="00324442" w14:paraId="5A413026" w14:textId="77777777" w:rsidTr="00F22530">
        <w:trPr>
          <w:jc w:val="center"/>
        </w:trPr>
        <w:tc>
          <w:tcPr>
            <w:tcW w:w="1727" w:type="dxa"/>
            <w:vAlign w:val="center"/>
          </w:tcPr>
          <w:p w14:paraId="5F13920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Houston</w:t>
            </w:r>
          </w:p>
        </w:tc>
        <w:tc>
          <w:tcPr>
            <w:tcW w:w="553" w:type="dxa"/>
            <w:vAlign w:val="center"/>
          </w:tcPr>
          <w:p w14:paraId="0CD5FE0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</w:t>
            </w:r>
          </w:p>
        </w:tc>
        <w:tc>
          <w:tcPr>
            <w:tcW w:w="902" w:type="dxa"/>
            <w:vAlign w:val="center"/>
          </w:tcPr>
          <w:p w14:paraId="087ED9B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1498</w:t>
            </w:r>
          </w:p>
        </w:tc>
        <w:tc>
          <w:tcPr>
            <w:tcW w:w="902" w:type="dxa"/>
            <w:vAlign w:val="center"/>
          </w:tcPr>
          <w:p w14:paraId="0573EBE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2072</w:t>
            </w:r>
          </w:p>
        </w:tc>
        <w:tc>
          <w:tcPr>
            <w:tcW w:w="898" w:type="dxa"/>
            <w:vAlign w:val="center"/>
          </w:tcPr>
          <w:p w14:paraId="4B2E826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35.3</w:t>
            </w:r>
          </w:p>
        </w:tc>
        <w:tc>
          <w:tcPr>
            <w:tcW w:w="898" w:type="dxa"/>
            <w:vAlign w:val="center"/>
          </w:tcPr>
          <w:p w14:paraId="524E19D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59.3</w:t>
            </w:r>
          </w:p>
        </w:tc>
        <w:tc>
          <w:tcPr>
            <w:tcW w:w="896" w:type="dxa"/>
            <w:vAlign w:val="center"/>
          </w:tcPr>
          <w:p w14:paraId="194308B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−5</w:t>
            </w:r>
          </w:p>
        </w:tc>
        <w:tc>
          <w:tcPr>
            <w:tcW w:w="902" w:type="dxa"/>
            <w:vAlign w:val="center"/>
          </w:tcPr>
          <w:p w14:paraId="3BB1BDE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776</w:t>
            </w:r>
          </w:p>
        </w:tc>
        <w:tc>
          <w:tcPr>
            <w:tcW w:w="898" w:type="dxa"/>
            <w:vAlign w:val="center"/>
          </w:tcPr>
          <w:p w14:paraId="2CD0137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49.6</w:t>
            </w:r>
          </w:p>
        </w:tc>
        <w:tc>
          <w:tcPr>
            <w:tcW w:w="902" w:type="dxa"/>
            <w:vAlign w:val="center"/>
          </w:tcPr>
          <w:p w14:paraId="4587014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2072</w:t>
            </w:r>
          </w:p>
        </w:tc>
        <w:tc>
          <w:tcPr>
            <w:tcW w:w="902" w:type="dxa"/>
            <w:vAlign w:val="center"/>
          </w:tcPr>
          <w:p w14:paraId="6748430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1914</w:t>
            </w:r>
          </w:p>
        </w:tc>
      </w:tr>
      <w:tr w:rsidR="00D97056" w:rsidRPr="00324442" w14:paraId="7B522E10" w14:textId="77777777" w:rsidTr="00F22530">
        <w:trPr>
          <w:jc w:val="center"/>
        </w:trPr>
        <w:tc>
          <w:tcPr>
            <w:tcW w:w="1727" w:type="dxa"/>
            <w:vAlign w:val="center"/>
          </w:tcPr>
          <w:p w14:paraId="11E1074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Kansas City</w:t>
            </w:r>
          </w:p>
        </w:tc>
        <w:tc>
          <w:tcPr>
            <w:tcW w:w="553" w:type="dxa"/>
            <w:vAlign w:val="center"/>
          </w:tcPr>
          <w:p w14:paraId="00E0469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</w:t>
            </w:r>
          </w:p>
        </w:tc>
        <w:tc>
          <w:tcPr>
            <w:tcW w:w="902" w:type="dxa"/>
            <w:vAlign w:val="center"/>
          </w:tcPr>
          <w:p w14:paraId="37000F7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1873</w:t>
            </w:r>
          </w:p>
        </w:tc>
        <w:tc>
          <w:tcPr>
            <w:tcW w:w="902" w:type="dxa"/>
            <w:vAlign w:val="center"/>
          </w:tcPr>
          <w:p w14:paraId="185E9D4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2929</w:t>
            </w:r>
          </w:p>
        </w:tc>
        <w:tc>
          <w:tcPr>
            <w:tcW w:w="898" w:type="dxa"/>
            <w:vAlign w:val="center"/>
          </w:tcPr>
          <w:p w14:paraId="00C3951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41.1</w:t>
            </w:r>
          </w:p>
        </w:tc>
        <w:tc>
          <w:tcPr>
            <w:tcW w:w="898" w:type="dxa"/>
            <w:vAlign w:val="center"/>
          </w:tcPr>
          <w:p w14:paraId="6A3A677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55.3</w:t>
            </w:r>
          </w:p>
        </w:tc>
        <w:tc>
          <w:tcPr>
            <w:tcW w:w="896" w:type="dxa"/>
            <w:vAlign w:val="center"/>
          </w:tcPr>
          <w:p w14:paraId="5DA04C9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+10</w:t>
            </w:r>
          </w:p>
        </w:tc>
        <w:tc>
          <w:tcPr>
            <w:tcW w:w="902" w:type="dxa"/>
            <w:vAlign w:val="center"/>
          </w:tcPr>
          <w:p w14:paraId="69A66A8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789</w:t>
            </w:r>
          </w:p>
        </w:tc>
        <w:tc>
          <w:tcPr>
            <w:tcW w:w="898" w:type="dxa"/>
            <w:vAlign w:val="center"/>
          </w:tcPr>
          <w:p w14:paraId="3050E58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54.3</w:t>
            </w:r>
          </w:p>
        </w:tc>
        <w:tc>
          <w:tcPr>
            <w:tcW w:w="902" w:type="dxa"/>
            <w:vAlign w:val="center"/>
          </w:tcPr>
          <w:p w14:paraId="2A823FE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2861</w:t>
            </w:r>
          </w:p>
        </w:tc>
        <w:tc>
          <w:tcPr>
            <w:tcW w:w="902" w:type="dxa"/>
            <w:vAlign w:val="center"/>
          </w:tcPr>
          <w:p w14:paraId="61D9CB1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2496</w:t>
            </w:r>
          </w:p>
        </w:tc>
      </w:tr>
      <w:tr w:rsidR="00D97056" w:rsidRPr="00324442" w14:paraId="10D9834A" w14:textId="77777777" w:rsidTr="00F22530">
        <w:trPr>
          <w:jc w:val="center"/>
        </w:trPr>
        <w:tc>
          <w:tcPr>
            <w:tcW w:w="1727" w:type="dxa"/>
            <w:vAlign w:val="center"/>
          </w:tcPr>
          <w:p w14:paraId="1ABE18C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Miami</w:t>
            </w:r>
          </w:p>
        </w:tc>
        <w:tc>
          <w:tcPr>
            <w:tcW w:w="553" w:type="dxa"/>
            <w:vAlign w:val="center"/>
          </w:tcPr>
          <w:p w14:paraId="09C9FCB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</w:t>
            </w:r>
          </w:p>
        </w:tc>
        <w:tc>
          <w:tcPr>
            <w:tcW w:w="902" w:type="dxa"/>
            <w:vAlign w:val="center"/>
          </w:tcPr>
          <w:p w14:paraId="24EFB6B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2118</w:t>
            </w:r>
          </w:p>
        </w:tc>
        <w:tc>
          <w:tcPr>
            <w:tcW w:w="902" w:type="dxa"/>
            <w:vAlign w:val="center"/>
          </w:tcPr>
          <w:p w14:paraId="1B416EF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2268</w:t>
            </w:r>
          </w:p>
        </w:tc>
        <w:tc>
          <w:tcPr>
            <w:tcW w:w="898" w:type="dxa"/>
            <w:vAlign w:val="center"/>
          </w:tcPr>
          <w:p w14:paraId="384A9D1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38.2</w:t>
            </w:r>
          </w:p>
        </w:tc>
        <w:tc>
          <w:tcPr>
            <w:tcW w:w="898" w:type="dxa"/>
            <w:vAlign w:val="center"/>
          </w:tcPr>
          <w:p w14:paraId="217997B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69.6</w:t>
            </w:r>
          </w:p>
        </w:tc>
        <w:tc>
          <w:tcPr>
            <w:tcW w:w="896" w:type="dxa"/>
            <w:vAlign w:val="center"/>
          </w:tcPr>
          <w:p w14:paraId="50BEBDF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+6</w:t>
            </w:r>
          </w:p>
        </w:tc>
        <w:tc>
          <w:tcPr>
            <w:tcW w:w="902" w:type="dxa"/>
            <w:vAlign w:val="center"/>
          </w:tcPr>
          <w:p w14:paraId="408BAA0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582</w:t>
            </w:r>
          </w:p>
        </w:tc>
        <w:tc>
          <w:tcPr>
            <w:tcW w:w="898" w:type="dxa"/>
            <w:vAlign w:val="center"/>
          </w:tcPr>
          <w:p w14:paraId="490729A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58.7</w:t>
            </w:r>
          </w:p>
        </w:tc>
        <w:tc>
          <w:tcPr>
            <w:tcW w:w="902" w:type="dxa"/>
            <w:vAlign w:val="center"/>
          </w:tcPr>
          <w:p w14:paraId="32D50A3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2411</w:t>
            </w:r>
          </w:p>
        </w:tc>
        <w:tc>
          <w:tcPr>
            <w:tcW w:w="902" w:type="dxa"/>
            <w:vAlign w:val="center"/>
          </w:tcPr>
          <w:p w14:paraId="31F4A13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2670</w:t>
            </w:r>
          </w:p>
        </w:tc>
      </w:tr>
      <w:tr w:rsidR="00D97056" w:rsidRPr="00324442" w14:paraId="251CC106" w14:textId="77777777" w:rsidTr="00F22530">
        <w:trPr>
          <w:jc w:val="center"/>
        </w:trPr>
        <w:tc>
          <w:tcPr>
            <w:tcW w:w="1727" w:type="dxa"/>
            <w:vAlign w:val="center"/>
          </w:tcPr>
          <w:p w14:paraId="038E6C3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F22530">
              <w:t>New Orleans</w:t>
            </w:r>
          </w:p>
        </w:tc>
        <w:tc>
          <w:tcPr>
            <w:tcW w:w="553" w:type="dxa"/>
            <w:vAlign w:val="center"/>
          </w:tcPr>
          <w:p w14:paraId="09DAA55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</w:t>
            </w:r>
          </w:p>
        </w:tc>
        <w:tc>
          <w:tcPr>
            <w:tcW w:w="902" w:type="dxa"/>
            <w:vAlign w:val="center"/>
          </w:tcPr>
          <w:p w14:paraId="2405E44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1775</w:t>
            </w:r>
          </w:p>
        </w:tc>
        <w:tc>
          <w:tcPr>
            <w:tcW w:w="902" w:type="dxa"/>
            <w:vAlign w:val="center"/>
          </w:tcPr>
          <w:p w14:paraId="11126FC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1983</w:t>
            </w:r>
          </w:p>
        </w:tc>
        <w:tc>
          <w:tcPr>
            <w:tcW w:w="898" w:type="dxa"/>
            <w:vAlign w:val="center"/>
          </w:tcPr>
          <w:p w14:paraId="0B57CB5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39.3</w:t>
            </w:r>
          </w:p>
        </w:tc>
        <w:tc>
          <w:tcPr>
            <w:tcW w:w="898" w:type="dxa"/>
            <w:vAlign w:val="center"/>
          </w:tcPr>
          <w:p w14:paraId="421F8C9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78.3</w:t>
            </w:r>
          </w:p>
        </w:tc>
        <w:tc>
          <w:tcPr>
            <w:tcW w:w="896" w:type="dxa"/>
            <w:vAlign w:val="center"/>
          </w:tcPr>
          <w:p w14:paraId="4F6220A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+7</w:t>
            </w:r>
          </w:p>
        </w:tc>
        <w:tc>
          <w:tcPr>
            <w:tcW w:w="902" w:type="dxa"/>
            <w:vAlign w:val="center"/>
          </w:tcPr>
          <w:p w14:paraId="028A7FC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901</w:t>
            </w:r>
          </w:p>
        </w:tc>
        <w:tc>
          <w:tcPr>
            <w:tcW w:w="898" w:type="dxa"/>
            <w:vAlign w:val="center"/>
          </w:tcPr>
          <w:p w14:paraId="1655C7F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51.7</w:t>
            </w:r>
          </w:p>
        </w:tc>
        <w:tc>
          <w:tcPr>
            <w:tcW w:w="902" w:type="dxa"/>
            <w:vAlign w:val="center"/>
          </w:tcPr>
          <w:p w14:paraId="73E54F8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2289</w:t>
            </w:r>
          </w:p>
        </w:tc>
        <w:tc>
          <w:tcPr>
            <w:tcW w:w="902" w:type="dxa"/>
            <w:vAlign w:val="center"/>
          </w:tcPr>
          <w:p w14:paraId="3F290E7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2202</w:t>
            </w:r>
          </w:p>
        </w:tc>
      </w:tr>
      <w:tr w:rsidR="00D97056" w:rsidRPr="00324442" w14:paraId="4B7F9596" w14:textId="77777777" w:rsidTr="00F22530">
        <w:trPr>
          <w:jc w:val="center"/>
        </w:trPr>
        <w:tc>
          <w:tcPr>
            <w:tcW w:w="1727" w:type="dxa"/>
            <w:vAlign w:val="center"/>
          </w:tcPr>
          <w:p w14:paraId="5B25DC31" w14:textId="77777777" w:rsidR="00D97056" w:rsidRPr="00F22530" w:rsidRDefault="00D97056" w:rsidP="00F22530">
            <w:pPr>
              <w:rPr>
                <w:sz w:val="20"/>
                <w:szCs w:val="20"/>
              </w:rPr>
            </w:pPr>
            <w:r w:rsidRPr="00F22530">
              <w:rPr>
                <w:sz w:val="20"/>
                <w:szCs w:val="20"/>
              </w:rPr>
              <w:t>New York Giants</w:t>
            </w:r>
          </w:p>
        </w:tc>
        <w:tc>
          <w:tcPr>
            <w:tcW w:w="553" w:type="dxa"/>
            <w:vAlign w:val="center"/>
          </w:tcPr>
          <w:p w14:paraId="567D3BE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902" w:type="dxa"/>
            <w:vAlign w:val="center"/>
          </w:tcPr>
          <w:p w14:paraId="1D703A0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1904</w:t>
            </w:r>
          </w:p>
        </w:tc>
        <w:tc>
          <w:tcPr>
            <w:tcW w:w="902" w:type="dxa"/>
            <w:vAlign w:val="center"/>
          </w:tcPr>
          <w:p w14:paraId="756E027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1792</w:t>
            </w:r>
          </w:p>
        </w:tc>
        <w:tc>
          <w:tcPr>
            <w:tcW w:w="898" w:type="dxa"/>
            <w:vAlign w:val="center"/>
          </w:tcPr>
          <w:p w14:paraId="186181B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39.7</w:t>
            </w:r>
          </w:p>
        </w:tc>
        <w:tc>
          <w:tcPr>
            <w:tcW w:w="898" w:type="dxa"/>
            <w:vAlign w:val="center"/>
          </w:tcPr>
          <w:p w14:paraId="6FBA5EA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38.1</w:t>
            </w:r>
          </w:p>
        </w:tc>
        <w:tc>
          <w:tcPr>
            <w:tcW w:w="896" w:type="dxa"/>
            <w:vAlign w:val="center"/>
          </w:tcPr>
          <w:p w14:paraId="5BCE6C0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−9</w:t>
            </w:r>
          </w:p>
        </w:tc>
        <w:tc>
          <w:tcPr>
            <w:tcW w:w="902" w:type="dxa"/>
            <w:vAlign w:val="center"/>
          </w:tcPr>
          <w:p w14:paraId="19136BA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734</w:t>
            </w:r>
          </w:p>
        </w:tc>
        <w:tc>
          <w:tcPr>
            <w:tcW w:w="898" w:type="dxa"/>
            <w:vAlign w:val="center"/>
          </w:tcPr>
          <w:p w14:paraId="19161CC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61.9</w:t>
            </w:r>
          </w:p>
        </w:tc>
        <w:tc>
          <w:tcPr>
            <w:tcW w:w="902" w:type="dxa"/>
            <w:vAlign w:val="center"/>
          </w:tcPr>
          <w:p w14:paraId="005B6EE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2203</w:t>
            </w:r>
          </w:p>
        </w:tc>
        <w:tc>
          <w:tcPr>
            <w:tcW w:w="902" w:type="dxa"/>
            <w:vAlign w:val="center"/>
          </w:tcPr>
          <w:p w14:paraId="4EB9DDD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1988</w:t>
            </w:r>
          </w:p>
        </w:tc>
      </w:tr>
      <w:tr w:rsidR="00D97056" w:rsidRPr="00324442" w14:paraId="745F67BE" w14:textId="77777777" w:rsidTr="00F22530">
        <w:trPr>
          <w:jc w:val="center"/>
        </w:trPr>
        <w:tc>
          <w:tcPr>
            <w:tcW w:w="1727" w:type="dxa"/>
            <w:vAlign w:val="center"/>
          </w:tcPr>
          <w:p w14:paraId="789A6A9D" w14:textId="77777777" w:rsidR="00D97056" w:rsidRPr="00F22530" w:rsidRDefault="00D97056" w:rsidP="00F22530">
            <w:pPr>
              <w:rPr>
                <w:sz w:val="20"/>
                <w:szCs w:val="20"/>
              </w:rPr>
            </w:pPr>
            <w:r w:rsidRPr="00F22530">
              <w:rPr>
                <w:sz w:val="20"/>
                <w:szCs w:val="20"/>
              </w:rPr>
              <w:t>New York Jets</w:t>
            </w:r>
          </w:p>
        </w:tc>
        <w:tc>
          <w:tcPr>
            <w:tcW w:w="553" w:type="dxa"/>
            <w:vAlign w:val="center"/>
          </w:tcPr>
          <w:p w14:paraId="56F9020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902" w:type="dxa"/>
            <w:vAlign w:val="center"/>
          </w:tcPr>
          <w:p w14:paraId="29D0475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1929</w:t>
            </w:r>
          </w:p>
        </w:tc>
        <w:tc>
          <w:tcPr>
            <w:tcW w:w="902" w:type="dxa"/>
            <w:vAlign w:val="center"/>
          </w:tcPr>
          <w:p w14:paraId="364D012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1606</w:t>
            </w:r>
          </w:p>
        </w:tc>
        <w:tc>
          <w:tcPr>
            <w:tcW w:w="898" w:type="dxa"/>
            <w:vAlign w:val="center"/>
          </w:tcPr>
          <w:p w14:paraId="4331683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39.7</w:t>
            </w:r>
          </w:p>
        </w:tc>
        <w:tc>
          <w:tcPr>
            <w:tcW w:w="898" w:type="dxa"/>
            <w:vAlign w:val="center"/>
          </w:tcPr>
          <w:p w14:paraId="5977F14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68.8</w:t>
            </w:r>
          </w:p>
        </w:tc>
        <w:tc>
          <w:tcPr>
            <w:tcW w:w="896" w:type="dxa"/>
            <w:vAlign w:val="center"/>
          </w:tcPr>
          <w:p w14:paraId="69700ED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−21</w:t>
            </w:r>
          </w:p>
        </w:tc>
        <w:tc>
          <w:tcPr>
            <w:tcW w:w="902" w:type="dxa"/>
            <w:vAlign w:val="center"/>
          </w:tcPr>
          <w:p w14:paraId="0AF5B34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627</w:t>
            </w:r>
          </w:p>
        </w:tc>
        <w:tc>
          <w:tcPr>
            <w:tcW w:w="898" w:type="dxa"/>
            <w:vAlign w:val="center"/>
          </w:tcPr>
          <w:p w14:paraId="0EEBA9F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52.7</w:t>
            </w:r>
          </w:p>
        </w:tc>
        <w:tc>
          <w:tcPr>
            <w:tcW w:w="902" w:type="dxa"/>
            <w:vAlign w:val="center"/>
          </w:tcPr>
          <w:p w14:paraId="01E38C2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2592</w:t>
            </w:r>
          </w:p>
        </w:tc>
        <w:tc>
          <w:tcPr>
            <w:tcW w:w="902" w:type="dxa"/>
            <w:vAlign w:val="center"/>
          </w:tcPr>
          <w:p w14:paraId="1183479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2324</w:t>
            </w:r>
          </w:p>
        </w:tc>
      </w:tr>
      <w:tr w:rsidR="00D97056" w:rsidRPr="00324442" w14:paraId="240898A6" w14:textId="77777777" w:rsidTr="00F22530">
        <w:trPr>
          <w:jc w:val="center"/>
        </w:trPr>
        <w:tc>
          <w:tcPr>
            <w:tcW w:w="1727" w:type="dxa"/>
            <w:vAlign w:val="center"/>
          </w:tcPr>
          <w:p w14:paraId="0B1BD1B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Philadelphia</w:t>
            </w:r>
          </w:p>
        </w:tc>
        <w:tc>
          <w:tcPr>
            <w:tcW w:w="553" w:type="dxa"/>
            <w:vAlign w:val="center"/>
          </w:tcPr>
          <w:p w14:paraId="454956B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</w:t>
            </w:r>
          </w:p>
        </w:tc>
        <w:tc>
          <w:tcPr>
            <w:tcW w:w="902" w:type="dxa"/>
            <w:vAlign w:val="center"/>
          </w:tcPr>
          <w:p w14:paraId="298F656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2080</w:t>
            </w:r>
          </w:p>
        </w:tc>
        <w:tc>
          <w:tcPr>
            <w:tcW w:w="902" w:type="dxa"/>
            <w:vAlign w:val="center"/>
          </w:tcPr>
          <w:p w14:paraId="7D329EA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1492</w:t>
            </w:r>
          </w:p>
        </w:tc>
        <w:tc>
          <w:tcPr>
            <w:tcW w:w="898" w:type="dxa"/>
            <w:vAlign w:val="center"/>
          </w:tcPr>
          <w:p w14:paraId="19FD2BE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35.5</w:t>
            </w:r>
          </w:p>
        </w:tc>
        <w:tc>
          <w:tcPr>
            <w:tcW w:w="898" w:type="dxa"/>
            <w:vAlign w:val="center"/>
          </w:tcPr>
          <w:p w14:paraId="208A48D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68.8</w:t>
            </w:r>
          </w:p>
        </w:tc>
        <w:tc>
          <w:tcPr>
            <w:tcW w:w="896" w:type="dxa"/>
            <w:vAlign w:val="center"/>
          </w:tcPr>
          <w:p w14:paraId="74180BC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−8</w:t>
            </w:r>
          </w:p>
        </w:tc>
        <w:tc>
          <w:tcPr>
            <w:tcW w:w="902" w:type="dxa"/>
            <w:vAlign w:val="center"/>
          </w:tcPr>
          <w:p w14:paraId="5987F42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722</w:t>
            </w:r>
          </w:p>
        </w:tc>
        <w:tc>
          <w:tcPr>
            <w:tcW w:w="898" w:type="dxa"/>
            <w:vAlign w:val="center"/>
          </w:tcPr>
          <w:p w14:paraId="4FAE84E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57.8</w:t>
            </w:r>
          </w:p>
        </w:tc>
        <w:tc>
          <w:tcPr>
            <w:tcW w:w="902" w:type="dxa"/>
            <w:vAlign w:val="center"/>
          </w:tcPr>
          <w:p w14:paraId="752DCB7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2053</w:t>
            </w:r>
          </w:p>
        </w:tc>
        <w:tc>
          <w:tcPr>
            <w:tcW w:w="902" w:type="dxa"/>
            <w:vAlign w:val="center"/>
          </w:tcPr>
          <w:p w14:paraId="78E27DF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2550</w:t>
            </w:r>
          </w:p>
        </w:tc>
      </w:tr>
      <w:tr w:rsidR="00D97056" w:rsidRPr="00324442" w14:paraId="2179CC5E" w14:textId="77777777" w:rsidTr="00F22530">
        <w:trPr>
          <w:jc w:val="center"/>
        </w:trPr>
        <w:tc>
          <w:tcPr>
            <w:tcW w:w="1727" w:type="dxa"/>
            <w:vAlign w:val="center"/>
          </w:tcPr>
          <w:p w14:paraId="78D4D94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St. Louis</w:t>
            </w:r>
          </w:p>
        </w:tc>
        <w:tc>
          <w:tcPr>
            <w:tcW w:w="553" w:type="dxa"/>
            <w:vAlign w:val="center"/>
          </w:tcPr>
          <w:p w14:paraId="189FF20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10</w:t>
            </w:r>
          </w:p>
        </w:tc>
        <w:tc>
          <w:tcPr>
            <w:tcW w:w="902" w:type="dxa"/>
            <w:vAlign w:val="center"/>
          </w:tcPr>
          <w:p w14:paraId="4B15A93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2301</w:t>
            </w:r>
          </w:p>
        </w:tc>
        <w:tc>
          <w:tcPr>
            <w:tcW w:w="902" w:type="dxa"/>
            <w:vAlign w:val="center"/>
          </w:tcPr>
          <w:p w14:paraId="1909DB0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2835</w:t>
            </w:r>
          </w:p>
        </w:tc>
        <w:tc>
          <w:tcPr>
            <w:tcW w:w="898" w:type="dxa"/>
            <w:vAlign w:val="center"/>
          </w:tcPr>
          <w:p w14:paraId="2A23936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35.3</w:t>
            </w:r>
          </w:p>
        </w:tc>
        <w:tc>
          <w:tcPr>
            <w:tcW w:w="898" w:type="dxa"/>
            <w:vAlign w:val="center"/>
          </w:tcPr>
          <w:p w14:paraId="31DA885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74.1</w:t>
            </w:r>
          </w:p>
        </w:tc>
        <w:tc>
          <w:tcPr>
            <w:tcW w:w="896" w:type="dxa"/>
            <w:vAlign w:val="center"/>
          </w:tcPr>
          <w:p w14:paraId="27AC8A9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+2</w:t>
            </w:r>
          </w:p>
        </w:tc>
        <w:tc>
          <w:tcPr>
            <w:tcW w:w="902" w:type="dxa"/>
            <w:vAlign w:val="center"/>
          </w:tcPr>
          <w:p w14:paraId="214D32F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683</w:t>
            </w:r>
          </w:p>
        </w:tc>
        <w:tc>
          <w:tcPr>
            <w:tcW w:w="898" w:type="dxa"/>
            <w:vAlign w:val="center"/>
          </w:tcPr>
          <w:p w14:paraId="29A940D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59.7</w:t>
            </w:r>
          </w:p>
        </w:tc>
        <w:tc>
          <w:tcPr>
            <w:tcW w:w="902" w:type="dxa"/>
            <w:vAlign w:val="center"/>
          </w:tcPr>
          <w:p w14:paraId="5D285AE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1979</w:t>
            </w:r>
          </w:p>
        </w:tc>
        <w:tc>
          <w:tcPr>
            <w:tcW w:w="902" w:type="dxa"/>
            <w:vAlign w:val="center"/>
          </w:tcPr>
          <w:p w14:paraId="70344CF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2110</w:t>
            </w:r>
          </w:p>
        </w:tc>
      </w:tr>
      <w:tr w:rsidR="00D97056" w:rsidRPr="00324442" w14:paraId="7B6334B1" w14:textId="77777777" w:rsidTr="00F22530">
        <w:trPr>
          <w:jc w:val="center"/>
        </w:trPr>
        <w:tc>
          <w:tcPr>
            <w:tcW w:w="1727" w:type="dxa"/>
            <w:vAlign w:val="center"/>
          </w:tcPr>
          <w:p w14:paraId="58A1F8C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San Diego</w:t>
            </w:r>
          </w:p>
        </w:tc>
        <w:tc>
          <w:tcPr>
            <w:tcW w:w="553" w:type="dxa"/>
            <w:vAlign w:val="center"/>
          </w:tcPr>
          <w:p w14:paraId="58D2DBB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</w:t>
            </w:r>
          </w:p>
        </w:tc>
        <w:tc>
          <w:tcPr>
            <w:tcW w:w="902" w:type="dxa"/>
            <w:vAlign w:val="center"/>
          </w:tcPr>
          <w:p w14:paraId="2C42DB8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2040</w:t>
            </w:r>
          </w:p>
        </w:tc>
        <w:tc>
          <w:tcPr>
            <w:tcW w:w="902" w:type="dxa"/>
            <w:vAlign w:val="center"/>
          </w:tcPr>
          <w:p w14:paraId="1BEBEBA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2416</w:t>
            </w:r>
          </w:p>
        </w:tc>
        <w:tc>
          <w:tcPr>
            <w:tcW w:w="898" w:type="dxa"/>
            <w:vAlign w:val="center"/>
          </w:tcPr>
          <w:p w14:paraId="44BB84C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38.7</w:t>
            </w:r>
          </w:p>
        </w:tc>
        <w:tc>
          <w:tcPr>
            <w:tcW w:w="898" w:type="dxa"/>
            <w:vAlign w:val="center"/>
          </w:tcPr>
          <w:p w14:paraId="68E1F22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50.0</w:t>
            </w:r>
          </w:p>
        </w:tc>
        <w:tc>
          <w:tcPr>
            <w:tcW w:w="896" w:type="dxa"/>
            <w:vAlign w:val="center"/>
          </w:tcPr>
          <w:p w14:paraId="3F149C6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</w:t>
            </w:r>
          </w:p>
        </w:tc>
        <w:tc>
          <w:tcPr>
            <w:tcW w:w="902" w:type="dxa"/>
            <w:vAlign w:val="center"/>
          </w:tcPr>
          <w:p w14:paraId="14C14FD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576</w:t>
            </w:r>
          </w:p>
        </w:tc>
        <w:tc>
          <w:tcPr>
            <w:tcW w:w="898" w:type="dxa"/>
            <w:vAlign w:val="center"/>
          </w:tcPr>
          <w:p w14:paraId="5720FA4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54.9</w:t>
            </w:r>
          </w:p>
        </w:tc>
        <w:tc>
          <w:tcPr>
            <w:tcW w:w="902" w:type="dxa"/>
            <w:vAlign w:val="center"/>
          </w:tcPr>
          <w:p w14:paraId="272EED8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2048</w:t>
            </w:r>
          </w:p>
        </w:tc>
        <w:tc>
          <w:tcPr>
            <w:tcW w:w="902" w:type="dxa"/>
            <w:vAlign w:val="center"/>
          </w:tcPr>
          <w:p w14:paraId="4E5A5B0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2628</w:t>
            </w:r>
          </w:p>
        </w:tc>
      </w:tr>
      <w:tr w:rsidR="00D97056" w:rsidRPr="00324442" w14:paraId="36DAF6E6" w14:textId="77777777" w:rsidTr="00F22530">
        <w:trPr>
          <w:jc w:val="center"/>
        </w:trPr>
        <w:tc>
          <w:tcPr>
            <w:tcW w:w="1727" w:type="dxa"/>
            <w:vAlign w:val="center"/>
          </w:tcPr>
          <w:p w14:paraId="27E974F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San Francisco</w:t>
            </w:r>
          </w:p>
        </w:tc>
        <w:tc>
          <w:tcPr>
            <w:tcW w:w="553" w:type="dxa"/>
            <w:vAlign w:val="center"/>
          </w:tcPr>
          <w:p w14:paraId="423A168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</w:t>
            </w:r>
          </w:p>
        </w:tc>
        <w:tc>
          <w:tcPr>
            <w:tcW w:w="902" w:type="dxa"/>
            <w:vAlign w:val="center"/>
          </w:tcPr>
          <w:p w14:paraId="497E31B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2447</w:t>
            </w:r>
          </w:p>
        </w:tc>
        <w:tc>
          <w:tcPr>
            <w:tcW w:w="902" w:type="dxa"/>
            <w:vAlign w:val="center"/>
          </w:tcPr>
          <w:p w14:paraId="09465E6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1638</w:t>
            </w:r>
          </w:p>
        </w:tc>
        <w:tc>
          <w:tcPr>
            <w:tcW w:w="898" w:type="dxa"/>
            <w:vAlign w:val="center"/>
          </w:tcPr>
          <w:p w14:paraId="6BA040E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39.9</w:t>
            </w:r>
          </w:p>
        </w:tc>
        <w:tc>
          <w:tcPr>
            <w:tcW w:w="898" w:type="dxa"/>
            <w:vAlign w:val="center"/>
          </w:tcPr>
          <w:p w14:paraId="7DE5B8B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57.1</w:t>
            </w:r>
          </w:p>
        </w:tc>
        <w:tc>
          <w:tcPr>
            <w:tcW w:w="896" w:type="dxa"/>
            <w:vAlign w:val="center"/>
          </w:tcPr>
          <w:p w14:paraId="70EB977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−8</w:t>
            </w:r>
          </w:p>
        </w:tc>
        <w:tc>
          <w:tcPr>
            <w:tcW w:w="902" w:type="dxa"/>
            <w:vAlign w:val="center"/>
          </w:tcPr>
          <w:p w14:paraId="191DEA5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848</w:t>
            </w:r>
          </w:p>
        </w:tc>
        <w:tc>
          <w:tcPr>
            <w:tcW w:w="898" w:type="dxa"/>
            <w:vAlign w:val="center"/>
          </w:tcPr>
          <w:p w14:paraId="2BB33A0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65.3</w:t>
            </w:r>
          </w:p>
        </w:tc>
        <w:tc>
          <w:tcPr>
            <w:tcW w:w="902" w:type="dxa"/>
            <w:vAlign w:val="center"/>
          </w:tcPr>
          <w:p w14:paraId="15C53FF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1786</w:t>
            </w:r>
          </w:p>
        </w:tc>
        <w:tc>
          <w:tcPr>
            <w:tcW w:w="902" w:type="dxa"/>
            <w:vAlign w:val="center"/>
          </w:tcPr>
          <w:p w14:paraId="4B34778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1776</w:t>
            </w:r>
          </w:p>
        </w:tc>
      </w:tr>
      <w:tr w:rsidR="00D97056" w:rsidRPr="00324442" w14:paraId="5EF4B960" w14:textId="77777777" w:rsidTr="00F22530">
        <w:trPr>
          <w:jc w:val="center"/>
        </w:trPr>
        <w:tc>
          <w:tcPr>
            <w:tcW w:w="1727" w:type="dxa"/>
            <w:vAlign w:val="center"/>
          </w:tcPr>
          <w:p w14:paraId="093EA28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Seattle</w:t>
            </w:r>
          </w:p>
        </w:tc>
        <w:tc>
          <w:tcPr>
            <w:tcW w:w="553" w:type="dxa"/>
            <w:vAlign w:val="center"/>
          </w:tcPr>
          <w:p w14:paraId="42ED1D9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</w:t>
            </w:r>
          </w:p>
        </w:tc>
        <w:tc>
          <w:tcPr>
            <w:tcW w:w="902" w:type="dxa"/>
            <w:vAlign w:val="center"/>
          </w:tcPr>
          <w:p w14:paraId="1D95AEF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1416</w:t>
            </w:r>
          </w:p>
        </w:tc>
        <w:tc>
          <w:tcPr>
            <w:tcW w:w="902" w:type="dxa"/>
            <w:vAlign w:val="center"/>
          </w:tcPr>
          <w:p w14:paraId="1266ADB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2649</w:t>
            </w:r>
          </w:p>
        </w:tc>
        <w:tc>
          <w:tcPr>
            <w:tcW w:w="898" w:type="dxa"/>
            <w:vAlign w:val="center"/>
          </w:tcPr>
          <w:p w14:paraId="08226FB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37.4</w:t>
            </w:r>
          </w:p>
        </w:tc>
        <w:tc>
          <w:tcPr>
            <w:tcW w:w="898" w:type="dxa"/>
            <w:vAlign w:val="center"/>
          </w:tcPr>
          <w:p w14:paraId="2C238D9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56.3</w:t>
            </w:r>
          </w:p>
        </w:tc>
        <w:tc>
          <w:tcPr>
            <w:tcW w:w="896" w:type="dxa"/>
            <w:vAlign w:val="center"/>
          </w:tcPr>
          <w:p w14:paraId="6AFC1E8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−22</w:t>
            </w:r>
          </w:p>
        </w:tc>
        <w:tc>
          <w:tcPr>
            <w:tcW w:w="902" w:type="dxa"/>
            <w:vAlign w:val="center"/>
          </w:tcPr>
          <w:p w14:paraId="652C8CE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684</w:t>
            </w:r>
          </w:p>
        </w:tc>
        <w:tc>
          <w:tcPr>
            <w:tcW w:w="898" w:type="dxa"/>
            <w:vAlign w:val="center"/>
          </w:tcPr>
          <w:p w14:paraId="7926E5B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43.8</w:t>
            </w:r>
          </w:p>
        </w:tc>
        <w:tc>
          <w:tcPr>
            <w:tcW w:w="902" w:type="dxa"/>
            <w:vAlign w:val="center"/>
          </w:tcPr>
          <w:p w14:paraId="64478F3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2876</w:t>
            </w:r>
          </w:p>
        </w:tc>
        <w:tc>
          <w:tcPr>
            <w:tcW w:w="902" w:type="dxa"/>
            <w:vAlign w:val="center"/>
          </w:tcPr>
          <w:p w14:paraId="284E4D3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2524</w:t>
            </w:r>
          </w:p>
        </w:tc>
      </w:tr>
      <w:tr w:rsidR="00D97056" w:rsidRPr="00324442" w14:paraId="1E828BC9" w14:textId="77777777" w:rsidTr="00F22530">
        <w:trPr>
          <w:jc w:val="center"/>
        </w:trPr>
        <w:tc>
          <w:tcPr>
            <w:tcW w:w="1727" w:type="dxa"/>
            <w:vAlign w:val="center"/>
          </w:tcPr>
          <w:p w14:paraId="6D7890E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Tampa Bay</w:t>
            </w:r>
          </w:p>
        </w:tc>
        <w:tc>
          <w:tcPr>
            <w:tcW w:w="553" w:type="dxa"/>
            <w:vAlign w:val="center"/>
          </w:tcPr>
          <w:p w14:paraId="455B155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</w:t>
            </w:r>
          </w:p>
        </w:tc>
        <w:tc>
          <w:tcPr>
            <w:tcW w:w="902" w:type="dxa"/>
            <w:vAlign w:val="center"/>
          </w:tcPr>
          <w:p w14:paraId="524F031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1503</w:t>
            </w:r>
          </w:p>
        </w:tc>
        <w:tc>
          <w:tcPr>
            <w:tcW w:w="902" w:type="dxa"/>
            <w:vAlign w:val="center"/>
          </w:tcPr>
          <w:p w14:paraId="3C35C08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1503</w:t>
            </w:r>
          </w:p>
        </w:tc>
        <w:tc>
          <w:tcPr>
            <w:tcW w:w="898" w:type="dxa"/>
            <w:vAlign w:val="center"/>
          </w:tcPr>
          <w:p w14:paraId="7527BF9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39.3</w:t>
            </w:r>
          </w:p>
        </w:tc>
        <w:tc>
          <w:tcPr>
            <w:tcW w:w="898" w:type="dxa"/>
            <w:vAlign w:val="center"/>
          </w:tcPr>
          <w:p w14:paraId="10EE588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47.0</w:t>
            </w:r>
          </w:p>
        </w:tc>
        <w:tc>
          <w:tcPr>
            <w:tcW w:w="896" w:type="dxa"/>
            <w:vAlign w:val="center"/>
          </w:tcPr>
          <w:p w14:paraId="22C6135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−9</w:t>
            </w:r>
          </w:p>
        </w:tc>
        <w:tc>
          <w:tcPr>
            <w:tcW w:w="902" w:type="dxa"/>
            <w:vAlign w:val="center"/>
          </w:tcPr>
          <w:p w14:paraId="23E1FA6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875</w:t>
            </w:r>
          </w:p>
        </w:tc>
        <w:tc>
          <w:tcPr>
            <w:tcW w:w="898" w:type="dxa"/>
            <w:vAlign w:val="center"/>
          </w:tcPr>
          <w:p w14:paraId="2F511C6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53.5</w:t>
            </w:r>
          </w:p>
        </w:tc>
        <w:tc>
          <w:tcPr>
            <w:tcW w:w="902" w:type="dxa"/>
            <w:vAlign w:val="center"/>
          </w:tcPr>
          <w:p w14:paraId="55BBC8C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2560</w:t>
            </w:r>
          </w:p>
        </w:tc>
        <w:tc>
          <w:tcPr>
            <w:tcW w:w="902" w:type="dxa"/>
            <w:vAlign w:val="center"/>
          </w:tcPr>
          <w:p w14:paraId="2013467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2241</w:t>
            </w:r>
          </w:p>
        </w:tc>
      </w:tr>
    </w:tbl>
    <w:p w14:paraId="113967FA" w14:textId="77777777" w:rsidR="00D97056" w:rsidRPr="00324442" w:rsidRDefault="00D97056" w:rsidP="004E2A35">
      <w:pPr>
        <w:spacing w:after="20"/>
        <w:jc w:val="both"/>
        <w:rPr>
          <w:sz w:val="24"/>
          <w:szCs w:val="24"/>
        </w:rPr>
      </w:pPr>
    </w:p>
    <w:p w14:paraId="6256A002" w14:textId="77777777" w:rsidR="00D97056" w:rsidRPr="00324442" w:rsidRDefault="00D97056" w:rsidP="004E2A35">
      <w:pPr>
        <w:jc w:val="both"/>
        <w:rPr>
          <w:sz w:val="24"/>
          <w:szCs w:val="24"/>
        </w:rPr>
      </w:pPr>
      <w:r w:rsidRPr="00324442">
        <w:rPr>
          <w:sz w:val="24"/>
          <w:szCs w:val="24"/>
        </w:rPr>
        <w:t>Definitions: x₁ = rushing yards; x₂ = passing yards; x₃ = punting average; x₄ = field-goal percentage; x₅ = turnover differential; x₆ = penalty yards; x₇ = percentage rushing; x₈ = opponents’ rushing yards; x₉ = opponents’ passing yards.</w:t>
      </w:r>
    </w:p>
    <w:p w14:paraId="304563CA" w14:textId="77777777" w:rsidR="00D97056" w:rsidRPr="00324442" w:rsidRDefault="00D97056" w:rsidP="004E2A35">
      <w:pPr>
        <w:spacing w:after="60"/>
        <w:ind w:left="317" w:hanging="317"/>
        <w:jc w:val="both"/>
        <w:rPr>
          <w:sz w:val="24"/>
          <w:szCs w:val="24"/>
        </w:rPr>
      </w:pPr>
      <w:r w:rsidRPr="00324442">
        <w:rPr>
          <w:b/>
          <w:sz w:val="24"/>
          <w:szCs w:val="24"/>
        </w:rPr>
        <w:t xml:space="preserve">(a) </w:t>
      </w:r>
      <w:r w:rsidRPr="00324442">
        <w:rPr>
          <w:sz w:val="24"/>
          <w:szCs w:val="24"/>
        </w:rPr>
        <w:t>Fit a multiple linear regression model relating the number of games won to x₂, x₇, and x₈.</w:t>
      </w:r>
    </w:p>
    <w:p w14:paraId="711207E8" w14:textId="67EA1E19" w:rsidR="00D97056" w:rsidRPr="00324442" w:rsidRDefault="00D97056" w:rsidP="004E2A35">
      <w:pPr>
        <w:spacing w:after="60"/>
        <w:ind w:left="317" w:hanging="317"/>
        <w:jc w:val="both"/>
        <w:rPr>
          <w:sz w:val="24"/>
          <w:szCs w:val="24"/>
        </w:rPr>
      </w:pPr>
      <w:r w:rsidRPr="00324442">
        <w:rPr>
          <w:b/>
          <w:sz w:val="24"/>
          <w:szCs w:val="24"/>
        </w:rPr>
        <w:t xml:space="preserve">(b) </w:t>
      </w:r>
      <w:r w:rsidRPr="00324442">
        <w:rPr>
          <w:sz w:val="24"/>
          <w:szCs w:val="24"/>
        </w:rPr>
        <w:t xml:space="preserve">Construct the analysis-of-variance table and test for </w:t>
      </w:r>
      <w:r w:rsidR="00A72A1B">
        <w:rPr>
          <w:sz w:val="24"/>
          <w:szCs w:val="24"/>
        </w:rPr>
        <w:t xml:space="preserve">the significance of the </w:t>
      </w:r>
      <w:r w:rsidRPr="00324442">
        <w:rPr>
          <w:sz w:val="24"/>
          <w:szCs w:val="24"/>
        </w:rPr>
        <w:t>regression.</w:t>
      </w:r>
    </w:p>
    <w:p w14:paraId="5BC65314" w14:textId="77777777" w:rsidR="00D97056" w:rsidRPr="00324442" w:rsidRDefault="00D97056" w:rsidP="004E2A35">
      <w:pPr>
        <w:spacing w:after="60"/>
        <w:ind w:left="317" w:hanging="317"/>
        <w:jc w:val="both"/>
        <w:rPr>
          <w:sz w:val="24"/>
          <w:szCs w:val="24"/>
        </w:rPr>
      </w:pPr>
      <w:r w:rsidRPr="00324442">
        <w:rPr>
          <w:b/>
          <w:sz w:val="24"/>
          <w:szCs w:val="24"/>
        </w:rPr>
        <w:t xml:space="preserve">(c) </w:t>
      </w:r>
      <w:r w:rsidRPr="00324442">
        <w:rPr>
          <w:sz w:val="24"/>
          <w:szCs w:val="24"/>
        </w:rPr>
        <w:t>Calculate t statistics for H₀: β₂ = 0, H₀: β₇ = 0, and H₀: β₈ = 0. What conclusions can you draw about the roles of x₂, x₇, and x₈?</w:t>
      </w:r>
    </w:p>
    <w:p w14:paraId="626E1396" w14:textId="77777777" w:rsidR="00D97056" w:rsidRPr="00324442" w:rsidRDefault="00D97056" w:rsidP="004E2A35">
      <w:pPr>
        <w:spacing w:after="60"/>
        <w:ind w:left="317" w:hanging="317"/>
        <w:jc w:val="both"/>
        <w:rPr>
          <w:sz w:val="24"/>
          <w:szCs w:val="24"/>
        </w:rPr>
      </w:pPr>
      <w:r w:rsidRPr="00324442">
        <w:rPr>
          <w:b/>
          <w:sz w:val="24"/>
          <w:szCs w:val="24"/>
        </w:rPr>
        <w:t xml:space="preserve">(d) </w:t>
      </w:r>
      <w:r w:rsidRPr="00324442">
        <w:rPr>
          <w:sz w:val="24"/>
          <w:szCs w:val="24"/>
        </w:rPr>
        <w:t>Calculate R² and R²_adj for this model.</w:t>
      </w:r>
    </w:p>
    <w:p w14:paraId="662AC8D8" w14:textId="78610431" w:rsidR="00D97056" w:rsidRPr="00324442" w:rsidRDefault="00D97056" w:rsidP="004A35EE">
      <w:pPr>
        <w:spacing w:after="60"/>
        <w:ind w:left="317" w:hanging="317"/>
        <w:jc w:val="both"/>
        <w:rPr>
          <w:sz w:val="24"/>
          <w:szCs w:val="24"/>
        </w:rPr>
      </w:pPr>
      <w:r w:rsidRPr="00324442">
        <w:rPr>
          <w:b/>
          <w:sz w:val="24"/>
          <w:szCs w:val="24"/>
        </w:rPr>
        <w:t xml:space="preserve">(e) </w:t>
      </w:r>
      <w:r w:rsidRPr="00324442">
        <w:rPr>
          <w:sz w:val="24"/>
          <w:szCs w:val="24"/>
        </w:rPr>
        <w:t xml:space="preserve">Using the partial F test, determine the contribution of x₇ to the model. How is this partial F statistic related to the </w:t>
      </w:r>
      <w:r w:rsidR="00A72A1B">
        <w:rPr>
          <w:sz w:val="24"/>
          <w:szCs w:val="24"/>
        </w:rPr>
        <w:t>t-test</w:t>
      </w:r>
      <w:r w:rsidRPr="00324442">
        <w:rPr>
          <w:sz w:val="24"/>
          <w:szCs w:val="24"/>
        </w:rPr>
        <w:t xml:space="preserve"> for β₇ calculated in part (c)?</w:t>
      </w:r>
    </w:p>
    <w:p w14:paraId="1267FDAF" w14:textId="1853D156" w:rsidR="00D97056" w:rsidRPr="00324442" w:rsidRDefault="00D97056" w:rsidP="004E2A35">
      <w:pPr>
        <w:spacing w:after="60"/>
        <w:ind w:left="317" w:hanging="317"/>
        <w:jc w:val="both"/>
        <w:rPr>
          <w:sz w:val="24"/>
          <w:szCs w:val="24"/>
        </w:rPr>
      </w:pPr>
      <w:r w:rsidRPr="00324442">
        <w:rPr>
          <w:b/>
          <w:sz w:val="24"/>
          <w:szCs w:val="24"/>
        </w:rPr>
        <w:lastRenderedPageBreak/>
        <w:t>(</w:t>
      </w:r>
      <w:r w:rsidR="004A35EE" w:rsidRPr="00324442">
        <w:rPr>
          <w:b/>
          <w:sz w:val="24"/>
          <w:szCs w:val="24"/>
        </w:rPr>
        <w:t>f</w:t>
      </w:r>
      <w:r w:rsidRPr="00324442">
        <w:rPr>
          <w:b/>
          <w:sz w:val="24"/>
          <w:szCs w:val="24"/>
        </w:rPr>
        <w:t xml:space="preserve">) </w:t>
      </w:r>
      <w:r w:rsidRPr="00324442">
        <w:rPr>
          <w:sz w:val="24"/>
          <w:szCs w:val="24"/>
        </w:rPr>
        <w:t>Find a 95% confidence interval for β₇.</w:t>
      </w:r>
    </w:p>
    <w:p w14:paraId="3A7BD5AD" w14:textId="2B15ED08" w:rsidR="00D97056" w:rsidRPr="00324442" w:rsidRDefault="00D97056" w:rsidP="004E2A35">
      <w:pPr>
        <w:spacing w:after="60"/>
        <w:ind w:left="317" w:hanging="317"/>
        <w:jc w:val="both"/>
        <w:rPr>
          <w:sz w:val="24"/>
          <w:szCs w:val="24"/>
        </w:rPr>
      </w:pPr>
      <w:r w:rsidRPr="00324442">
        <w:rPr>
          <w:b/>
          <w:sz w:val="24"/>
          <w:szCs w:val="24"/>
        </w:rPr>
        <w:t>(</w:t>
      </w:r>
      <w:r w:rsidR="004A35EE" w:rsidRPr="00324442">
        <w:rPr>
          <w:b/>
          <w:sz w:val="24"/>
          <w:szCs w:val="24"/>
        </w:rPr>
        <w:t>g</w:t>
      </w:r>
      <w:r w:rsidRPr="00324442">
        <w:rPr>
          <w:b/>
          <w:sz w:val="24"/>
          <w:szCs w:val="24"/>
        </w:rPr>
        <w:t xml:space="preserve">) </w:t>
      </w:r>
      <w:r w:rsidRPr="00324442">
        <w:rPr>
          <w:sz w:val="24"/>
          <w:szCs w:val="24"/>
        </w:rPr>
        <w:t>Find a 95% confidence interval for the mean number of games won by a team when x₂ = 2300, x₇ = 56.0, and x₈ = 2100.</w:t>
      </w:r>
    </w:p>
    <w:p w14:paraId="38C533EE" w14:textId="6724C54C" w:rsidR="00D97056" w:rsidRPr="00324442" w:rsidRDefault="00D97056" w:rsidP="004E2A35">
      <w:pPr>
        <w:pStyle w:val="Heading1"/>
        <w:jc w:val="both"/>
        <w:rPr>
          <w:sz w:val="24"/>
          <w:szCs w:val="24"/>
        </w:rPr>
      </w:pPr>
      <w:r w:rsidRPr="00324442">
        <w:rPr>
          <w:sz w:val="24"/>
          <w:szCs w:val="24"/>
        </w:rPr>
        <w:t xml:space="preserve">Question </w:t>
      </w:r>
      <w:r w:rsidR="005C006D">
        <w:rPr>
          <w:sz w:val="24"/>
          <w:szCs w:val="24"/>
        </w:rPr>
        <w:t>4</w:t>
      </w:r>
      <w:r w:rsidRPr="00324442">
        <w:rPr>
          <w:sz w:val="24"/>
          <w:szCs w:val="24"/>
        </w:rPr>
        <w:t>. Gasoline Mileage Performance</w:t>
      </w:r>
    </w:p>
    <w:p w14:paraId="0065F8B9" w14:textId="3950D37A" w:rsidR="00D97056" w:rsidRPr="00324442" w:rsidRDefault="00D97056" w:rsidP="004E2A35">
      <w:pPr>
        <w:jc w:val="both"/>
        <w:rPr>
          <w:sz w:val="24"/>
          <w:szCs w:val="24"/>
        </w:rPr>
      </w:pPr>
      <w:r w:rsidRPr="00324442">
        <w:rPr>
          <w:sz w:val="24"/>
          <w:szCs w:val="24"/>
        </w:rPr>
        <w:t xml:space="preserve">Consider the gasoline mileage data in the Table below. The response y is miles per gallon; x₁ is engine displacement (cubic inches); and x₆ is the number of </w:t>
      </w:r>
      <w:r w:rsidR="00533DB0">
        <w:rPr>
          <w:sz w:val="24"/>
          <w:szCs w:val="24"/>
        </w:rPr>
        <w:t>carburetor</w:t>
      </w:r>
      <w:r w:rsidRPr="00324442">
        <w:rPr>
          <w:sz w:val="24"/>
          <w:szCs w:val="24"/>
        </w:rPr>
        <w:t xml:space="preserve"> barrels.</w:t>
      </w:r>
    </w:p>
    <w:tbl>
      <w:tblPr>
        <w:tblStyle w:val="TableGrid"/>
        <w:tblW w:w="10284" w:type="dxa"/>
        <w:jc w:val="center"/>
        <w:tblLook w:val="04A0" w:firstRow="1" w:lastRow="0" w:firstColumn="1" w:lastColumn="0" w:noHBand="0" w:noVBand="1"/>
      </w:tblPr>
      <w:tblGrid>
        <w:gridCol w:w="1630"/>
        <w:gridCol w:w="767"/>
        <w:gridCol w:w="767"/>
        <w:gridCol w:w="688"/>
        <w:gridCol w:w="688"/>
        <w:gridCol w:w="823"/>
        <w:gridCol w:w="823"/>
        <w:gridCol w:w="615"/>
        <w:gridCol w:w="615"/>
        <w:gridCol w:w="767"/>
        <w:gridCol w:w="714"/>
        <w:gridCol w:w="741"/>
        <w:gridCol w:w="646"/>
      </w:tblGrid>
      <w:tr w:rsidR="00D97056" w:rsidRPr="00324442" w14:paraId="2B9EF836" w14:textId="77777777" w:rsidTr="00036F69">
        <w:trPr>
          <w:jc w:val="center"/>
        </w:trPr>
        <w:tc>
          <w:tcPr>
            <w:tcW w:w="1630" w:type="dxa"/>
            <w:shd w:val="clear" w:color="auto" w:fill="D9E2F3"/>
            <w:vAlign w:val="center"/>
          </w:tcPr>
          <w:p w14:paraId="63037AB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Automobile</w:t>
            </w:r>
          </w:p>
        </w:tc>
        <w:tc>
          <w:tcPr>
            <w:tcW w:w="767" w:type="dxa"/>
            <w:shd w:val="clear" w:color="auto" w:fill="D9E2F3"/>
            <w:vAlign w:val="center"/>
          </w:tcPr>
          <w:p w14:paraId="1787B07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y</w:t>
            </w:r>
          </w:p>
        </w:tc>
        <w:tc>
          <w:tcPr>
            <w:tcW w:w="767" w:type="dxa"/>
            <w:shd w:val="clear" w:color="auto" w:fill="D9E2F3"/>
            <w:vAlign w:val="center"/>
          </w:tcPr>
          <w:p w14:paraId="4B88F83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x₁</w:t>
            </w:r>
          </w:p>
        </w:tc>
        <w:tc>
          <w:tcPr>
            <w:tcW w:w="688" w:type="dxa"/>
            <w:shd w:val="clear" w:color="auto" w:fill="D9E2F3"/>
            <w:vAlign w:val="center"/>
          </w:tcPr>
          <w:p w14:paraId="60A6C73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x₂</w:t>
            </w:r>
          </w:p>
        </w:tc>
        <w:tc>
          <w:tcPr>
            <w:tcW w:w="688" w:type="dxa"/>
            <w:shd w:val="clear" w:color="auto" w:fill="D9E2F3"/>
            <w:vAlign w:val="center"/>
          </w:tcPr>
          <w:p w14:paraId="7935917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x₃</w:t>
            </w:r>
          </w:p>
        </w:tc>
        <w:tc>
          <w:tcPr>
            <w:tcW w:w="823" w:type="dxa"/>
            <w:shd w:val="clear" w:color="auto" w:fill="D9E2F3"/>
            <w:vAlign w:val="center"/>
          </w:tcPr>
          <w:p w14:paraId="171BB36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x₄</w:t>
            </w:r>
          </w:p>
        </w:tc>
        <w:tc>
          <w:tcPr>
            <w:tcW w:w="823" w:type="dxa"/>
            <w:shd w:val="clear" w:color="auto" w:fill="D9E2F3"/>
            <w:vAlign w:val="center"/>
          </w:tcPr>
          <w:p w14:paraId="1CBDDFB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x₅</w:t>
            </w:r>
          </w:p>
        </w:tc>
        <w:tc>
          <w:tcPr>
            <w:tcW w:w="615" w:type="dxa"/>
            <w:shd w:val="clear" w:color="auto" w:fill="D9E2F3"/>
            <w:vAlign w:val="center"/>
          </w:tcPr>
          <w:p w14:paraId="3B3C47E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x₆</w:t>
            </w:r>
          </w:p>
        </w:tc>
        <w:tc>
          <w:tcPr>
            <w:tcW w:w="615" w:type="dxa"/>
            <w:shd w:val="clear" w:color="auto" w:fill="D9E2F3"/>
            <w:vAlign w:val="center"/>
          </w:tcPr>
          <w:p w14:paraId="129F02E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x₇</w:t>
            </w:r>
          </w:p>
        </w:tc>
        <w:tc>
          <w:tcPr>
            <w:tcW w:w="767" w:type="dxa"/>
            <w:shd w:val="clear" w:color="auto" w:fill="D9E2F3"/>
            <w:vAlign w:val="center"/>
          </w:tcPr>
          <w:p w14:paraId="793FCC5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x₈</w:t>
            </w:r>
          </w:p>
        </w:tc>
        <w:tc>
          <w:tcPr>
            <w:tcW w:w="714" w:type="dxa"/>
            <w:shd w:val="clear" w:color="auto" w:fill="D9E2F3"/>
            <w:vAlign w:val="center"/>
          </w:tcPr>
          <w:p w14:paraId="1F8EC65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x₉</w:t>
            </w:r>
          </w:p>
        </w:tc>
        <w:tc>
          <w:tcPr>
            <w:tcW w:w="741" w:type="dxa"/>
            <w:shd w:val="clear" w:color="auto" w:fill="D9E2F3"/>
            <w:vAlign w:val="center"/>
          </w:tcPr>
          <w:p w14:paraId="435C2CB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x₁₀</w:t>
            </w:r>
          </w:p>
        </w:tc>
        <w:tc>
          <w:tcPr>
            <w:tcW w:w="646" w:type="dxa"/>
            <w:shd w:val="clear" w:color="auto" w:fill="D9E2F3"/>
            <w:vAlign w:val="center"/>
          </w:tcPr>
          <w:p w14:paraId="422BF69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x₁₁</w:t>
            </w:r>
          </w:p>
        </w:tc>
      </w:tr>
      <w:tr w:rsidR="00D97056" w:rsidRPr="00324442" w14:paraId="28F69251" w14:textId="77777777" w:rsidTr="00036F69">
        <w:trPr>
          <w:jc w:val="center"/>
        </w:trPr>
        <w:tc>
          <w:tcPr>
            <w:tcW w:w="1630" w:type="dxa"/>
            <w:vAlign w:val="center"/>
          </w:tcPr>
          <w:p w14:paraId="0CA4F9C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Apollo</w:t>
            </w:r>
          </w:p>
        </w:tc>
        <w:tc>
          <w:tcPr>
            <w:tcW w:w="767" w:type="dxa"/>
            <w:vAlign w:val="center"/>
          </w:tcPr>
          <w:p w14:paraId="300FDA3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18.90</w:t>
            </w:r>
          </w:p>
        </w:tc>
        <w:tc>
          <w:tcPr>
            <w:tcW w:w="767" w:type="dxa"/>
            <w:vAlign w:val="center"/>
          </w:tcPr>
          <w:p w14:paraId="6B32E79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350</w:t>
            </w:r>
          </w:p>
        </w:tc>
        <w:tc>
          <w:tcPr>
            <w:tcW w:w="688" w:type="dxa"/>
            <w:vAlign w:val="center"/>
          </w:tcPr>
          <w:p w14:paraId="1AEB588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165</w:t>
            </w:r>
          </w:p>
        </w:tc>
        <w:tc>
          <w:tcPr>
            <w:tcW w:w="688" w:type="dxa"/>
            <w:vAlign w:val="center"/>
          </w:tcPr>
          <w:p w14:paraId="51AF462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260</w:t>
            </w:r>
          </w:p>
        </w:tc>
        <w:tc>
          <w:tcPr>
            <w:tcW w:w="823" w:type="dxa"/>
            <w:vAlign w:val="center"/>
          </w:tcPr>
          <w:p w14:paraId="4C23E2B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8.0:1</w:t>
            </w:r>
          </w:p>
        </w:tc>
        <w:tc>
          <w:tcPr>
            <w:tcW w:w="823" w:type="dxa"/>
            <w:vAlign w:val="center"/>
          </w:tcPr>
          <w:p w14:paraId="17BE8E4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2.56:1</w:t>
            </w:r>
          </w:p>
        </w:tc>
        <w:tc>
          <w:tcPr>
            <w:tcW w:w="615" w:type="dxa"/>
            <w:vAlign w:val="center"/>
          </w:tcPr>
          <w:p w14:paraId="0465324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</w:t>
            </w:r>
          </w:p>
        </w:tc>
        <w:tc>
          <w:tcPr>
            <w:tcW w:w="615" w:type="dxa"/>
            <w:vAlign w:val="center"/>
          </w:tcPr>
          <w:p w14:paraId="3946AAA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767" w:type="dxa"/>
            <w:vAlign w:val="center"/>
          </w:tcPr>
          <w:p w14:paraId="670CBE5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200.3</w:t>
            </w:r>
          </w:p>
        </w:tc>
        <w:tc>
          <w:tcPr>
            <w:tcW w:w="714" w:type="dxa"/>
            <w:vAlign w:val="center"/>
          </w:tcPr>
          <w:p w14:paraId="6EEF50B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69.9</w:t>
            </w:r>
          </w:p>
        </w:tc>
        <w:tc>
          <w:tcPr>
            <w:tcW w:w="741" w:type="dxa"/>
            <w:vAlign w:val="center"/>
          </w:tcPr>
          <w:p w14:paraId="6DF799D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3910</w:t>
            </w:r>
          </w:p>
        </w:tc>
        <w:tc>
          <w:tcPr>
            <w:tcW w:w="646" w:type="dxa"/>
            <w:vAlign w:val="center"/>
          </w:tcPr>
          <w:p w14:paraId="4ED6FEB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</w:t>
            </w:r>
          </w:p>
        </w:tc>
      </w:tr>
      <w:tr w:rsidR="00D97056" w:rsidRPr="00324442" w14:paraId="20501E8A" w14:textId="77777777" w:rsidTr="00036F69">
        <w:trPr>
          <w:jc w:val="center"/>
        </w:trPr>
        <w:tc>
          <w:tcPr>
            <w:tcW w:w="1630" w:type="dxa"/>
            <w:vAlign w:val="center"/>
          </w:tcPr>
          <w:p w14:paraId="1657ED1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Omega</w:t>
            </w:r>
          </w:p>
        </w:tc>
        <w:tc>
          <w:tcPr>
            <w:tcW w:w="767" w:type="dxa"/>
            <w:vAlign w:val="center"/>
          </w:tcPr>
          <w:p w14:paraId="46305A8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17.00</w:t>
            </w:r>
          </w:p>
        </w:tc>
        <w:tc>
          <w:tcPr>
            <w:tcW w:w="767" w:type="dxa"/>
            <w:vAlign w:val="center"/>
          </w:tcPr>
          <w:p w14:paraId="480D196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350</w:t>
            </w:r>
          </w:p>
        </w:tc>
        <w:tc>
          <w:tcPr>
            <w:tcW w:w="688" w:type="dxa"/>
            <w:vAlign w:val="center"/>
          </w:tcPr>
          <w:p w14:paraId="3995292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170</w:t>
            </w:r>
          </w:p>
        </w:tc>
        <w:tc>
          <w:tcPr>
            <w:tcW w:w="688" w:type="dxa"/>
            <w:vAlign w:val="center"/>
          </w:tcPr>
          <w:p w14:paraId="2A58FD7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275</w:t>
            </w:r>
          </w:p>
        </w:tc>
        <w:tc>
          <w:tcPr>
            <w:tcW w:w="823" w:type="dxa"/>
            <w:vAlign w:val="center"/>
          </w:tcPr>
          <w:p w14:paraId="32FF689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8.5:1</w:t>
            </w:r>
          </w:p>
        </w:tc>
        <w:tc>
          <w:tcPr>
            <w:tcW w:w="823" w:type="dxa"/>
            <w:vAlign w:val="center"/>
          </w:tcPr>
          <w:p w14:paraId="0B5D07F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2.56:1</w:t>
            </w:r>
          </w:p>
        </w:tc>
        <w:tc>
          <w:tcPr>
            <w:tcW w:w="615" w:type="dxa"/>
            <w:vAlign w:val="center"/>
          </w:tcPr>
          <w:p w14:paraId="0B0803D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</w:t>
            </w:r>
          </w:p>
        </w:tc>
        <w:tc>
          <w:tcPr>
            <w:tcW w:w="615" w:type="dxa"/>
            <w:vAlign w:val="center"/>
          </w:tcPr>
          <w:p w14:paraId="4D876EB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767" w:type="dxa"/>
            <w:vAlign w:val="center"/>
          </w:tcPr>
          <w:p w14:paraId="5FB07EF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199.6</w:t>
            </w:r>
          </w:p>
        </w:tc>
        <w:tc>
          <w:tcPr>
            <w:tcW w:w="714" w:type="dxa"/>
            <w:vAlign w:val="center"/>
          </w:tcPr>
          <w:p w14:paraId="11037A9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72.9</w:t>
            </w:r>
          </w:p>
        </w:tc>
        <w:tc>
          <w:tcPr>
            <w:tcW w:w="741" w:type="dxa"/>
            <w:vAlign w:val="center"/>
          </w:tcPr>
          <w:p w14:paraId="4D82907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2860</w:t>
            </w:r>
          </w:p>
        </w:tc>
        <w:tc>
          <w:tcPr>
            <w:tcW w:w="646" w:type="dxa"/>
            <w:vAlign w:val="center"/>
          </w:tcPr>
          <w:p w14:paraId="24EC825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</w:t>
            </w:r>
          </w:p>
        </w:tc>
      </w:tr>
      <w:tr w:rsidR="00D97056" w:rsidRPr="00324442" w14:paraId="5CA4503C" w14:textId="77777777" w:rsidTr="00036F69">
        <w:trPr>
          <w:jc w:val="center"/>
        </w:trPr>
        <w:tc>
          <w:tcPr>
            <w:tcW w:w="1630" w:type="dxa"/>
            <w:vAlign w:val="center"/>
          </w:tcPr>
          <w:p w14:paraId="3CB0680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Nova</w:t>
            </w:r>
          </w:p>
        </w:tc>
        <w:tc>
          <w:tcPr>
            <w:tcW w:w="767" w:type="dxa"/>
            <w:vAlign w:val="center"/>
          </w:tcPr>
          <w:p w14:paraId="5694A55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20.00</w:t>
            </w:r>
          </w:p>
        </w:tc>
        <w:tc>
          <w:tcPr>
            <w:tcW w:w="767" w:type="dxa"/>
            <w:vAlign w:val="center"/>
          </w:tcPr>
          <w:p w14:paraId="1F980D0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250</w:t>
            </w:r>
          </w:p>
        </w:tc>
        <w:tc>
          <w:tcPr>
            <w:tcW w:w="688" w:type="dxa"/>
            <w:vAlign w:val="center"/>
          </w:tcPr>
          <w:p w14:paraId="2738297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105</w:t>
            </w:r>
          </w:p>
        </w:tc>
        <w:tc>
          <w:tcPr>
            <w:tcW w:w="688" w:type="dxa"/>
            <w:vAlign w:val="center"/>
          </w:tcPr>
          <w:p w14:paraId="309ACFD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185</w:t>
            </w:r>
          </w:p>
        </w:tc>
        <w:tc>
          <w:tcPr>
            <w:tcW w:w="823" w:type="dxa"/>
            <w:vAlign w:val="center"/>
          </w:tcPr>
          <w:p w14:paraId="3E23FAE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8.25:1</w:t>
            </w:r>
          </w:p>
        </w:tc>
        <w:tc>
          <w:tcPr>
            <w:tcW w:w="823" w:type="dxa"/>
            <w:vAlign w:val="center"/>
          </w:tcPr>
          <w:p w14:paraId="055DC95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2.73:1</w:t>
            </w:r>
          </w:p>
        </w:tc>
        <w:tc>
          <w:tcPr>
            <w:tcW w:w="615" w:type="dxa"/>
            <w:vAlign w:val="center"/>
          </w:tcPr>
          <w:p w14:paraId="7A02ACE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</w:t>
            </w:r>
          </w:p>
        </w:tc>
        <w:tc>
          <w:tcPr>
            <w:tcW w:w="615" w:type="dxa"/>
            <w:vAlign w:val="center"/>
          </w:tcPr>
          <w:p w14:paraId="53B01BF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767" w:type="dxa"/>
            <w:vAlign w:val="center"/>
          </w:tcPr>
          <w:p w14:paraId="262EC5B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196.7</w:t>
            </w:r>
          </w:p>
        </w:tc>
        <w:tc>
          <w:tcPr>
            <w:tcW w:w="714" w:type="dxa"/>
            <w:vAlign w:val="center"/>
          </w:tcPr>
          <w:p w14:paraId="6B63497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72.2</w:t>
            </w:r>
          </w:p>
        </w:tc>
        <w:tc>
          <w:tcPr>
            <w:tcW w:w="741" w:type="dxa"/>
            <w:vAlign w:val="center"/>
          </w:tcPr>
          <w:p w14:paraId="5B06CB4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3510</w:t>
            </w:r>
          </w:p>
        </w:tc>
        <w:tc>
          <w:tcPr>
            <w:tcW w:w="646" w:type="dxa"/>
            <w:vAlign w:val="center"/>
          </w:tcPr>
          <w:p w14:paraId="2EB1234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</w:t>
            </w:r>
          </w:p>
        </w:tc>
      </w:tr>
      <w:tr w:rsidR="00D97056" w:rsidRPr="00324442" w14:paraId="6F12F7DC" w14:textId="77777777" w:rsidTr="00036F69">
        <w:trPr>
          <w:jc w:val="center"/>
        </w:trPr>
        <w:tc>
          <w:tcPr>
            <w:tcW w:w="1630" w:type="dxa"/>
            <w:vAlign w:val="center"/>
          </w:tcPr>
          <w:p w14:paraId="26A6F30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Monarch</w:t>
            </w:r>
          </w:p>
        </w:tc>
        <w:tc>
          <w:tcPr>
            <w:tcW w:w="767" w:type="dxa"/>
            <w:vAlign w:val="center"/>
          </w:tcPr>
          <w:p w14:paraId="6DC6163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18.25</w:t>
            </w:r>
          </w:p>
        </w:tc>
        <w:tc>
          <w:tcPr>
            <w:tcW w:w="767" w:type="dxa"/>
            <w:vAlign w:val="center"/>
          </w:tcPr>
          <w:p w14:paraId="634FA23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351</w:t>
            </w:r>
          </w:p>
        </w:tc>
        <w:tc>
          <w:tcPr>
            <w:tcW w:w="688" w:type="dxa"/>
            <w:vAlign w:val="center"/>
          </w:tcPr>
          <w:p w14:paraId="010FB8A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143</w:t>
            </w:r>
          </w:p>
        </w:tc>
        <w:tc>
          <w:tcPr>
            <w:tcW w:w="688" w:type="dxa"/>
            <w:vAlign w:val="center"/>
          </w:tcPr>
          <w:p w14:paraId="532CBFB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255</w:t>
            </w:r>
          </w:p>
        </w:tc>
        <w:tc>
          <w:tcPr>
            <w:tcW w:w="823" w:type="dxa"/>
            <w:vAlign w:val="center"/>
          </w:tcPr>
          <w:p w14:paraId="76C43E9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8.0:1</w:t>
            </w:r>
          </w:p>
        </w:tc>
        <w:tc>
          <w:tcPr>
            <w:tcW w:w="823" w:type="dxa"/>
            <w:vAlign w:val="center"/>
          </w:tcPr>
          <w:p w14:paraId="61A18A4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3.00:1</w:t>
            </w:r>
          </w:p>
        </w:tc>
        <w:tc>
          <w:tcPr>
            <w:tcW w:w="615" w:type="dxa"/>
            <w:vAlign w:val="center"/>
          </w:tcPr>
          <w:p w14:paraId="0D43CAC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</w:t>
            </w:r>
          </w:p>
        </w:tc>
        <w:tc>
          <w:tcPr>
            <w:tcW w:w="615" w:type="dxa"/>
            <w:vAlign w:val="center"/>
          </w:tcPr>
          <w:p w14:paraId="7CC5D74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767" w:type="dxa"/>
            <w:vAlign w:val="center"/>
          </w:tcPr>
          <w:p w14:paraId="4CDFB89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199.9</w:t>
            </w:r>
          </w:p>
        </w:tc>
        <w:tc>
          <w:tcPr>
            <w:tcW w:w="714" w:type="dxa"/>
            <w:vAlign w:val="center"/>
          </w:tcPr>
          <w:p w14:paraId="3DB9934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74.0</w:t>
            </w:r>
          </w:p>
        </w:tc>
        <w:tc>
          <w:tcPr>
            <w:tcW w:w="741" w:type="dxa"/>
            <w:vAlign w:val="center"/>
          </w:tcPr>
          <w:p w14:paraId="135418D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3890</w:t>
            </w:r>
          </w:p>
        </w:tc>
        <w:tc>
          <w:tcPr>
            <w:tcW w:w="646" w:type="dxa"/>
            <w:vAlign w:val="center"/>
          </w:tcPr>
          <w:p w14:paraId="1C4A726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</w:t>
            </w:r>
          </w:p>
        </w:tc>
      </w:tr>
      <w:tr w:rsidR="00D97056" w:rsidRPr="00324442" w14:paraId="27FC01FE" w14:textId="77777777" w:rsidTr="00036F69">
        <w:trPr>
          <w:jc w:val="center"/>
        </w:trPr>
        <w:tc>
          <w:tcPr>
            <w:tcW w:w="1630" w:type="dxa"/>
            <w:vAlign w:val="center"/>
          </w:tcPr>
          <w:p w14:paraId="45BBA01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Duster</w:t>
            </w:r>
          </w:p>
        </w:tc>
        <w:tc>
          <w:tcPr>
            <w:tcW w:w="767" w:type="dxa"/>
            <w:vAlign w:val="center"/>
          </w:tcPr>
          <w:p w14:paraId="49F9853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20.07</w:t>
            </w:r>
          </w:p>
        </w:tc>
        <w:tc>
          <w:tcPr>
            <w:tcW w:w="767" w:type="dxa"/>
            <w:vAlign w:val="center"/>
          </w:tcPr>
          <w:p w14:paraId="0478A0A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225</w:t>
            </w:r>
          </w:p>
        </w:tc>
        <w:tc>
          <w:tcPr>
            <w:tcW w:w="688" w:type="dxa"/>
            <w:vAlign w:val="center"/>
          </w:tcPr>
          <w:p w14:paraId="22B7919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95</w:t>
            </w:r>
          </w:p>
        </w:tc>
        <w:tc>
          <w:tcPr>
            <w:tcW w:w="688" w:type="dxa"/>
            <w:vAlign w:val="center"/>
          </w:tcPr>
          <w:p w14:paraId="775A0C4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170</w:t>
            </w:r>
          </w:p>
        </w:tc>
        <w:tc>
          <w:tcPr>
            <w:tcW w:w="823" w:type="dxa"/>
            <w:vAlign w:val="center"/>
          </w:tcPr>
          <w:p w14:paraId="5496BEC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8.4:1</w:t>
            </w:r>
          </w:p>
        </w:tc>
        <w:tc>
          <w:tcPr>
            <w:tcW w:w="823" w:type="dxa"/>
            <w:vAlign w:val="center"/>
          </w:tcPr>
          <w:p w14:paraId="3621221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2.76:1</w:t>
            </w:r>
          </w:p>
        </w:tc>
        <w:tc>
          <w:tcPr>
            <w:tcW w:w="615" w:type="dxa"/>
            <w:vAlign w:val="center"/>
          </w:tcPr>
          <w:p w14:paraId="3026CC9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</w:t>
            </w:r>
          </w:p>
        </w:tc>
        <w:tc>
          <w:tcPr>
            <w:tcW w:w="615" w:type="dxa"/>
            <w:vAlign w:val="center"/>
          </w:tcPr>
          <w:p w14:paraId="5B8381B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767" w:type="dxa"/>
            <w:vAlign w:val="center"/>
          </w:tcPr>
          <w:p w14:paraId="5F14208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194.1</w:t>
            </w:r>
          </w:p>
        </w:tc>
        <w:tc>
          <w:tcPr>
            <w:tcW w:w="714" w:type="dxa"/>
            <w:vAlign w:val="center"/>
          </w:tcPr>
          <w:p w14:paraId="2231774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71.8</w:t>
            </w:r>
          </w:p>
        </w:tc>
        <w:tc>
          <w:tcPr>
            <w:tcW w:w="741" w:type="dxa"/>
            <w:vAlign w:val="center"/>
          </w:tcPr>
          <w:p w14:paraId="5EB8844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3365</w:t>
            </w:r>
          </w:p>
        </w:tc>
        <w:tc>
          <w:tcPr>
            <w:tcW w:w="646" w:type="dxa"/>
            <w:vAlign w:val="center"/>
          </w:tcPr>
          <w:p w14:paraId="67B864B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M</w:t>
            </w:r>
          </w:p>
        </w:tc>
      </w:tr>
      <w:tr w:rsidR="00D97056" w:rsidRPr="00324442" w14:paraId="3B2CEAD9" w14:textId="77777777" w:rsidTr="00036F69">
        <w:trPr>
          <w:jc w:val="center"/>
        </w:trPr>
        <w:tc>
          <w:tcPr>
            <w:tcW w:w="1630" w:type="dxa"/>
            <w:vAlign w:val="center"/>
          </w:tcPr>
          <w:p w14:paraId="09E5346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Jenson Conv.</w:t>
            </w:r>
          </w:p>
        </w:tc>
        <w:tc>
          <w:tcPr>
            <w:tcW w:w="767" w:type="dxa"/>
            <w:vAlign w:val="center"/>
          </w:tcPr>
          <w:p w14:paraId="3917558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11.2</w:t>
            </w:r>
          </w:p>
        </w:tc>
        <w:tc>
          <w:tcPr>
            <w:tcW w:w="767" w:type="dxa"/>
            <w:vAlign w:val="center"/>
          </w:tcPr>
          <w:p w14:paraId="4F3962F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440</w:t>
            </w:r>
          </w:p>
        </w:tc>
        <w:tc>
          <w:tcPr>
            <w:tcW w:w="688" w:type="dxa"/>
            <w:vAlign w:val="center"/>
          </w:tcPr>
          <w:p w14:paraId="6796F47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215</w:t>
            </w:r>
          </w:p>
        </w:tc>
        <w:tc>
          <w:tcPr>
            <w:tcW w:w="688" w:type="dxa"/>
            <w:vAlign w:val="center"/>
          </w:tcPr>
          <w:p w14:paraId="252DB62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330</w:t>
            </w:r>
          </w:p>
        </w:tc>
        <w:tc>
          <w:tcPr>
            <w:tcW w:w="823" w:type="dxa"/>
            <w:vAlign w:val="center"/>
          </w:tcPr>
          <w:p w14:paraId="65B0C03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8.2:1</w:t>
            </w:r>
          </w:p>
        </w:tc>
        <w:tc>
          <w:tcPr>
            <w:tcW w:w="823" w:type="dxa"/>
            <w:vAlign w:val="center"/>
          </w:tcPr>
          <w:p w14:paraId="48CBE37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2.88:1</w:t>
            </w:r>
          </w:p>
        </w:tc>
        <w:tc>
          <w:tcPr>
            <w:tcW w:w="615" w:type="dxa"/>
            <w:vAlign w:val="center"/>
          </w:tcPr>
          <w:p w14:paraId="50E2170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</w:t>
            </w:r>
          </w:p>
        </w:tc>
        <w:tc>
          <w:tcPr>
            <w:tcW w:w="615" w:type="dxa"/>
            <w:vAlign w:val="center"/>
          </w:tcPr>
          <w:p w14:paraId="0C998C3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767" w:type="dxa"/>
            <w:vAlign w:val="center"/>
          </w:tcPr>
          <w:p w14:paraId="79A496F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184.5</w:t>
            </w:r>
          </w:p>
        </w:tc>
        <w:tc>
          <w:tcPr>
            <w:tcW w:w="714" w:type="dxa"/>
            <w:vAlign w:val="center"/>
          </w:tcPr>
          <w:p w14:paraId="3A41113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69</w:t>
            </w:r>
          </w:p>
        </w:tc>
        <w:tc>
          <w:tcPr>
            <w:tcW w:w="741" w:type="dxa"/>
            <w:vAlign w:val="center"/>
          </w:tcPr>
          <w:p w14:paraId="6D3D884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4215</w:t>
            </w:r>
          </w:p>
        </w:tc>
        <w:tc>
          <w:tcPr>
            <w:tcW w:w="646" w:type="dxa"/>
            <w:vAlign w:val="center"/>
          </w:tcPr>
          <w:p w14:paraId="6CA2C35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</w:t>
            </w:r>
          </w:p>
        </w:tc>
      </w:tr>
      <w:tr w:rsidR="00D97056" w:rsidRPr="00324442" w14:paraId="36352C10" w14:textId="77777777" w:rsidTr="00036F69">
        <w:trPr>
          <w:jc w:val="center"/>
        </w:trPr>
        <w:tc>
          <w:tcPr>
            <w:tcW w:w="1630" w:type="dxa"/>
            <w:vAlign w:val="center"/>
          </w:tcPr>
          <w:p w14:paraId="453A659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Skyhawk</w:t>
            </w:r>
          </w:p>
        </w:tc>
        <w:tc>
          <w:tcPr>
            <w:tcW w:w="767" w:type="dxa"/>
            <w:vAlign w:val="center"/>
          </w:tcPr>
          <w:p w14:paraId="6C592F9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22.12</w:t>
            </w:r>
          </w:p>
        </w:tc>
        <w:tc>
          <w:tcPr>
            <w:tcW w:w="767" w:type="dxa"/>
            <w:vAlign w:val="center"/>
          </w:tcPr>
          <w:p w14:paraId="3484BCB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231</w:t>
            </w:r>
          </w:p>
        </w:tc>
        <w:tc>
          <w:tcPr>
            <w:tcW w:w="688" w:type="dxa"/>
            <w:vAlign w:val="center"/>
          </w:tcPr>
          <w:p w14:paraId="63482C6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110</w:t>
            </w:r>
          </w:p>
        </w:tc>
        <w:tc>
          <w:tcPr>
            <w:tcW w:w="688" w:type="dxa"/>
            <w:vAlign w:val="center"/>
          </w:tcPr>
          <w:p w14:paraId="62DCD55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175</w:t>
            </w:r>
          </w:p>
        </w:tc>
        <w:tc>
          <w:tcPr>
            <w:tcW w:w="823" w:type="dxa"/>
            <w:vAlign w:val="center"/>
          </w:tcPr>
          <w:p w14:paraId="4CF16DF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8.0:1</w:t>
            </w:r>
          </w:p>
        </w:tc>
        <w:tc>
          <w:tcPr>
            <w:tcW w:w="823" w:type="dxa"/>
            <w:vAlign w:val="center"/>
          </w:tcPr>
          <w:p w14:paraId="6514137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2.56:1</w:t>
            </w:r>
          </w:p>
        </w:tc>
        <w:tc>
          <w:tcPr>
            <w:tcW w:w="615" w:type="dxa"/>
            <w:vAlign w:val="center"/>
          </w:tcPr>
          <w:p w14:paraId="4E3A9BC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</w:t>
            </w:r>
          </w:p>
        </w:tc>
        <w:tc>
          <w:tcPr>
            <w:tcW w:w="615" w:type="dxa"/>
            <w:vAlign w:val="center"/>
          </w:tcPr>
          <w:p w14:paraId="3978322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767" w:type="dxa"/>
            <w:vAlign w:val="center"/>
          </w:tcPr>
          <w:p w14:paraId="5329203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179.3</w:t>
            </w:r>
          </w:p>
        </w:tc>
        <w:tc>
          <w:tcPr>
            <w:tcW w:w="714" w:type="dxa"/>
            <w:vAlign w:val="center"/>
          </w:tcPr>
          <w:p w14:paraId="6BC4D4B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65.4</w:t>
            </w:r>
          </w:p>
        </w:tc>
        <w:tc>
          <w:tcPr>
            <w:tcW w:w="741" w:type="dxa"/>
            <w:vAlign w:val="center"/>
          </w:tcPr>
          <w:p w14:paraId="79212CF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3020</w:t>
            </w:r>
          </w:p>
        </w:tc>
        <w:tc>
          <w:tcPr>
            <w:tcW w:w="646" w:type="dxa"/>
            <w:vAlign w:val="center"/>
          </w:tcPr>
          <w:p w14:paraId="08C6303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</w:t>
            </w:r>
          </w:p>
        </w:tc>
      </w:tr>
      <w:tr w:rsidR="00D97056" w:rsidRPr="00324442" w14:paraId="77CCCA05" w14:textId="77777777" w:rsidTr="00036F69">
        <w:trPr>
          <w:jc w:val="center"/>
        </w:trPr>
        <w:tc>
          <w:tcPr>
            <w:tcW w:w="1630" w:type="dxa"/>
            <w:vAlign w:val="center"/>
          </w:tcPr>
          <w:p w14:paraId="30E8397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Monza</w:t>
            </w:r>
          </w:p>
        </w:tc>
        <w:tc>
          <w:tcPr>
            <w:tcW w:w="767" w:type="dxa"/>
            <w:vAlign w:val="center"/>
          </w:tcPr>
          <w:p w14:paraId="57F1EB1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21.47</w:t>
            </w:r>
          </w:p>
        </w:tc>
        <w:tc>
          <w:tcPr>
            <w:tcW w:w="767" w:type="dxa"/>
            <w:vAlign w:val="center"/>
          </w:tcPr>
          <w:p w14:paraId="76D4AF2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262</w:t>
            </w:r>
          </w:p>
        </w:tc>
        <w:tc>
          <w:tcPr>
            <w:tcW w:w="688" w:type="dxa"/>
            <w:vAlign w:val="center"/>
          </w:tcPr>
          <w:p w14:paraId="5850C7F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110</w:t>
            </w:r>
          </w:p>
        </w:tc>
        <w:tc>
          <w:tcPr>
            <w:tcW w:w="688" w:type="dxa"/>
            <w:vAlign w:val="center"/>
          </w:tcPr>
          <w:p w14:paraId="2E14CD6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200</w:t>
            </w:r>
          </w:p>
        </w:tc>
        <w:tc>
          <w:tcPr>
            <w:tcW w:w="823" w:type="dxa"/>
            <w:vAlign w:val="center"/>
          </w:tcPr>
          <w:p w14:paraId="6F191E3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8.5:1</w:t>
            </w:r>
          </w:p>
        </w:tc>
        <w:tc>
          <w:tcPr>
            <w:tcW w:w="823" w:type="dxa"/>
            <w:vAlign w:val="center"/>
          </w:tcPr>
          <w:p w14:paraId="31A830F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2.56:1</w:t>
            </w:r>
          </w:p>
        </w:tc>
        <w:tc>
          <w:tcPr>
            <w:tcW w:w="615" w:type="dxa"/>
            <w:vAlign w:val="center"/>
          </w:tcPr>
          <w:p w14:paraId="1C6B549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</w:t>
            </w:r>
          </w:p>
        </w:tc>
        <w:tc>
          <w:tcPr>
            <w:tcW w:w="615" w:type="dxa"/>
            <w:vAlign w:val="center"/>
          </w:tcPr>
          <w:p w14:paraId="5C99DF8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767" w:type="dxa"/>
            <w:vAlign w:val="center"/>
          </w:tcPr>
          <w:p w14:paraId="1622203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179.3</w:t>
            </w:r>
          </w:p>
        </w:tc>
        <w:tc>
          <w:tcPr>
            <w:tcW w:w="714" w:type="dxa"/>
            <w:vAlign w:val="center"/>
          </w:tcPr>
          <w:p w14:paraId="363B428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65.4</w:t>
            </w:r>
          </w:p>
        </w:tc>
        <w:tc>
          <w:tcPr>
            <w:tcW w:w="741" w:type="dxa"/>
            <w:vAlign w:val="center"/>
          </w:tcPr>
          <w:p w14:paraId="1A73759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3180</w:t>
            </w:r>
          </w:p>
        </w:tc>
        <w:tc>
          <w:tcPr>
            <w:tcW w:w="646" w:type="dxa"/>
            <w:vAlign w:val="center"/>
          </w:tcPr>
          <w:p w14:paraId="5A728E5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</w:t>
            </w:r>
          </w:p>
        </w:tc>
      </w:tr>
      <w:tr w:rsidR="00D97056" w:rsidRPr="00324442" w14:paraId="74A177E2" w14:textId="77777777" w:rsidTr="00036F69">
        <w:trPr>
          <w:jc w:val="center"/>
        </w:trPr>
        <w:tc>
          <w:tcPr>
            <w:tcW w:w="1630" w:type="dxa"/>
            <w:vAlign w:val="center"/>
          </w:tcPr>
          <w:p w14:paraId="066F172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Scirocco</w:t>
            </w:r>
          </w:p>
        </w:tc>
        <w:tc>
          <w:tcPr>
            <w:tcW w:w="767" w:type="dxa"/>
            <w:vAlign w:val="center"/>
          </w:tcPr>
          <w:p w14:paraId="6ED81E3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34.70</w:t>
            </w:r>
          </w:p>
        </w:tc>
        <w:tc>
          <w:tcPr>
            <w:tcW w:w="767" w:type="dxa"/>
            <w:vAlign w:val="center"/>
          </w:tcPr>
          <w:p w14:paraId="740CF9A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89.7</w:t>
            </w:r>
          </w:p>
        </w:tc>
        <w:tc>
          <w:tcPr>
            <w:tcW w:w="688" w:type="dxa"/>
            <w:vAlign w:val="center"/>
          </w:tcPr>
          <w:p w14:paraId="30D2604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70</w:t>
            </w:r>
          </w:p>
        </w:tc>
        <w:tc>
          <w:tcPr>
            <w:tcW w:w="688" w:type="dxa"/>
            <w:vAlign w:val="center"/>
          </w:tcPr>
          <w:p w14:paraId="11C51B5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81</w:t>
            </w:r>
          </w:p>
        </w:tc>
        <w:tc>
          <w:tcPr>
            <w:tcW w:w="823" w:type="dxa"/>
            <w:vAlign w:val="center"/>
          </w:tcPr>
          <w:p w14:paraId="51B71A1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8.2:1</w:t>
            </w:r>
          </w:p>
        </w:tc>
        <w:tc>
          <w:tcPr>
            <w:tcW w:w="823" w:type="dxa"/>
            <w:vAlign w:val="center"/>
          </w:tcPr>
          <w:p w14:paraId="786FFE3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3.90:1</w:t>
            </w:r>
          </w:p>
        </w:tc>
        <w:tc>
          <w:tcPr>
            <w:tcW w:w="615" w:type="dxa"/>
            <w:vAlign w:val="center"/>
          </w:tcPr>
          <w:p w14:paraId="7B78E12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</w:t>
            </w:r>
          </w:p>
        </w:tc>
        <w:tc>
          <w:tcPr>
            <w:tcW w:w="615" w:type="dxa"/>
            <w:vAlign w:val="center"/>
          </w:tcPr>
          <w:p w14:paraId="6763104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</w:t>
            </w:r>
          </w:p>
        </w:tc>
        <w:tc>
          <w:tcPr>
            <w:tcW w:w="767" w:type="dxa"/>
            <w:vAlign w:val="center"/>
          </w:tcPr>
          <w:p w14:paraId="5E735B2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155.7</w:t>
            </w:r>
          </w:p>
        </w:tc>
        <w:tc>
          <w:tcPr>
            <w:tcW w:w="714" w:type="dxa"/>
            <w:vAlign w:val="center"/>
          </w:tcPr>
          <w:p w14:paraId="0A7D340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64</w:t>
            </w:r>
          </w:p>
        </w:tc>
        <w:tc>
          <w:tcPr>
            <w:tcW w:w="741" w:type="dxa"/>
            <w:vAlign w:val="center"/>
          </w:tcPr>
          <w:p w14:paraId="004194E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1905</w:t>
            </w:r>
          </w:p>
        </w:tc>
        <w:tc>
          <w:tcPr>
            <w:tcW w:w="646" w:type="dxa"/>
            <w:vAlign w:val="center"/>
          </w:tcPr>
          <w:p w14:paraId="6EF97F9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M</w:t>
            </w:r>
          </w:p>
        </w:tc>
      </w:tr>
      <w:tr w:rsidR="00D97056" w:rsidRPr="00324442" w14:paraId="040AD4AF" w14:textId="77777777" w:rsidTr="00036F69">
        <w:trPr>
          <w:jc w:val="center"/>
        </w:trPr>
        <w:tc>
          <w:tcPr>
            <w:tcW w:w="1630" w:type="dxa"/>
            <w:vAlign w:val="center"/>
          </w:tcPr>
          <w:p w14:paraId="71811D0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Corolla SR-5</w:t>
            </w:r>
          </w:p>
        </w:tc>
        <w:tc>
          <w:tcPr>
            <w:tcW w:w="767" w:type="dxa"/>
            <w:vAlign w:val="center"/>
          </w:tcPr>
          <w:p w14:paraId="0144509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30.40</w:t>
            </w:r>
          </w:p>
        </w:tc>
        <w:tc>
          <w:tcPr>
            <w:tcW w:w="767" w:type="dxa"/>
            <w:vAlign w:val="center"/>
          </w:tcPr>
          <w:p w14:paraId="34D58F9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96.9</w:t>
            </w:r>
          </w:p>
        </w:tc>
        <w:tc>
          <w:tcPr>
            <w:tcW w:w="688" w:type="dxa"/>
            <w:vAlign w:val="center"/>
          </w:tcPr>
          <w:p w14:paraId="7FF29E0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75</w:t>
            </w:r>
          </w:p>
        </w:tc>
        <w:tc>
          <w:tcPr>
            <w:tcW w:w="688" w:type="dxa"/>
            <w:vAlign w:val="center"/>
          </w:tcPr>
          <w:p w14:paraId="19A52F6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83</w:t>
            </w:r>
          </w:p>
        </w:tc>
        <w:tc>
          <w:tcPr>
            <w:tcW w:w="823" w:type="dxa"/>
            <w:vAlign w:val="center"/>
          </w:tcPr>
          <w:p w14:paraId="71191F3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9.0:1</w:t>
            </w:r>
          </w:p>
        </w:tc>
        <w:tc>
          <w:tcPr>
            <w:tcW w:w="823" w:type="dxa"/>
            <w:vAlign w:val="center"/>
          </w:tcPr>
          <w:p w14:paraId="6BCF912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4.30:1</w:t>
            </w:r>
          </w:p>
        </w:tc>
        <w:tc>
          <w:tcPr>
            <w:tcW w:w="615" w:type="dxa"/>
            <w:vAlign w:val="center"/>
          </w:tcPr>
          <w:p w14:paraId="14FFFE3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</w:t>
            </w:r>
          </w:p>
        </w:tc>
        <w:tc>
          <w:tcPr>
            <w:tcW w:w="615" w:type="dxa"/>
            <w:vAlign w:val="center"/>
          </w:tcPr>
          <w:p w14:paraId="3BC7C89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</w:t>
            </w:r>
          </w:p>
        </w:tc>
        <w:tc>
          <w:tcPr>
            <w:tcW w:w="767" w:type="dxa"/>
            <w:vAlign w:val="center"/>
          </w:tcPr>
          <w:p w14:paraId="7A66149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165.2</w:t>
            </w:r>
          </w:p>
        </w:tc>
        <w:tc>
          <w:tcPr>
            <w:tcW w:w="714" w:type="dxa"/>
            <w:vAlign w:val="center"/>
          </w:tcPr>
          <w:p w14:paraId="39304A8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65</w:t>
            </w:r>
          </w:p>
        </w:tc>
        <w:tc>
          <w:tcPr>
            <w:tcW w:w="741" w:type="dxa"/>
            <w:vAlign w:val="center"/>
          </w:tcPr>
          <w:p w14:paraId="0CA90CD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2320</w:t>
            </w:r>
          </w:p>
        </w:tc>
        <w:tc>
          <w:tcPr>
            <w:tcW w:w="646" w:type="dxa"/>
            <w:vAlign w:val="center"/>
          </w:tcPr>
          <w:p w14:paraId="4C5F6DF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M</w:t>
            </w:r>
          </w:p>
        </w:tc>
      </w:tr>
      <w:tr w:rsidR="00D97056" w:rsidRPr="00324442" w14:paraId="1B9EB193" w14:textId="77777777" w:rsidTr="00036F69">
        <w:trPr>
          <w:jc w:val="center"/>
        </w:trPr>
        <w:tc>
          <w:tcPr>
            <w:tcW w:w="1630" w:type="dxa"/>
            <w:vAlign w:val="center"/>
          </w:tcPr>
          <w:p w14:paraId="2E8DEE4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Camaro</w:t>
            </w:r>
          </w:p>
        </w:tc>
        <w:tc>
          <w:tcPr>
            <w:tcW w:w="767" w:type="dxa"/>
            <w:vAlign w:val="center"/>
          </w:tcPr>
          <w:p w14:paraId="15FAF62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16.50</w:t>
            </w:r>
          </w:p>
        </w:tc>
        <w:tc>
          <w:tcPr>
            <w:tcW w:w="767" w:type="dxa"/>
            <w:vAlign w:val="center"/>
          </w:tcPr>
          <w:p w14:paraId="57C31B2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350</w:t>
            </w:r>
          </w:p>
        </w:tc>
        <w:tc>
          <w:tcPr>
            <w:tcW w:w="688" w:type="dxa"/>
            <w:vAlign w:val="center"/>
          </w:tcPr>
          <w:p w14:paraId="72F4815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155</w:t>
            </w:r>
          </w:p>
        </w:tc>
        <w:tc>
          <w:tcPr>
            <w:tcW w:w="688" w:type="dxa"/>
            <w:vAlign w:val="center"/>
          </w:tcPr>
          <w:p w14:paraId="291334A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250</w:t>
            </w:r>
          </w:p>
        </w:tc>
        <w:tc>
          <w:tcPr>
            <w:tcW w:w="823" w:type="dxa"/>
            <w:vAlign w:val="center"/>
          </w:tcPr>
          <w:p w14:paraId="60D7FE8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8.5:1</w:t>
            </w:r>
          </w:p>
        </w:tc>
        <w:tc>
          <w:tcPr>
            <w:tcW w:w="823" w:type="dxa"/>
            <w:vAlign w:val="center"/>
          </w:tcPr>
          <w:p w14:paraId="594B5CC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3.08:1</w:t>
            </w:r>
          </w:p>
        </w:tc>
        <w:tc>
          <w:tcPr>
            <w:tcW w:w="615" w:type="dxa"/>
            <w:vAlign w:val="center"/>
          </w:tcPr>
          <w:p w14:paraId="3B33F85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</w:t>
            </w:r>
          </w:p>
        </w:tc>
        <w:tc>
          <w:tcPr>
            <w:tcW w:w="615" w:type="dxa"/>
            <w:vAlign w:val="center"/>
          </w:tcPr>
          <w:p w14:paraId="53CA1F1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767" w:type="dxa"/>
            <w:vAlign w:val="center"/>
          </w:tcPr>
          <w:p w14:paraId="0C17327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195.4</w:t>
            </w:r>
          </w:p>
        </w:tc>
        <w:tc>
          <w:tcPr>
            <w:tcW w:w="714" w:type="dxa"/>
            <w:vAlign w:val="center"/>
          </w:tcPr>
          <w:p w14:paraId="70F6A2F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74.4</w:t>
            </w:r>
          </w:p>
        </w:tc>
        <w:tc>
          <w:tcPr>
            <w:tcW w:w="741" w:type="dxa"/>
            <w:vAlign w:val="center"/>
          </w:tcPr>
          <w:p w14:paraId="40D5D07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3885</w:t>
            </w:r>
          </w:p>
        </w:tc>
        <w:tc>
          <w:tcPr>
            <w:tcW w:w="646" w:type="dxa"/>
            <w:vAlign w:val="center"/>
          </w:tcPr>
          <w:p w14:paraId="65AC3CA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</w:t>
            </w:r>
          </w:p>
        </w:tc>
      </w:tr>
      <w:tr w:rsidR="00D97056" w:rsidRPr="00324442" w14:paraId="24E1C54B" w14:textId="77777777" w:rsidTr="00036F69">
        <w:trPr>
          <w:jc w:val="center"/>
        </w:trPr>
        <w:tc>
          <w:tcPr>
            <w:tcW w:w="1630" w:type="dxa"/>
            <w:vAlign w:val="center"/>
          </w:tcPr>
          <w:p w14:paraId="320F1A0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Datsun B210</w:t>
            </w:r>
          </w:p>
        </w:tc>
        <w:tc>
          <w:tcPr>
            <w:tcW w:w="767" w:type="dxa"/>
            <w:vAlign w:val="center"/>
          </w:tcPr>
          <w:p w14:paraId="0865B51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36.50</w:t>
            </w:r>
          </w:p>
        </w:tc>
        <w:tc>
          <w:tcPr>
            <w:tcW w:w="767" w:type="dxa"/>
            <w:vAlign w:val="center"/>
          </w:tcPr>
          <w:p w14:paraId="40E1F31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85.3</w:t>
            </w:r>
          </w:p>
        </w:tc>
        <w:tc>
          <w:tcPr>
            <w:tcW w:w="688" w:type="dxa"/>
            <w:vAlign w:val="center"/>
          </w:tcPr>
          <w:p w14:paraId="3736FC1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80</w:t>
            </w:r>
          </w:p>
        </w:tc>
        <w:tc>
          <w:tcPr>
            <w:tcW w:w="688" w:type="dxa"/>
            <w:vAlign w:val="center"/>
          </w:tcPr>
          <w:p w14:paraId="5370DBA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83</w:t>
            </w:r>
          </w:p>
        </w:tc>
        <w:tc>
          <w:tcPr>
            <w:tcW w:w="823" w:type="dxa"/>
            <w:vAlign w:val="center"/>
          </w:tcPr>
          <w:p w14:paraId="2BA8BBA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8.5:1</w:t>
            </w:r>
          </w:p>
        </w:tc>
        <w:tc>
          <w:tcPr>
            <w:tcW w:w="823" w:type="dxa"/>
            <w:vAlign w:val="center"/>
          </w:tcPr>
          <w:p w14:paraId="0334429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3.89:1</w:t>
            </w:r>
          </w:p>
        </w:tc>
        <w:tc>
          <w:tcPr>
            <w:tcW w:w="615" w:type="dxa"/>
            <w:vAlign w:val="center"/>
          </w:tcPr>
          <w:p w14:paraId="06EBB94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</w:t>
            </w:r>
          </w:p>
        </w:tc>
        <w:tc>
          <w:tcPr>
            <w:tcW w:w="615" w:type="dxa"/>
            <w:vAlign w:val="center"/>
          </w:tcPr>
          <w:p w14:paraId="1C2ECC0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</w:t>
            </w:r>
          </w:p>
        </w:tc>
        <w:tc>
          <w:tcPr>
            <w:tcW w:w="767" w:type="dxa"/>
            <w:vAlign w:val="center"/>
          </w:tcPr>
          <w:p w14:paraId="4A55279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160.6</w:t>
            </w:r>
          </w:p>
        </w:tc>
        <w:tc>
          <w:tcPr>
            <w:tcW w:w="714" w:type="dxa"/>
            <w:vAlign w:val="center"/>
          </w:tcPr>
          <w:p w14:paraId="3FDC58E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62.2</w:t>
            </w:r>
          </w:p>
        </w:tc>
        <w:tc>
          <w:tcPr>
            <w:tcW w:w="741" w:type="dxa"/>
            <w:vAlign w:val="center"/>
          </w:tcPr>
          <w:p w14:paraId="034C83D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2009</w:t>
            </w:r>
          </w:p>
        </w:tc>
        <w:tc>
          <w:tcPr>
            <w:tcW w:w="646" w:type="dxa"/>
            <w:vAlign w:val="center"/>
          </w:tcPr>
          <w:p w14:paraId="296BBA9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M</w:t>
            </w:r>
          </w:p>
        </w:tc>
      </w:tr>
      <w:tr w:rsidR="00D97056" w:rsidRPr="00324442" w14:paraId="5D44563F" w14:textId="77777777" w:rsidTr="00036F69">
        <w:trPr>
          <w:jc w:val="center"/>
        </w:trPr>
        <w:tc>
          <w:tcPr>
            <w:tcW w:w="1630" w:type="dxa"/>
            <w:vAlign w:val="center"/>
          </w:tcPr>
          <w:p w14:paraId="045A8C9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Capri II</w:t>
            </w:r>
          </w:p>
        </w:tc>
        <w:tc>
          <w:tcPr>
            <w:tcW w:w="767" w:type="dxa"/>
            <w:vAlign w:val="center"/>
          </w:tcPr>
          <w:p w14:paraId="20D0352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21.50</w:t>
            </w:r>
          </w:p>
        </w:tc>
        <w:tc>
          <w:tcPr>
            <w:tcW w:w="767" w:type="dxa"/>
            <w:vAlign w:val="center"/>
          </w:tcPr>
          <w:p w14:paraId="6E92F64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171</w:t>
            </w:r>
          </w:p>
        </w:tc>
        <w:tc>
          <w:tcPr>
            <w:tcW w:w="688" w:type="dxa"/>
            <w:vAlign w:val="center"/>
          </w:tcPr>
          <w:p w14:paraId="16FEB99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109</w:t>
            </w:r>
          </w:p>
        </w:tc>
        <w:tc>
          <w:tcPr>
            <w:tcW w:w="688" w:type="dxa"/>
            <w:vAlign w:val="center"/>
          </w:tcPr>
          <w:p w14:paraId="4523A25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146</w:t>
            </w:r>
          </w:p>
        </w:tc>
        <w:tc>
          <w:tcPr>
            <w:tcW w:w="823" w:type="dxa"/>
            <w:vAlign w:val="center"/>
          </w:tcPr>
          <w:p w14:paraId="0316AE9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8.2:1</w:t>
            </w:r>
          </w:p>
        </w:tc>
        <w:tc>
          <w:tcPr>
            <w:tcW w:w="823" w:type="dxa"/>
            <w:vAlign w:val="center"/>
          </w:tcPr>
          <w:p w14:paraId="1834439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3.22:1</w:t>
            </w:r>
          </w:p>
        </w:tc>
        <w:tc>
          <w:tcPr>
            <w:tcW w:w="615" w:type="dxa"/>
            <w:vAlign w:val="center"/>
          </w:tcPr>
          <w:p w14:paraId="28122AA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</w:t>
            </w:r>
          </w:p>
        </w:tc>
        <w:tc>
          <w:tcPr>
            <w:tcW w:w="615" w:type="dxa"/>
            <w:vAlign w:val="center"/>
          </w:tcPr>
          <w:p w14:paraId="5BFA88D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</w:t>
            </w:r>
          </w:p>
        </w:tc>
        <w:tc>
          <w:tcPr>
            <w:tcW w:w="767" w:type="dxa"/>
            <w:vAlign w:val="center"/>
          </w:tcPr>
          <w:p w14:paraId="3560102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170.4</w:t>
            </w:r>
          </w:p>
        </w:tc>
        <w:tc>
          <w:tcPr>
            <w:tcW w:w="714" w:type="dxa"/>
            <w:vAlign w:val="center"/>
          </w:tcPr>
          <w:p w14:paraId="4158413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66.9</w:t>
            </w:r>
          </w:p>
        </w:tc>
        <w:tc>
          <w:tcPr>
            <w:tcW w:w="741" w:type="dxa"/>
            <w:vAlign w:val="center"/>
          </w:tcPr>
          <w:p w14:paraId="71C9E84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2655</w:t>
            </w:r>
          </w:p>
        </w:tc>
        <w:tc>
          <w:tcPr>
            <w:tcW w:w="646" w:type="dxa"/>
            <w:vAlign w:val="center"/>
          </w:tcPr>
          <w:p w14:paraId="69E04F0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M</w:t>
            </w:r>
          </w:p>
        </w:tc>
      </w:tr>
      <w:tr w:rsidR="00D97056" w:rsidRPr="00324442" w14:paraId="113D4188" w14:textId="77777777" w:rsidTr="00036F69">
        <w:trPr>
          <w:jc w:val="center"/>
        </w:trPr>
        <w:tc>
          <w:tcPr>
            <w:tcW w:w="1630" w:type="dxa"/>
            <w:vAlign w:val="center"/>
          </w:tcPr>
          <w:p w14:paraId="21AD8A2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Pacer</w:t>
            </w:r>
          </w:p>
        </w:tc>
        <w:tc>
          <w:tcPr>
            <w:tcW w:w="767" w:type="dxa"/>
            <w:vAlign w:val="center"/>
          </w:tcPr>
          <w:p w14:paraId="1999B6C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19.70</w:t>
            </w:r>
          </w:p>
        </w:tc>
        <w:tc>
          <w:tcPr>
            <w:tcW w:w="767" w:type="dxa"/>
            <w:vAlign w:val="center"/>
          </w:tcPr>
          <w:p w14:paraId="390614D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258</w:t>
            </w:r>
          </w:p>
        </w:tc>
        <w:tc>
          <w:tcPr>
            <w:tcW w:w="688" w:type="dxa"/>
            <w:vAlign w:val="center"/>
          </w:tcPr>
          <w:p w14:paraId="395A2B1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110</w:t>
            </w:r>
          </w:p>
        </w:tc>
        <w:tc>
          <w:tcPr>
            <w:tcW w:w="688" w:type="dxa"/>
            <w:vAlign w:val="center"/>
          </w:tcPr>
          <w:p w14:paraId="5333C08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195</w:t>
            </w:r>
          </w:p>
        </w:tc>
        <w:tc>
          <w:tcPr>
            <w:tcW w:w="823" w:type="dxa"/>
            <w:vAlign w:val="center"/>
          </w:tcPr>
          <w:p w14:paraId="036F186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8.0:1</w:t>
            </w:r>
          </w:p>
        </w:tc>
        <w:tc>
          <w:tcPr>
            <w:tcW w:w="823" w:type="dxa"/>
            <w:vAlign w:val="center"/>
          </w:tcPr>
          <w:p w14:paraId="5808C55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3.08:1</w:t>
            </w:r>
          </w:p>
        </w:tc>
        <w:tc>
          <w:tcPr>
            <w:tcW w:w="615" w:type="dxa"/>
            <w:vAlign w:val="center"/>
          </w:tcPr>
          <w:p w14:paraId="6387A03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</w:t>
            </w:r>
          </w:p>
        </w:tc>
        <w:tc>
          <w:tcPr>
            <w:tcW w:w="615" w:type="dxa"/>
            <w:vAlign w:val="center"/>
          </w:tcPr>
          <w:p w14:paraId="6519BF8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767" w:type="dxa"/>
            <w:vAlign w:val="center"/>
          </w:tcPr>
          <w:p w14:paraId="27D6B48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171.5</w:t>
            </w:r>
          </w:p>
        </w:tc>
        <w:tc>
          <w:tcPr>
            <w:tcW w:w="714" w:type="dxa"/>
            <w:vAlign w:val="center"/>
          </w:tcPr>
          <w:p w14:paraId="72D8883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77</w:t>
            </w:r>
          </w:p>
        </w:tc>
        <w:tc>
          <w:tcPr>
            <w:tcW w:w="741" w:type="dxa"/>
            <w:vAlign w:val="center"/>
          </w:tcPr>
          <w:p w14:paraId="77EF8D4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3375</w:t>
            </w:r>
          </w:p>
        </w:tc>
        <w:tc>
          <w:tcPr>
            <w:tcW w:w="646" w:type="dxa"/>
            <w:vAlign w:val="center"/>
          </w:tcPr>
          <w:p w14:paraId="3C0B1BF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</w:t>
            </w:r>
          </w:p>
        </w:tc>
      </w:tr>
      <w:tr w:rsidR="00D97056" w:rsidRPr="00324442" w14:paraId="3DF19968" w14:textId="77777777" w:rsidTr="00036F69">
        <w:trPr>
          <w:jc w:val="center"/>
        </w:trPr>
        <w:tc>
          <w:tcPr>
            <w:tcW w:w="1630" w:type="dxa"/>
            <w:vAlign w:val="center"/>
          </w:tcPr>
          <w:p w14:paraId="7607AD9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proofErr w:type="spellStart"/>
            <w:r w:rsidRPr="00324442">
              <w:rPr>
                <w:sz w:val="24"/>
                <w:szCs w:val="24"/>
              </w:rPr>
              <w:t>Babcat</w:t>
            </w:r>
            <w:proofErr w:type="spellEnd"/>
          </w:p>
        </w:tc>
        <w:tc>
          <w:tcPr>
            <w:tcW w:w="767" w:type="dxa"/>
            <w:vAlign w:val="center"/>
          </w:tcPr>
          <w:p w14:paraId="1F9C242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20.30</w:t>
            </w:r>
          </w:p>
        </w:tc>
        <w:tc>
          <w:tcPr>
            <w:tcW w:w="767" w:type="dxa"/>
            <w:vAlign w:val="center"/>
          </w:tcPr>
          <w:p w14:paraId="44237DA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140</w:t>
            </w:r>
          </w:p>
        </w:tc>
        <w:tc>
          <w:tcPr>
            <w:tcW w:w="688" w:type="dxa"/>
            <w:vAlign w:val="center"/>
          </w:tcPr>
          <w:p w14:paraId="2097495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83</w:t>
            </w:r>
          </w:p>
        </w:tc>
        <w:tc>
          <w:tcPr>
            <w:tcW w:w="688" w:type="dxa"/>
            <w:vAlign w:val="center"/>
          </w:tcPr>
          <w:p w14:paraId="66E4EC1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109</w:t>
            </w:r>
          </w:p>
        </w:tc>
        <w:tc>
          <w:tcPr>
            <w:tcW w:w="823" w:type="dxa"/>
            <w:vAlign w:val="center"/>
          </w:tcPr>
          <w:p w14:paraId="774105C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8.4:1</w:t>
            </w:r>
          </w:p>
        </w:tc>
        <w:tc>
          <w:tcPr>
            <w:tcW w:w="823" w:type="dxa"/>
            <w:vAlign w:val="center"/>
          </w:tcPr>
          <w:p w14:paraId="148715E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3.40:1</w:t>
            </w:r>
          </w:p>
        </w:tc>
        <w:tc>
          <w:tcPr>
            <w:tcW w:w="615" w:type="dxa"/>
            <w:vAlign w:val="center"/>
          </w:tcPr>
          <w:p w14:paraId="1D5F455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</w:t>
            </w:r>
          </w:p>
        </w:tc>
        <w:tc>
          <w:tcPr>
            <w:tcW w:w="615" w:type="dxa"/>
            <w:vAlign w:val="center"/>
          </w:tcPr>
          <w:p w14:paraId="6AF2C91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</w:t>
            </w:r>
          </w:p>
        </w:tc>
        <w:tc>
          <w:tcPr>
            <w:tcW w:w="767" w:type="dxa"/>
            <w:vAlign w:val="center"/>
          </w:tcPr>
          <w:p w14:paraId="7F19EFB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168.8</w:t>
            </w:r>
          </w:p>
        </w:tc>
        <w:tc>
          <w:tcPr>
            <w:tcW w:w="714" w:type="dxa"/>
            <w:vAlign w:val="center"/>
          </w:tcPr>
          <w:p w14:paraId="210F2B4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69.4</w:t>
            </w:r>
          </w:p>
        </w:tc>
        <w:tc>
          <w:tcPr>
            <w:tcW w:w="741" w:type="dxa"/>
            <w:vAlign w:val="center"/>
          </w:tcPr>
          <w:p w14:paraId="5DFB57B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2700</w:t>
            </w:r>
          </w:p>
        </w:tc>
        <w:tc>
          <w:tcPr>
            <w:tcW w:w="646" w:type="dxa"/>
            <w:vAlign w:val="center"/>
          </w:tcPr>
          <w:p w14:paraId="0E61186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M</w:t>
            </w:r>
          </w:p>
        </w:tc>
      </w:tr>
      <w:tr w:rsidR="00D97056" w:rsidRPr="00324442" w14:paraId="6674B719" w14:textId="77777777" w:rsidTr="00036F69">
        <w:trPr>
          <w:jc w:val="center"/>
        </w:trPr>
        <w:tc>
          <w:tcPr>
            <w:tcW w:w="1630" w:type="dxa"/>
            <w:vAlign w:val="center"/>
          </w:tcPr>
          <w:p w14:paraId="789705E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Granada</w:t>
            </w:r>
          </w:p>
        </w:tc>
        <w:tc>
          <w:tcPr>
            <w:tcW w:w="767" w:type="dxa"/>
            <w:vAlign w:val="center"/>
          </w:tcPr>
          <w:p w14:paraId="54C9F73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17.80</w:t>
            </w:r>
          </w:p>
        </w:tc>
        <w:tc>
          <w:tcPr>
            <w:tcW w:w="767" w:type="dxa"/>
            <w:vAlign w:val="center"/>
          </w:tcPr>
          <w:p w14:paraId="631E98E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302</w:t>
            </w:r>
          </w:p>
        </w:tc>
        <w:tc>
          <w:tcPr>
            <w:tcW w:w="688" w:type="dxa"/>
            <w:vAlign w:val="center"/>
          </w:tcPr>
          <w:p w14:paraId="27DDBE0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129</w:t>
            </w:r>
          </w:p>
        </w:tc>
        <w:tc>
          <w:tcPr>
            <w:tcW w:w="688" w:type="dxa"/>
            <w:vAlign w:val="center"/>
          </w:tcPr>
          <w:p w14:paraId="00CFC4A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220</w:t>
            </w:r>
          </w:p>
        </w:tc>
        <w:tc>
          <w:tcPr>
            <w:tcW w:w="823" w:type="dxa"/>
            <w:vAlign w:val="center"/>
          </w:tcPr>
          <w:p w14:paraId="3DB8C1D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8.0:1</w:t>
            </w:r>
          </w:p>
        </w:tc>
        <w:tc>
          <w:tcPr>
            <w:tcW w:w="823" w:type="dxa"/>
            <w:vAlign w:val="center"/>
          </w:tcPr>
          <w:p w14:paraId="73F045C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3.01:1</w:t>
            </w:r>
          </w:p>
        </w:tc>
        <w:tc>
          <w:tcPr>
            <w:tcW w:w="615" w:type="dxa"/>
            <w:vAlign w:val="center"/>
          </w:tcPr>
          <w:p w14:paraId="63B1698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</w:t>
            </w:r>
          </w:p>
        </w:tc>
        <w:tc>
          <w:tcPr>
            <w:tcW w:w="615" w:type="dxa"/>
            <w:vAlign w:val="center"/>
          </w:tcPr>
          <w:p w14:paraId="2829A36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767" w:type="dxa"/>
            <w:vAlign w:val="center"/>
          </w:tcPr>
          <w:p w14:paraId="606F687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199.9</w:t>
            </w:r>
          </w:p>
        </w:tc>
        <w:tc>
          <w:tcPr>
            <w:tcW w:w="714" w:type="dxa"/>
            <w:vAlign w:val="center"/>
          </w:tcPr>
          <w:p w14:paraId="2D0744D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74</w:t>
            </w:r>
          </w:p>
        </w:tc>
        <w:tc>
          <w:tcPr>
            <w:tcW w:w="741" w:type="dxa"/>
            <w:vAlign w:val="center"/>
          </w:tcPr>
          <w:p w14:paraId="0AE9D5D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3890</w:t>
            </w:r>
          </w:p>
        </w:tc>
        <w:tc>
          <w:tcPr>
            <w:tcW w:w="646" w:type="dxa"/>
            <w:vAlign w:val="center"/>
          </w:tcPr>
          <w:p w14:paraId="47BE314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</w:t>
            </w:r>
          </w:p>
        </w:tc>
      </w:tr>
      <w:tr w:rsidR="00D97056" w:rsidRPr="00324442" w14:paraId="4786578C" w14:textId="77777777" w:rsidTr="00036F69">
        <w:trPr>
          <w:jc w:val="center"/>
        </w:trPr>
        <w:tc>
          <w:tcPr>
            <w:tcW w:w="1630" w:type="dxa"/>
            <w:vAlign w:val="center"/>
          </w:tcPr>
          <w:p w14:paraId="26A1192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Eldorado</w:t>
            </w:r>
          </w:p>
        </w:tc>
        <w:tc>
          <w:tcPr>
            <w:tcW w:w="767" w:type="dxa"/>
            <w:vAlign w:val="center"/>
          </w:tcPr>
          <w:p w14:paraId="0D4F4D5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14.39</w:t>
            </w:r>
          </w:p>
        </w:tc>
        <w:tc>
          <w:tcPr>
            <w:tcW w:w="767" w:type="dxa"/>
            <w:vAlign w:val="center"/>
          </w:tcPr>
          <w:p w14:paraId="3657618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500</w:t>
            </w:r>
          </w:p>
        </w:tc>
        <w:tc>
          <w:tcPr>
            <w:tcW w:w="688" w:type="dxa"/>
            <w:vAlign w:val="center"/>
          </w:tcPr>
          <w:p w14:paraId="5144ED6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190</w:t>
            </w:r>
          </w:p>
        </w:tc>
        <w:tc>
          <w:tcPr>
            <w:tcW w:w="688" w:type="dxa"/>
            <w:vAlign w:val="center"/>
          </w:tcPr>
          <w:p w14:paraId="5C546A3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360</w:t>
            </w:r>
          </w:p>
        </w:tc>
        <w:tc>
          <w:tcPr>
            <w:tcW w:w="823" w:type="dxa"/>
            <w:vAlign w:val="center"/>
          </w:tcPr>
          <w:p w14:paraId="2D7B01F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8.5:1</w:t>
            </w:r>
          </w:p>
        </w:tc>
        <w:tc>
          <w:tcPr>
            <w:tcW w:w="823" w:type="dxa"/>
            <w:vAlign w:val="center"/>
          </w:tcPr>
          <w:p w14:paraId="6306451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2.73:1</w:t>
            </w:r>
          </w:p>
        </w:tc>
        <w:tc>
          <w:tcPr>
            <w:tcW w:w="615" w:type="dxa"/>
            <w:vAlign w:val="center"/>
          </w:tcPr>
          <w:p w14:paraId="0295EC6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</w:t>
            </w:r>
          </w:p>
        </w:tc>
        <w:tc>
          <w:tcPr>
            <w:tcW w:w="615" w:type="dxa"/>
            <w:vAlign w:val="center"/>
          </w:tcPr>
          <w:p w14:paraId="4C9A41B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767" w:type="dxa"/>
            <w:vAlign w:val="center"/>
          </w:tcPr>
          <w:p w14:paraId="54D7183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224.1</w:t>
            </w:r>
          </w:p>
        </w:tc>
        <w:tc>
          <w:tcPr>
            <w:tcW w:w="714" w:type="dxa"/>
            <w:vAlign w:val="center"/>
          </w:tcPr>
          <w:p w14:paraId="5AC7E81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79.8</w:t>
            </w:r>
          </w:p>
        </w:tc>
        <w:tc>
          <w:tcPr>
            <w:tcW w:w="741" w:type="dxa"/>
            <w:vAlign w:val="center"/>
          </w:tcPr>
          <w:p w14:paraId="421EACF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5290</w:t>
            </w:r>
          </w:p>
        </w:tc>
        <w:tc>
          <w:tcPr>
            <w:tcW w:w="646" w:type="dxa"/>
            <w:vAlign w:val="center"/>
          </w:tcPr>
          <w:p w14:paraId="2DDE62F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</w:t>
            </w:r>
          </w:p>
        </w:tc>
      </w:tr>
      <w:tr w:rsidR="00D97056" w:rsidRPr="00324442" w14:paraId="5E3237A5" w14:textId="77777777" w:rsidTr="00036F69">
        <w:trPr>
          <w:jc w:val="center"/>
        </w:trPr>
        <w:tc>
          <w:tcPr>
            <w:tcW w:w="1630" w:type="dxa"/>
            <w:vAlign w:val="center"/>
          </w:tcPr>
          <w:p w14:paraId="07D95ED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Imperial</w:t>
            </w:r>
          </w:p>
        </w:tc>
        <w:tc>
          <w:tcPr>
            <w:tcW w:w="767" w:type="dxa"/>
            <w:vAlign w:val="center"/>
          </w:tcPr>
          <w:p w14:paraId="391834C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14.89</w:t>
            </w:r>
          </w:p>
        </w:tc>
        <w:tc>
          <w:tcPr>
            <w:tcW w:w="767" w:type="dxa"/>
            <w:vAlign w:val="center"/>
          </w:tcPr>
          <w:p w14:paraId="70AE560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440</w:t>
            </w:r>
          </w:p>
        </w:tc>
        <w:tc>
          <w:tcPr>
            <w:tcW w:w="688" w:type="dxa"/>
            <w:vAlign w:val="center"/>
          </w:tcPr>
          <w:p w14:paraId="6B26C47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215</w:t>
            </w:r>
          </w:p>
        </w:tc>
        <w:tc>
          <w:tcPr>
            <w:tcW w:w="688" w:type="dxa"/>
            <w:vAlign w:val="center"/>
          </w:tcPr>
          <w:p w14:paraId="494C3AE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330</w:t>
            </w:r>
          </w:p>
        </w:tc>
        <w:tc>
          <w:tcPr>
            <w:tcW w:w="823" w:type="dxa"/>
            <w:vAlign w:val="center"/>
          </w:tcPr>
          <w:p w14:paraId="0C7BE3B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8.2:1</w:t>
            </w:r>
          </w:p>
        </w:tc>
        <w:tc>
          <w:tcPr>
            <w:tcW w:w="823" w:type="dxa"/>
            <w:vAlign w:val="center"/>
          </w:tcPr>
          <w:p w14:paraId="07DBC7B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2.71:1</w:t>
            </w:r>
          </w:p>
        </w:tc>
        <w:tc>
          <w:tcPr>
            <w:tcW w:w="615" w:type="dxa"/>
            <w:vAlign w:val="center"/>
          </w:tcPr>
          <w:p w14:paraId="158A527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</w:t>
            </w:r>
          </w:p>
        </w:tc>
        <w:tc>
          <w:tcPr>
            <w:tcW w:w="615" w:type="dxa"/>
            <w:vAlign w:val="center"/>
          </w:tcPr>
          <w:p w14:paraId="768B3B0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767" w:type="dxa"/>
            <w:vAlign w:val="center"/>
          </w:tcPr>
          <w:p w14:paraId="56658A6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231.0</w:t>
            </w:r>
          </w:p>
        </w:tc>
        <w:tc>
          <w:tcPr>
            <w:tcW w:w="714" w:type="dxa"/>
            <w:vAlign w:val="center"/>
          </w:tcPr>
          <w:p w14:paraId="107ACD0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79.7</w:t>
            </w:r>
          </w:p>
        </w:tc>
        <w:tc>
          <w:tcPr>
            <w:tcW w:w="741" w:type="dxa"/>
            <w:vAlign w:val="center"/>
          </w:tcPr>
          <w:p w14:paraId="5217A5C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5185</w:t>
            </w:r>
          </w:p>
        </w:tc>
        <w:tc>
          <w:tcPr>
            <w:tcW w:w="646" w:type="dxa"/>
            <w:vAlign w:val="center"/>
          </w:tcPr>
          <w:p w14:paraId="703FE49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</w:t>
            </w:r>
          </w:p>
        </w:tc>
      </w:tr>
      <w:tr w:rsidR="00D97056" w:rsidRPr="00324442" w14:paraId="36DA01C1" w14:textId="77777777" w:rsidTr="00036F69">
        <w:trPr>
          <w:jc w:val="center"/>
        </w:trPr>
        <w:tc>
          <w:tcPr>
            <w:tcW w:w="1630" w:type="dxa"/>
            <w:vAlign w:val="center"/>
          </w:tcPr>
          <w:p w14:paraId="478DA24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Nova LN</w:t>
            </w:r>
          </w:p>
        </w:tc>
        <w:tc>
          <w:tcPr>
            <w:tcW w:w="767" w:type="dxa"/>
            <w:vAlign w:val="center"/>
          </w:tcPr>
          <w:p w14:paraId="1F96BEB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17.80</w:t>
            </w:r>
          </w:p>
        </w:tc>
        <w:tc>
          <w:tcPr>
            <w:tcW w:w="767" w:type="dxa"/>
            <w:vAlign w:val="center"/>
          </w:tcPr>
          <w:p w14:paraId="751EDB7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350</w:t>
            </w:r>
          </w:p>
        </w:tc>
        <w:tc>
          <w:tcPr>
            <w:tcW w:w="688" w:type="dxa"/>
            <w:vAlign w:val="center"/>
          </w:tcPr>
          <w:p w14:paraId="3BD6BA3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155</w:t>
            </w:r>
          </w:p>
        </w:tc>
        <w:tc>
          <w:tcPr>
            <w:tcW w:w="688" w:type="dxa"/>
            <w:vAlign w:val="center"/>
          </w:tcPr>
          <w:p w14:paraId="37B313E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250</w:t>
            </w:r>
          </w:p>
        </w:tc>
        <w:tc>
          <w:tcPr>
            <w:tcW w:w="823" w:type="dxa"/>
            <w:vAlign w:val="center"/>
          </w:tcPr>
          <w:p w14:paraId="6C0FF7D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8.5:1</w:t>
            </w:r>
          </w:p>
        </w:tc>
        <w:tc>
          <w:tcPr>
            <w:tcW w:w="823" w:type="dxa"/>
            <w:vAlign w:val="center"/>
          </w:tcPr>
          <w:p w14:paraId="3BA3A1F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3.08:1</w:t>
            </w:r>
          </w:p>
        </w:tc>
        <w:tc>
          <w:tcPr>
            <w:tcW w:w="615" w:type="dxa"/>
            <w:vAlign w:val="center"/>
          </w:tcPr>
          <w:p w14:paraId="0F883BE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</w:t>
            </w:r>
          </w:p>
        </w:tc>
        <w:tc>
          <w:tcPr>
            <w:tcW w:w="615" w:type="dxa"/>
            <w:vAlign w:val="center"/>
          </w:tcPr>
          <w:p w14:paraId="786E938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767" w:type="dxa"/>
            <w:vAlign w:val="center"/>
          </w:tcPr>
          <w:p w14:paraId="451DE1D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196.7</w:t>
            </w:r>
          </w:p>
        </w:tc>
        <w:tc>
          <w:tcPr>
            <w:tcW w:w="714" w:type="dxa"/>
            <w:vAlign w:val="center"/>
          </w:tcPr>
          <w:p w14:paraId="266D68B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72.2</w:t>
            </w:r>
          </w:p>
        </w:tc>
        <w:tc>
          <w:tcPr>
            <w:tcW w:w="741" w:type="dxa"/>
            <w:vAlign w:val="center"/>
          </w:tcPr>
          <w:p w14:paraId="4E581BF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3910</w:t>
            </w:r>
          </w:p>
        </w:tc>
        <w:tc>
          <w:tcPr>
            <w:tcW w:w="646" w:type="dxa"/>
            <w:vAlign w:val="center"/>
          </w:tcPr>
          <w:p w14:paraId="2536800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</w:t>
            </w:r>
          </w:p>
        </w:tc>
      </w:tr>
      <w:tr w:rsidR="00D97056" w:rsidRPr="00324442" w14:paraId="372B5622" w14:textId="77777777" w:rsidTr="00036F69">
        <w:trPr>
          <w:jc w:val="center"/>
        </w:trPr>
        <w:tc>
          <w:tcPr>
            <w:tcW w:w="1630" w:type="dxa"/>
            <w:vAlign w:val="center"/>
          </w:tcPr>
          <w:p w14:paraId="64821CF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Valiant</w:t>
            </w:r>
          </w:p>
        </w:tc>
        <w:tc>
          <w:tcPr>
            <w:tcW w:w="767" w:type="dxa"/>
            <w:vAlign w:val="center"/>
          </w:tcPr>
          <w:p w14:paraId="6E9DC6A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16.41</w:t>
            </w:r>
          </w:p>
        </w:tc>
        <w:tc>
          <w:tcPr>
            <w:tcW w:w="767" w:type="dxa"/>
            <w:vAlign w:val="center"/>
          </w:tcPr>
          <w:p w14:paraId="35DB0B3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318</w:t>
            </w:r>
          </w:p>
        </w:tc>
        <w:tc>
          <w:tcPr>
            <w:tcW w:w="688" w:type="dxa"/>
            <w:vAlign w:val="center"/>
          </w:tcPr>
          <w:p w14:paraId="2F497A3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145</w:t>
            </w:r>
          </w:p>
        </w:tc>
        <w:tc>
          <w:tcPr>
            <w:tcW w:w="688" w:type="dxa"/>
            <w:vAlign w:val="center"/>
          </w:tcPr>
          <w:p w14:paraId="30E2964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255</w:t>
            </w:r>
          </w:p>
        </w:tc>
        <w:tc>
          <w:tcPr>
            <w:tcW w:w="823" w:type="dxa"/>
            <w:vAlign w:val="center"/>
          </w:tcPr>
          <w:p w14:paraId="7FAB024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8.5:1</w:t>
            </w:r>
          </w:p>
        </w:tc>
        <w:tc>
          <w:tcPr>
            <w:tcW w:w="823" w:type="dxa"/>
            <w:vAlign w:val="center"/>
          </w:tcPr>
          <w:p w14:paraId="5E82F5E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2.45:1</w:t>
            </w:r>
          </w:p>
        </w:tc>
        <w:tc>
          <w:tcPr>
            <w:tcW w:w="615" w:type="dxa"/>
            <w:vAlign w:val="center"/>
          </w:tcPr>
          <w:p w14:paraId="612124F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</w:t>
            </w:r>
          </w:p>
        </w:tc>
        <w:tc>
          <w:tcPr>
            <w:tcW w:w="615" w:type="dxa"/>
            <w:vAlign w:val="center"/>
          </w:tcPr>
          <w:p w14:paraId="4F9312F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767" w:type="dxa"/>
            <w:vAlign w:val="center"/>
          </w:tcPr>
          <w:p w14:paraId="584B1FF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197.6</w:t>
            </w:r>
          </w:p>
        </w:tc>
        <w:tc>
          <w:tcPr>
            <w:tcW w:w="714" w:type="dxa"/>
            <w:vAlign w:val="center"/>
          </w:tcPr>
          <w:p w14:paraId="5515195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71</w:t>
            </w:r>
          </w:p>
        </w:tc>
        <w:tc>
          <w:tcPr>
            <w:tcW w:w="741" w:type="dxa"/>
            <w:vAlign w:val="center"/>
          </w:tcPr>
          <w:p w14:paraId="257A390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3660</w:t>
            </w:r>
          </w:p>
        </w:tc>
        <w:tc>
          <w:tcPr>
            <w:tcW w:w="646" w:type="dxa"/>
            <w:vAlign w:val="center"/>
          </w:tcPr>
          <w:p w14:paraId="5CEACF9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</w:t>
            </w:r>
          </w:p>
        </w:tc>
      </w:tr>
      <w:tr w:rsidR="00D97056" w:rsidRPr="00324442" w14:paraId="254D173B" w14:textId="77777777" w:rsidTr="00036F69">
        <w:trPr>
          <w:jc w:val="center"/>
        </w:trPr>
        <w:tc>
          <w:tcPr>
            <w:tcW w:w="1630" w:type="dxa"/>
            <w:vAlign w:val="center"/>
          </w:tcPr>
          <w:p w14:paraId="1494349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Starfire</w:t>
            </w:r>
          </w:p>
        </w:tc>
        <w:tc>
          <w:tcPr>
            <w:tcW w:w="767" w:type="dxa"/>
            <w:vAlign w:val="center"/>
          </w:tcPr>
          <w:p w14:paraId="14B331D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23.54</w:t>
            </w:r>
          </w:p>
        </w:tc>
        <w:tc>
          <w:tcPr>
            <w:tcW w:w="767" w:type="dxa"/>
            <w:vAlign w:val="center"/>
          </w:tcPr>
          <w:p w14:paraId="398BF7E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231</w:t>
            </w:r>
          </w:p>
        </w:tc>
        <w:tc>
          <w:tcPr>
            <w:tcW w:w="688" w:type="dxa"/>
            <w:vAlign w:val="center"/>
          </w:tcPr>
          <w:p w14:paraId="49B1F08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110</w:t>
            </w:r>
          </w:p>
        </w:tc>
        <w:tc>
          <w:tcPr>
            <w:tcW w:w="688" w:type="dxa"/>
            <w:vAlign w:val="center"/>
          </w:tcPr>
          <w:p w14:paraId="4A65007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175</w:t>
            </w:r>
          </w:p>
        </w:tc>
        <w:tc>
          <w:tcPr>
            <w:tcW w:w="823" w:type="dxa"/>
            <w:vAlign w:val="center"/>
          </w:tcPr>
          <w:p w14:paraId="1FCFF9D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8.0:1</w:t>
            </w:r>
          </w:p>
        </w:tc>
        <w:tc>
          <w:tcPr>
            <w:tcW w:w="823" w:type="dxa"/>
            <w:vAlign w:val="center"/>
          </w:tcPr>
          <w:p w14:paraId="08B0D62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2.56:1</w:t>
            </w:r>
          </w:p>
        </w:tc>
        <w:tc>
          <w:tcPr>
            <w:tcW w:w="615" w:type="dxa"/>
            <w:vAlign w:val="center"/>
          </w:tcPr>
          <w:p w14:paraId="03141AE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</w:t>
            </w:r>
          </w:p>
        </w:tc>
        <w:tc>
          <w:tcPr>
            <w:tcW w:w="615" w:type="dxa"/>
            <w:vAlign w:val="center"/>
          </w:tcPr>
          <w:p w14:paraId="3558615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767" w:type="dxa"/>
            <w:vAlign w:val="center"/>
          </w:tcPr>
          <w:p w14:paraId="1A9A14A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179.3</w:t>
            </w:r>
          </w:p>
        </w:tc>
        <w:tc>
          <w:tcPr>
            <w:tcW w:w="714" w:type="dxa"/>
            <w:vAlign w:val="center"/>
          </w:tcPr>
          <w:p w14:paraId="24172C4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65.4</w:t>
            </w:r>
          </w:p>
        </w:tc>
        <w:tc>
          <w:tcPr>
            <w:tcW w:w="741" w:type="dxa"/>
            <w:vAlign w:val="center"/>
          </w:tcPr>
          <w:p w14:paraId="280B537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3050</w:t>
            </w:r>
          </w:p>
        </w:tc>
        <w:tc>
          <w:tcPr>
            <w:tcW w:w="646" w:type="dxa"/>
            <w:vAlign w:val="center"/>
          </w:tcPr>
          <w:p w14:paraId="558D359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</w:t>
            </w:r>
          </w:p>
        </w:tc>
      </w:tr>
      <w:tr w:rsidR="00D97056" w:rsidRPr="00324442" w14:paraId="30E11048" w14:textId="77777777" w:rsidTr="00036F69">
        <w:trPr>
          <w:jc w:val="center"/>
        </w:trPr>
        <w:tc>
          <w:tcPr>
            <w:tcW w:w="1630" w:type="dxa"/>
            <w:vAlign w:val="center"/>
          </w:tcPr>
          <w:p w14:paraId="1980E93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Cordoba</w:t>
            </w:r>
          </w:p>
        </w:tc>
        <w:tc>
          <w:tcPr>
            <w:tcW w:w="767" w:type="dxa"/>
            <w:vAlign w:val="center"/>
          </w:tcPr>
          <w:p w14:paraId="017F67A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21.47</w:t>
            </w:r>
          </w:p>
        </w:tc>
        <w:tc>
          <w:tcPr>
            <w:tcW w:w="767" w:type="dxa"/>
            <w:vAlign w:val="center"/>
          </w:tcPr>
          <w:p w14:paraId="0FB7490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360</w:t>
            </w:r>
          </w:p>
        </w:tc>
        <w:tc>
          <w:tcPr>
            <w:tcW w:w="688" w:type="dxa"/>
            <w:vAlign w:val="center"/>
          </w:tcPr>
          <w:p w14:paraId="05788A1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180</w:t>
            </w:r>
          </w:p>
        </w:tc>
        <w:tc>
          <w:tcPr>
            <w:tcW w:w="688" w:type="dxa"/>
            <w:vAlign w:val="center"/>
          </w:tcPr>
          <w:p w14:paraId="7C55D0A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290</w:t>
            </w:r>
          </w:p>
        </w:tc>
        <w:tc>
          <w:tcPr>
            <w:tcW w:w="823" w:type="dxa"/>
            <w:vAlign w:val="center"/>
          </w:tcPr>
          <w:p w14:paraId="0332A5B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8.4:1</w:t>
            </w:r>
          </w:p>
        </w:tc>
        <w:tc>
          <w:tcPr>
            <w:tcW w:w="823" w:type="dxa"/>
            <w:vAlign w:val="center"/>
          </w:tcPr>
          <w:p w14:paraId="490D510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2.45:1</w:t>
            </w:r>
          </w:p>
        </w:tc>
        <w:tc>
          <w:tcPr>
            <w:tcW w:w="615" w:type="dxa"/>
            <w:vAlign w:val="center"/>
          </w:tcPr>
          <w:p w14:paraId="1EEB303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</w:t>
            </w:r>
          </w:p>
        </w:tc>
        <w:tc>
          <w:tcPr>
            <w:tcW w:w="615" w:type="dxa"/>
            <w:vAlign w:val="center"/>
          </w:tcPr>
          <w:p w14:paraId="3FA4E22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767" w:type="dxa"/>
            <w:vAlign w:val="center"/>
          </w:tcPr>
          <w:p w14:paraId="3384D2E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214.2</w:t>
            </w:r>
          </w:p>
        </w:tc>
        <w:tc>
          <w:tcPr>
            <w:tcW w:w="714" w:type="dxa"/>
            <w:vAlign w:val="center"/>
          </w:tcPr>
          <w:p w14:paraId="099BAE8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76.3</w:t>
            </w:r>
          </w:p>
        </w:tc>
        <w:tc>
          <w:tcPr>
            <w:tcW w:w="741" w:type="dxa"/>
            <w:vAlign w:val="center"/>
          </w:tcPr>
          <w:p w14:paraId="3482426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4250</w:t>
            </w:r>
          </w:p>
        </w:tc>
        <w:tc>
          <w:tcPr>
            <w:tcW w:w="646" w:type="dxa"/>
            <w:vAlign w:val="center"/>
          </w:tcPr>
          <w:p w14:paraId="04399A4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</w:t>
            </w:r>
          </w:p>
        </w:tc>
      </w:tr>
      <w:tr w:rsidR="00D97056" w:rsidRPr="00324442" w14:paraId="166316E9" w14:textId="77777777" w:rsidTr="00036F69">
        <w:trPr>
          <w:jc w:val="center"/>
        </w:trPr>
        <w:tc>
          <w:tcPr>
            <w:tcW w:w="1630" w:type="dxa"/>
            <w:vAlign w:val="center"/>
          </w:tcPr>
          <w:p w14:paraId="453A564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Trans AM</w:t>
            </w:r>
          </w:p>
        </w:tc>
        <w:tc>
          <w:tcPr>
            <w:tcW w:w="767" w:type="dxa"/>
            <w:vAlign w:val="center"/>
          </w:tcPr>
          <w:p w14:paraId="6A0BA2A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16.59</w:t>
            </w:r>
          </w:p>
        </w:tc>
        <w:tc>
          <w:tcPr>
            <w:tcW w:w="767" w:type="dxa"/>
            <w:vAlign w:val="center"/>
          </w:tcPr>
          <w:p w14:paraId="5B6BAC7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400</w:t>
            </w:r>
          </w:p>
        </w:tc>
        <w:tc>
          <w:tcPr>
            <w:tcW w:w="688" w:type="dxa"/>
            <w:vAlign w:val="center"/>
          </w:tcPr>
          <w:p w14:paraId="4CC5571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185</w:t>
            </w:r>
          </w:p>
        </w:tc>
        <w:tc>
          <w:tcPr>
            <w:tcW w:w="688" w:type="dxa"/>
            <w:vAlign w:val="center"/>
          </w:tcPr>
          <w:p w14:paraId="49AA9D6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NA</w:t>
            </w:r>
          </w:p>
        </w:tc>
        <w:tc>
          <w:tcPr>
            <w:tcW w:w="823" w:type="dxa"/>
            <w:vAlign w:val="center"/>
          </w:tcPr>
          <w:p w14:paraId="3164DA3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7.6:1</w:t>
            </w:r>
          </w:p>
        </w:tc>
        <w:tc>
          <w:tcPr>
            <w:tcW w:w="823" w:type="dxa"/>
            <w:vAlign w:val="center"/>
          </w:tcPr>
          <w:p w14:paraId="05148ED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3.08:1</w:t>
            </w:r>
          </w:p>
        </w:tc>
        <w:tc>
          <w:tcPr>
            <w:tcW w:w="615" w:type="dxa"/>
            <w:vAlign w:val="center"/>
          </w:tcPr>
          <w:p w14:paraId="00B837D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</w:t>
            </w:r>
          </w:p>
        </w:tc>
        <w:tc>
          <w:tcPr>
            <w:tcW w:w="615" w:type="dxa"/>
            <w:vAlign w:val="center"/>
          </w:tcPr>
          <w:p w14:paraId="3643820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767" w:type="dxa"/>
            <w:vAlign w:val="center"/>
          </w:tcPr>
          <w:p w14:paraId="56E1477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196</w:t>
            </w:r>
          </w:p>
        </w:tc>
        <w:tc>
          <w:tcPr>
            <w:tcW w:w="714" w:type="dxa"/>
            <w:vAlign w:val="center"/>
          </w:tcPr>
          <w:p w14:paraId="1B7EEF7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73</w:t>
            </w:r>
          </w:p>
        </w:tc>
        <w:tc>
          <w:tcPr>
            <w:tcW w:w="741" w:type="dxa"/>
            <w:vAlign w:val="center"/>
          </w:tcPr>
          <w:p w14:paraId="6FB5057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3850</w:t>
            </w:r>
          </w:p>
        </w:tc>
        <w:tc>
          <w:tcPr>
            <w:tcW w:w="646" w:type="dxa"/>
            <w:vAlign w:val="center"/>
          </w:tcPr>
          <w:p w14:paraId="0E9F754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</w:t>
            </w:r>
          </w:p>
        </w:tc>
      </w:tr>
      <w:tr w:rsidR="00D97056" w:rsidRPr="00324442" w14:paraId="71BE48D8" w14:textId="77777777" w:rsidTr="00036F69">
        <w:trPr>
          <w:jc w:val="center"/>
        </w:trPr>
        <w:tc>
          <w:tcPr>
            <w:tcW w:w="1630" w:type="dxa"/>
            <w:vAlign w:val="center"/>
          </w:tcPr>
          <w:p w14:paraId="7272B49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Corolla E-5</w:t>
            </w:r>
          </w:p>
        </w:tc>
        <w:tc>
          <w:tcPr>
            <w:tcW w:w="767" w:type="dxa"/>
            <w:vAlign w:val="center"/>
          </w:tcPr>
          <w:p w14:paraId="358818A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31.90</w:t>
            </w:r>
          </w:p>
        </w:tc>
        <w:tc>
          <w:tcPr>
            <w:tcW w:w="767" w:type="dxa"/>
            <w:vAlign w:val="center"/>
          </w:tcPr>
          <w:p w14:paraId="4126468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96.9</w:t>
            </w:r>
          </w:p>
        </w:tc>
        <w:tc>
          <w:tcPr>
            <w:tcW w:w="688" w:type="dxa"/>
            <w:vAlign w:val="center"/>
          </w:tcPr>
          <w:p w14:paraId="746CD26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75</w:t>
            </w:r>
          </w:p>
        </w:tc>
        <w:tc>
          <w:tcPr>
            <w:tcW w:w="688" w:type="dxa"/>
            <w:vAlign w:val="center"/>
          </w:tcPr>
          <w:p w14:paraId="0DCFC09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83</w:t>
            </w:r>
          </w:p>
        </w:tc>
        <w:tc>
          <w:tcPr>
            <w:tcW w:w="823" w:type="dxa"/>
            <w:vAlign w:val="center"/>
          </w:tcPr>
          <w:p w14:paraId="761B086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9.0:1</w:t>
            </w:r>
          </w:p>
        </w:tc>
        <w:tc>
          <w:tcPr>
            <w:tcW w:w="823" w:type="dxa"/>
            <w:vAlign w:val="center"/>
          </w:tcPr>
          <w:p w14:paraId="061DA10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4.30:1</w:t>
            </w:r>
          </w:p>
        </w:tc>
        <w:tc>
          <w:tcPr>
            <w:tcW w:w="615" w:type="dxa"/>
            <w:vAlign w:val="center"/>
          </w:tcPr>
          <w:p w14:paraId="39B71B9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</w:t>
            </w:r>
          </w:p>
        </w:tc>
        <w:tc>
          <w:tcPr>
            <w:tcW w:w="615" w:type="dxa"/>
            <w:vAlign w:val="center"/>
          </w:tcPr>
          <w:p w14:paraId="40AAB42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</w:t>
            </w:r>
          </w:p>
        </w:tc>
        <w:tc>
          <w:tcPr>
            <w:tcW w:w="767" w:type="dxa"/>
            <w:vAlign w:val="center"/>
          </w:tcPr>
          <w:p w14:paraId="6FCEAB9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165.2</w:t>
            </w:r>
          </w:p>
        </w:tc>
        <w:tc>
          <w:tcPr>
            <w:tcW w:w="714" w:type="dxa"/>
            <w:vAlign w:val="center"/>
          </w:tcPr>
          <w:p w14:paraId="66989A4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61.8</w:t>
            </w:r>
          </w:p>
        </w:tc>
        <w:tc>
          <w:tcPr>
            <w:tcW w:w="741" w:type="dxa"/>
            <w:vAlign w:val="center"/>
          </w:tcPr>
          <w:p w14:paraId="0762EC3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2275</w:t>
            </w:r>
          </w:p>
        </w:tc>
        <w:tc>
          <w:tcPr>
            <w:tcW w:w="646" w:type="dxa"/>
            <w:vAlign w:val="center"/>
          </w:tcPr>
          <w:p w14:paraId="790C8E5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M</w:t>
            </w:r>
          </w:p>
        </w:tc>
      </w:tr>
      <w:tr w:rsidR="00D97056" w:rsidRPr="00324442" w14:paraId="7A5E8BF7" w14:textId="77777777" w:rsidTr="00036F69">
        <w:trPr>
          <w:jc w:val="center"/>
        </w:trPr>
        <w:tc>
          <w:tcPr>
            <w:tcW w:w="1630" w:type="dxa"/>
            <w:vAlign w:val="center"/>
          </w:tcPr>
          <w:p w14:paraId="2BFD763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Astra</w:t>
            </w:r>
          </w:p>
        </w:tc>
        <w:tc>
          <w:tcPr>
            <w:tcW w:w="767" w:type="dxa"/>
            <w:vAlign w:val="center"/>
          </w:tcPr>
          <w:p w14:paraId="35ABE2A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29.40</w:t>
            </w:r>
          </w:p>
        </w:tc>
        <w:tc>
          <w:tcPr>
            <w:tcW w:w="767" w:type="dxa"/>
            <w:vAlign w:val="center"/>
          </w:tcPr>
          <w:p w14:paraId="1E2425D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140</w:t>
            </w:r>
          </w:p>
        </w:tc>
        <w:tc>
          <w:tcPr>
            <w:tcW w:w="688" w:type="dxa"/>
            <w:vAlign w:val="center"/>
          </w:tcPr>
          <w:p w14:paraId="6BCCBA3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86</w:t>
            </w:r>
          </w:p>
        </w:tc>
        <w:tc>
          <w:tcPr>
            <w:tcW w:w="688" w:type="dxa"/>
            <w:vAlign w:val="center"/>
          </w:tcPr>
          <w:p w14:paraId="2811B02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NA</w:t>
            </w:r>
          </w:p>
        </w:tc>
        <w:tc>
          <w:tcPr>
            <w:tcW w:w="823" w:type="dxa"/>
            <w:vAlign w:val="center"/>
          </w:tcPr>
          <w:p w14:paraId="499F4A3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8.0:1</w:t>
            </w:r>
          </w:p>
        </w:tc>
        <w:tc>
          <w:tcPr>
            <w:tcW w:w="823" w:type="dxa"/>
            <w:vAlign w:val="center"/>
          </w:tcPr>
          <w:p w14:paraId="7EEE0FF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2.92:1</w:t>
            </w:r>
          </w:p>
        </w:tc>
        <w:tc>
          <w:tcPr>
            <w:tcW w:w="615" w:type="dxa"/>
            <w:vAlign w:val="center"/>
          </w:tcPr>
          <w:p w14:paraId="0DE7729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</w:t>
            </w:r>
          </w:p>
        </w:tc>
        <w:tc>
          <w:tcPr>
            <w:tcW w:w="615" w:type="dxa"/>
            <w:vAlign w:val="center"/>
          </w:tcPr>
          <w:p w14:paraId="0323C81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</w:t>
            </w:r>
          </w:p>
        </w:tc>
        <w:tc>
          <w:tcPr>
            <w:tcW w:w="767" w:type="dxa"/>
            <w:vAlign w:val="center"/>
          </w:tcPr>
          <w:p w14:paraId="0EBF43B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176.4</w:t>
            </w:r>
          </w:p>
        </w:tc>
        <w:tc>
          <w:tcPr>
            <w:tcW w:w="714" w:type="dxa"/>
            <w:vAlign w:val="center"/>
          </w:tcPr>
          <w:p w14:paraId="5A96846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65.4</w:t>
            </w:r>
          </w:p>
        </w:tc>
        <w:tc>
          <w:tcPr>
            <w:tcW w:w="741" w:type="dxa"/>
            <w:vAlign w:val="center"/>
          </w:tcPr>
          <w:p w14:paraId="5B622C9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2150</w:t>
            </w:r>
          </w:p>
        </w:tc>
        <w:tc>
          <w:tcPr>
            <w:tcW w:w="646" w:type="dxa"/>
            <w:vAlign w:val="center"/>
          </w:tcPr>
          <w:p w14:paraId="6056BB5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M</w:t>
            </w:r>
          </w:p>
        </w:tc>
      </w:tr>
      <w:tr w:rsidR="00D97056" w:rsidRPr="00324442" w14:paraId="3E3FDB7A" w14:textId="77777777" w:rsidTr="00036F69">
        <w:trPr>
          <w:jc w:val="center"/>
        </w:trPr>
        <w:tc>
          <w:tcPr>
            <w:tcW w:w="1630" w:type="dxa"/>
            <w:vAlign w:val="center"/>
          </w:tcPr>
          <w:p w14:paraId="182C70E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Mark IV</w:t>
            </w:r>
          </w:p>
        </w:tc>
        <w:tc>
          <w:tcPr>
            <w:tcW w:w="767" w:type="dxa"/>
            <w:vAlign w:val="center"/>
          </w:tcPr>
          <w:p w14:paraId="7BF31BA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13.27</w:t>
            </w:r>
          </w:p>
        </w:tc>
        <w:tc>
          <w:tcPr>
            <w:tcW w:w="767" w:type="dxa"/>
            <w:vAlign w:val="center"/>
          </w:tcPr>
          <w:p w14:paraId="38791DE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460</w:t>
            </w:r>
          </w:p>
        </w:tc>
        <w:tc>
          <w:tcPr>
            <w:tcW w:w="688" w:type="dxa"/>
            <w:vAlign w:val="center"/>
          </w:tcPr>
          <w:p w14:paraId="197C016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223</w:t>
            </w:r>
          </w:p>
        </w:tc>
        <w:tc>
          <w:tcPr>
            <w:tcW w:w="688" w:type="dxa"/>
            <w:vAlign w:val="center"/>
          </w:tcPr>
          <w:p w14:paraId="454E9CE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366</w:t>
            </w:r>
          </w:p>
        </w:tc>
        <w:tc>
          <w:tcPr>
            <w:tcW w:w="823" w:type="dxa"/>
            <w:vAlign w:val="center"/>
          </w:tcPr>
          <w:p w14:paraId="73E5B3D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8.0:1</w:t>
            </w:r>
          </w:p>
        </w:tc>
        <w:tc>
          <w:tcPr>
            <w:tcW w:w="823" w:type="dxa"/>
            <w:vAlign w:val="center"/>
          </w:tcPr>
          <w:p w14:paraId="4E301C5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3.00:1</w:t>
            </w:r>
          </w:p>
        </w:tc>
        <w:tc>
          <w:tcPr>
            <w:tcW w:w="615" w:type="dxa"/>
            <w:vAlign w:val="center"/>
          </w:tcPr>
          <w:p w14:paraId="26BCE18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</w:t>
            </w:r>
          </w:p>
        </w:tc>
        <w:tc>
          <w:tcPr>
            <w:tcW w:w="615" w:type="dxa"/>
            <w:vAlign w:val="center"/>
          </w:tcPr>
          <w:p w14:paraId="37256F7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767" w:type="dxa"/>
            <w:vAlign w:val="center"/>
          </w:tcPr>
          <w:p w14:paraId="3231ACC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228</w:t>
            </w:r>
          </w:p>
        </w:tc>
        <w:tc>
          <w:tcPr>
            <w:tcW w:w="714" w:type="dxa"/>
            <w:vAlign w:val="center"/>
          </w:tcPr>
          <w:p w14:paraId="36BF116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79.8</w:t>
            </w:r>
          </w:p>
        </w:tc>
        <w:tc>
          <w:tcPr>
            <w:tcW w:w="741" w:type="dxa"/>
            <w:vAlign w:val="center"/>
          </w:tcPr>
          <w:p w14:paraId="5B0ABF6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5430</w:t>
            </w:r>
          </w:p>
        </w:tc>
        <w:tc>
          <w:tcPr>
            <w:tcW w:w="646" w:type="dxa"/>
            <w:vAlign w:val="center"/>
          </w:tcPr>
          <w:p w14:paraId="465ECF3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</w:t>
            </w:r>
          </w:p>
        </w:tc>
      </w:tr>
      <w:tr w:rsidR="00D97056" w:rsidRPr="00324442" w14:paraId="4FC91D9C" w14:textId="77777777" w:rsidTr="00036F69">
        <w:trPr>
          <w:jc w:val="center"/>
        </w:trPr>
        <w:tc>
          <w:tcPr>
            <w:tcW w:w="1630" w:type="dxa"/>
            <w:vAlign w:val="center"/>
          </w:tcPr>
          <w:p w14:paraId="32D3AC2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Celica GT</w:t>
            </w:r>
          </w:p>
        </w:tc>
        <w:tc>
          <w:tcPr>
            <w:tcW w:w="767" w:type="dxa"/>
            <w:vAlign w:val="center"/>
          </w:tcPr>
          <w:p w14:paraId="7D7FAC3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23.90</w:t>
            </w:r>
          </w:p>
        </w:tc>
        <w:tc>
          <w:tcPr>
            <w:tcW w:w="767" w:type="dxa"/>
            <w:vAlign w:val="center"/>
          </w:tcPr>
          <w:p w14:paraId="25FF346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133.6</w:t>
            </w:r>
          </w:p>
        </w:tc>
        <w:tc>
          <w:tcPr>
            <w:tcW w:w="688" w:type="dxa"/>
            <w:vAlign w:val="center"/>
          </w:tcPr>
          <w:p w14:paraId="4A89BBD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96</w:t>
            </w:r>
          </w:p>
        </w:tc>
        <w:tc>
          <w:tcPr>
            <w:tcW w:w="688" w:type="dxa"/>
            <w:vAlign w:val="center"/>
          </w:tcPr>
          <w:p w14:paraId="20F7127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120</w:t>
            </w:r>
          </w:p>
        </w:tc>
        <w:tc>
          <w:tcPr>
            <w:tcW w:w="823" w:type="dxa"/>
            <w:vAlign w:val="center"/>
          </w:tcPr>
          <w:p w14:paraId="418B913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8.4:1</w:t>
            </w:r>
          </w:p>
        </w:tc>
        <w:tc>
          <w:tcPr>
            <w:tcW w:w="823" w:type="dxa"/>
            <w:vAlign w:val="center"/>
          </w:tcPr>
          <w:p w14:paraId="224F5AE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3.91:1</w:t>
            </w:r>
          </w:p>
        </w:tc>
        <w:tc>
          <w:tcPr>
            <w:tcW w:w="615" w:type="dxa"/>
            <w:vAlign w:val="center"/>
          </w:tcPr>
          <w:p w14:paraId="595F1AE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</w:t>
            </w:r>
          </w:p>
        </w:tc>
        <w:tc>
          <w:tcPr>
            <w:tcW w:w="615" w:type="dxa"/>
            <w:vAlign w:val="center"/>
          </w:tcPr>
          <w:p w14:paraId="3098A2C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</w:t>
            </w:r>
          </w:p>
        </w:tc>
        <w:tc>
          <w:tcPr>
            <w:tcW w:w="767" w:type="dxa"/>
            <w:vAlign w:val="center"/>
          </w:tcPr>
          <w:p w14:paraId="6AA8A9D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171.5</w:t>
            </w:r>
          </w:p>
        </w:tc>
        <w:tc>
          <w:tcPr>
            <w:tcW w:w="714" w:type="dxa"/>
            <w:vAlign w:val="center"/>
          </w:tcPr>
          <w:p w14:paraId="6388943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63.4</w:t>
            </w:r>
          </w:p>
        </w:tc>
        <w:tc>
          <w:tcPr>
            <w:tcW w:w="741" w:type="dxa"/>
            <w:vAlign w:val="center"/>
          </w:tcPr>
          <w:p w14:paraId="09ABE10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2535</w:t>
            </w:r>
          </w:p>
        </w:tc>
        <w:tc>
          <w:tcPr>
            <w:tcW w:w="646" w:type="dxa"/>
            <w:vAlign w:val="center"/>
          </w:tcPr>
          <w:p w14:paraId="21E4562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M</w:t>
            </w:r>
          </w:p>
        </w:tc>
      </w:tr>
      <w:tr w:rsidR="00D97056" w:rsidRPr="00324442" w14:paraId="4AE0ABE9" w14:textId="77777777" w:rsidTr="00036F69">
        <w:trPr>
          <w:jc w:val="center"/>
        </w:trPr>
        <w:tc>
          <w:tcPr>
            <w:tcW w:w="1630" w:type="dxa"/>
            <w:vAlign w:val="center"/>
          </w:tcPr>
          <w:p w14:paraId="7181B98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Charger SE</w:t>
            </w:r>
          </w:p>
        </w:tc>
        <w:tc>
          <w:tcPr>
            <w:tcW w:w="767" w:type="dxa"/>
            <w:vAlign w:val="center"/>
          </w:tcPr>
          <w:p w14:paraId="18B7FB7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19.73</w:t>
            </w:r>
          </w:p>
        </w:tc>
        <w:tc>
          <w:tcPr>
            <w:tcW w:w="767" w:type="dxa"/>
            <w:vAlign w:val="center"/>
          </w:tcPr>
          <w:p w14:paraId="6536C25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318</w:t>
            </w:r>
          </w:p>
        </w:tc>
        <w:tc>
          <w:tcPr>
            <w:tcW w:w="688" w:type="dxa"/>
            <w:vAlign w:val="center"/>
          </w:tcPr>
          <w:p w14:paraId="00CA9A1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140</w:t>
            </w:r>
          </w:p>
        </w:tc>
        <w:tc>
          <w:tcPr>
            <w:tcW w:w="688" w:type="dxa"/>
            <w:vAlign w:val="center"/>
          </w:tcPr>
          <w:p w14:paraId="7785277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255</w:t>
            </w:r>
          </w:p>
        </w:tc>
        <w:tc>
          <w:tcPr>
            <w:tcW w:w="823" w:type="dxa"/>
            <w:vAlign w:val="center"/>
          </w:tcPr>
          <w:p w14:paraId="4A47B6E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8.5:1</w:t>
            </w:r>
          </w:p>
        </w:tc>
        <w:tc>
          <w:tcPr>
            <w:tcW w:w="823" w:type="dxa"/>
            <w:vAlign w:val="center"/>
          </w:tcPr>
          <w:p w14:paraId="3C419E6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2.71:1</w:t>
            </w:r>
          </w:p>
        </w:tc>
        <w:tc>
          <w:tcPr>
            <w:tcW w:w="615" w:type="dxa"/>
            <w:vAlign w:val="center"/>
          </w:tcPr>
          <w:p w14:paraId="3C66BC5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</w:t>
            </w:r>
          </w:p>
        </w:tc>
        <w:tc>
          <w:tcPr>
            <w:tcW w:w="615" w:type="dxa"/>
            <w:vAlign w:val="center"/>
          </w:tcPr>
          <w:p w14:paraId="4C55520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767" w:type="dxa"/>
            <w:vAlign w:val="center"/>
          </w:tcPr>
          <w:p w14:paraId="0038449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215.3</w:t>
            </w:r>
          </w:p>
        </w:tc>
        <w:tc>
          <w:tcPr>
            <w:tcW w:w="714" w:type="dxa"/>
            <w:vAlign w:val="center"/>
          </w:tcPr>
          <w:p w14:paraId="09AB0B6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76.3</w:t>
            </w:r>
          </w:p>
        </w:tc>
        <w:tc>
          <w:tcPr>
            <w:tcW w:w="741" w:type="dxa"/>
            <w:vAlign w:val="center"/>
          </w:tcPr>
          <w:p w14:paraId="01E02B2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4370</w:t>
            </w:r>
          </w:p>
        </w:tc>
        <w:tc>
          <w:tcPr>
            <w:tcW w:w="646" w:type="dxa"/>
            <w:vAlign w:val="center"/>
          </w:tcPr>
          <w:p w14:paraId="0FE4781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</w:t>
            </w:r>
          </w:p>
        </w:tc>
      </w:tr>
      <w:tr w:rsidR="00D97056" w:rsidRPr="00324442" w14:paraId="033CB66C" w14:textId="77777777" w:rsidTr="00036F69">
        <w:trPr>
          <w:jc w:val="center"/>
        </w:trPr>
        <w:tc>
          <w:tcPr>
            <w:tcW w:w="1630" w:type="dxa"/>
            <w:vAlign w:val="center"/>
          </w:tcPr>
          <w:p w14:paraId="282FD62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Cougar</w:t>
            </w:r>
          </w:p>
        </w:tc>
        <w:tc>
          <w:tcPr>
            <w:tcW w:w="767" w:type="dxa"/>
            <w:vAlign w:val="center"/>
          </w:tcPr>
          <w:p w14:paraId="4E367CC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13.90</w:t>
            </w:r>
          </w:p>
        </w:tc>
        <w:tc>
          <w:tcPr>
            <w:tcW w:w="767" w:type="dxa"/>
            <w:vAlign w:val="center"/>
          </w:tcPr>
          <w:p w14:paraId="1B5E323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351</w:t>
            </w:r>
          </w:p>
        </w:tc>
        <w:tc>
          <w:tcPr>
            <w:tcW w:w="688" w:type="dxa"/>
            <w:vAlign w:val="center"/>
          </w:tcPr>
          <w:p w14:paraId="07B84F5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148</w:t>
            </w:r>
          </w:p>
        </w:tc>
        <w:tc>
          <w:tcPr>
            <w:tcW w:w="688" w:type="dxa"/>
            <w:vAlign w:val="center"/>
          </w:tcPr>
          <w:p w14:paraId="44C9097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243</w:t>
            </w:r>
          </w:p>
        </w:tc>
        <w:tc>
          <w:tcPr>
            <w:tcW w:w="823" w:type="dxa"/>
            <w:vAlign w:val="center"/>
          </w:tcPr>
          <w:p w14:paraId="6F7CBE9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8.0:1</w:t>
            </w:r>
          </w:p>
        </w:tc>
        <w:tc>
          <w:tcPr>
            <w:tcW w:w="823" w:type="dxa"/>
            <w:vAlign w:val="center"/>
          </w:tcPr>
          <w:p w14:paraId="1FA7C48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3.25:1</w:t>
            </w:r>
          </w:p>
        </w:tc>
        <w:tc>
          <w:tcPr>
            <w:tcW w:w="615" w:type="dxa"/>
            <w:vAlign w:val="center"/>
          </w:tcPr>
          <w:p w14:paraId="022C231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</w:t>
            </w:r>
          </w:p>
        </w:tc>
        <w:tc>
          <w:tcPr>
            <w:tcW w:w="615" w:type="dxa"/>
            <w:vAlign w:val="center"/>
          </w:tcPr>
          <w:p w14:paraId="724A5F2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767" w:type="dxa"/>
            <w:vAlign w:val="center"/>
          </w:tcPr>
          <w:p w14:paraId="2A3221E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215.5</w:t>
            </w:r>
          </w:p>
        </w:tc>
        <w:tc>
          <w:tcPr>
            <w:tcW w:w="714" w:type="dxa"/>
            <w:vAlign w:val="center"/>
          </w:tcPr>
          <w:p w14:paraId="604C9D7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78.5</w:t>
            </w:r>
          </w:p>
        </w:tc>
        <w:tc>
          <w:tcPr>
            <w:tcW w:w="741" w:type="dxa"/>
            <w:vAlign w:val="center"/>
          </w:tcPr>
          <w:p w14:paraId="7642080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4540</w:t>
            </w:r>
          </w:p>
        </w:tc>
        <w:tc>
          <w:tcPr>
            <w:tcW w:w="646" w:type="dxa"/>
            <w:vAlign w:val="center"/>
          </w:tcPr>
          <w:p w14:paraId="5E3A723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</w:t>
            </w:r>
          </w:p>
        </w:tc>
      </w:tr>
      <w:tr w:rsidR="00D97056" w:rsidRPr="00324442" w14:paraId="248561B1" w14:textId="77777777" w:rsidTr="00036F69">
        <w:trPr>
          <w:jc w:val="center"/>
        </w:trPr>
        <w:tc>
          <w:tcPr>
            <w:tcW w:w="1630" w:type="dxa"/>
            <w:vAlign w:val="center"/>
          </w:tcPr>
          <w:p w14:paraId="4B2F0C2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Elite</w:t>
            </w:r>
          </w:p>
        </w:tc>
        <w:tc>
          <w:tcPr>
            <w:tcW w:w="767" w:type="dxa"/>
            <w:vAlign w:val="center"/>
          </w:tcPr>
          <w:p w14:paraId="66F2E40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13.27</w:t>
            </w:r>
          </w:p>
        </w:tc>
        <w:tc>
          <w:tcPr>
            <w:tcW w:w="767" w:type="dxa"/>
            <w:vAlign w:val="center"/>
          </w:tcPr>
          <w:p w14:paraId="0F21DA0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351</w:t>
            </w:r>
          </w:p>
        </w:tc>
        <w:tc>
          <w:tcPr>
            <w:tcW w:w="688" w:type="dxa"/>
            <w:vAlign w:val="center"/>
          </w:tcPr>
          <w:p w14:paraId="20B6D67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148</w:t>
            </w:r>
          </w:p>
        </w:tc>
        <w:tc>
          <w:tcPr>
            <w:tcW w:w="688" w:type="dxa"/>
            <w:vAlign w:val="center"/>
          </w:tcPr>
          <w:p w14:paraId="214ED12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243</w:t>
            </w:r>
          </w:p>
        </w:tc>
        <w:tc>
          <w:tcPr>
            <w:tcW w:w="823" w:type="dxa"/>
            <w:vAlign w:val="center"/>
          </w:tcPr>
          <w:p w14:paraId="67BB706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8.0:1</w:t>
            </w:r>
          </w:p>
        </w:tc>
        <w:tc>
          <w:tcPr>
            <w:tcW w:w="823" w:type="dxa"/>
            <w:vAlign w:val="center"/>
          </w:tcPr>
          <w:p w14:paraId="1CD517E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3.26:1</w:t>
            </w:r>
          </w:p>
        </w:tc>
        <w:tc>
          <w:tcPr>
            <w:tcW w:w="615" w:type="dxa"/>
            <w:vAlign w:val="center"/>
          </w:tcPr>
          <w:p w14:paraId="3603FBD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</w:t>
            </w:r>
          </w:p>
        </w:tc>
        <w:tc>
          <w:tcPr>
            <w:tcW w:w="615" w:type="dxa"/>
            <w:vAlign w:val="center"/>
          </w:tcPr>
          <w:p w14:paraId="51E18D5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767" w:type="dxa"/>
            <w:vAlign w:val="center"/>
          </w:tcPr>
          <w:p w14:paraId="54F951A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216.1</w:t>
            </w:r>
          </w:p>
        </w:tc>
        <w:tc>
          <w:tcPr>
            <w:tcW w:w="714" w:type="dxa"/>
            <w:vAlign w:val="center"/>
          </w:tcPr>
          <w:p w14:paraId="7BBF1D5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78.5</w:t>
            </w:r>
          </w:p>
        </w:tc>
        <w:tc>
          <w:tcPr>
            <w:tcW w:w="741" w:type="dxa"/>
            <w:vAlign w:val="center"/>
          </w:tcPr>
          <w:p w14:paraId="6DD61F2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4715</w:t>
            </w:r>
          </w:p>
        </w:tc>
        <w:tc>
          <w:tcPr>
            <w:tcW w:w="646" w:type="dxa"/>
            <w:vAlign w:val="center"/>
          </w:tcPr>
          <w:p w14:paraId="4A75CEA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</w:t>
            </w:r>
          </w:p>
        </w:tc>
      </w:tr>
      <w:tr w:rsidR="00D97056" w:rsidRPr="00324442" w14:paraId="4A22FBC9" w14:textId="77777777" w:rsidTr="00036F69">
        <w:trPr>
          <w:jc w:val="center"/>
        </w:trPr>
        <w:tc>
          <w:tcPr>
            <w:tcW w:w="1630" w:type="dxa"/>
            <w:vAlign w:val="center"/>
          </w:tcPr>
          <w:p w14:paraId="2C017D4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Matador</w:t>
            </w:r>
          </w:p>
        </w:tc>
        <w:tc>
          <w:tcPr>
            <w:tcW w:w="767" w:type="dxa"/>
            <w:vAlign w:val="center"/>
          </w:tcPr>
          <w:p w14:paraId="503096B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13.77</w:t>
            </w:r>
          </w:p>
        </w:tc>
        <w:tc>
          <w:tcPr>
            <w:tcW w:w="767" w:type="dxa"/>
            <w:vAlign w:val="center"/>
          </w:tcPr>
          <w:p w14:paraId="7312B69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360</w:t>
            </w:r>
          </w:p>
        </w:tc>
        <w:tc>
          <w:tcPr>
            <w:tcW w:w="688" w:type="dxa"/>
            <w:vAlign w:val="center"/>
          </w:tcPr>
          <w:p w14:paraId="2FF4472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195</w:t>
            </w:r>
          </w:p>
        </w:tc>
        <w:tc>
          <w:tcPr>
            <w:tcW w:w="688" w:type="dxa"/>
            <w:vAlign w:val="center"/>
          </w:tcPr>
          <w:p w14:paraId="4959895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295</w:t>
            </w:r>
          </w:p>
        </w:tc>
        <w:tc>
          <w:tcPr>
            <w:tcW w:w="823" w:type="dxa"/>
            <w:vAlign w:val="center"/>
          </w:tcPr>
          <w:p w14:paraId="0AF6ABF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8.25:1</w:t>
            </w:r>
          </w:p>
        </w:tc>
        <w:tc>
          <w:tcPr>
            <w:tcW w:w="823" w:type="dxa"/>
            <w:vAlign w:val="center"/>
          </w:tcPr>
          <w:p w14:paraId="3430090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3.15:1</w:t>
            </w:r>
          </w:p>
        </w:tc>
        <w:tc>
          <w:tcPr>
            <w:tcW w:w="615" w:type="dxa"/>
            <w:vAlign w:val="center"/>
          </w:tcPr>
          <w:p w14:paraId="31D6693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</w:t>
            </w:r>
          </w:p>
        </w:tc>
        <w:tc>
          <w:tcPr>
            <w:tcW w:w="615" w:type="dxa"/>
            <w:vAlign w:val="center"/>
          </w:tcPr>
          <w:p w14:paraId="09904F5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767" w:type="dxa"/>
            <w:vAlign w:val="center"/>
          </w:tcPr>
          <w:p w14:paraId="00413C1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209.3</w:t>
            </w:r>
          </w:p>
        </w:tc>
        <w:tc>
          <w:tcPr>
            <w:tcW w:w="714" w:type="dxa"/>
            <w:vAlign w:val="center"/>
          </w:tcPr>
          <w:p w14:paraId="61ABE72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77.4</w:t>
            </w:r>
          </w:p>
        </w:tc>
        <w:tc>
          <w:tcPr>
            <w:tcW w:w="741" w:type="dxa"/>
            <w:vAlign w:val="center"/>
          </w:tcPr>
          <w:p w14:paraId="1ACF62A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4215</w:t>
            </w:r>
          </w:p>
        </w:tc>
        <w:tc>
          <w:tcPr>
            <w:tcW w:w="646" w:type="dxa"/>
            <w:vAlign w:val="center"/>
          </w:tcPr>
          <w:p w14:paraId="2107FA8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</w:t>
            </w:r>
          </w:p>
        </w:tc>
      </w:tr>
      <w:tr w:rsidR="00D97056" w:rsidRPr="00324442" w14:paraId="022F51CC" w14:textId="77777777" w:rsidTr="00036F69">
        <w:trPr>
          <w:jc w:val="center"/>
        </w:trPr>
        <w:tc>
          <w:tcPr>
            <w:tcW w:w="1630" w:type="dxa"/>
            <w:vAlign w:val="center"/>
          </w:tcPr>
          <w:p w14:paraId="3B2239B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Corvette</w:t>
            </w:r>
          </w:p>
        </w:tc>
        <w:tc>
          <w:tcPr>
            <w:tcW w:w="767" w:type="dxa"/>
            <w:vAlign w:val="center"/>
          </w:tcPr>
          <w:p w14:paraId="2B0C15D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16.50</w:t>
            </w:r>
          </w:p>
        </w:tc>
        <w:tc>
          <w:tcPr>
            <w:tcW w:w="767" w:type="dxa"/>
            <w:vAlign w:val="center"/>
          </w:tcPr>
          <w:p w14:paraId="09ADB69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350</w:t>
            </w:r>
          </w:p>
        </w:tc>
        <w:tc>
          <w:tcPr>
            <w:tcW w:w="688" w:type="dxa"/>
            <w:vAlign w:val="center"/>
          </w:tcPr>
          <w:p w14:paraId="6842732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165</w:t>
            </w:r>
          </w:p>
        </w:tc>
        <w:tc>
          <w:tcPr>
            <w:tcW w:w="688" w:type="dxa"/>
            <w:vAlign w:val="center"/>
          </w:tcPr>
          <w:p w14:paraId="5848972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255</w:t>
            </w:r>
          </w:p>
        </w:tc>
        <w:tc>
          <w:tcPr>
            <w:tcW w:w="823" w:type="dxa"/>
            <w:vAlign w:val="center"/>
          </w:tcPr>
          <w:p w14:paraId="73DA9F6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8.5:1</w:t>
            </w:r>
          </w:p>
        </w:tc>
        <w:tc>
          <w:tcPr>
            <w:tcW w:w="823" w:type="dxa"/>
            <w:vAlign w:val="center"/>
          </w:tcPr>
          <w:p w14:paraId="2522517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2.73:1</w:t>
            </w:r>
          </w:p>
        </w:tc>
        <w:tc>
          <w:tcPr>
            <w:tcW w:w="615" w:type="dxa"/>
            <w:vAlign w:val="center"/>
          </w:tcPr>
          <w:p w14:paraId="309D1A3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</w:t>
            </w:r>
          </w:p>
        </w:tc>
        <w:tc>
          <w:tcPr>
            <w:tcW w:w="615" w:type="dxa"/>
            <w:vAlign w:val="center"/>
          </w:tcPr>
          <w:p w14:paraId="1603F98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767" w:type="dxa"/>
            <w:vAlign w:val="center"/>
          </w:tcPr>
          <w:p w14:paraId="3188EE2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185.2</w:t>
            </w:r>
          </w:p>
        </w:tc>
        <w:tc>
          <w:tcPr>
            <w:tcW w:w="714" w:type="dxa"/>
            <w:vAlign w:val="center"/>
          </w:tcPr>
          <w:p w14:paraId="6D2487B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69</w:t>
            </w:r>
          </w:p>
        </w:tc>
        <w:tc>
          <w:tcPr>
            <w:tcW w:w="741" w:type="dxa"/>
            <w:vAlign w:val="center"/>
          </w:tcPr>
          <w:p w14:paraId="2D781B0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3660</w:t>
            </w:r>
          </w:p>
        </w:tc>
        <w:tc>
          <w:tcPr>
            <w:tcW w:w="646" w:type="dxa"/>
            <w:vAlign w:val="center"/>
          </w:tcPr>
          <w:p w14:paraId="73B1AC6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</w:t>
            </w:r>
          </w:p>
        </w:tc>
      </w:tr>
    </w:tbl>
    <w:p w14:paraId="6C61ADF0" w14:textId="77777777" w:rsidR="00D97056" w:rsidRPr="00324442" w:rsidRDefault="00D97056" w:rsidP="004E2A35">
      <w:pPr>
        <w:spacing w:after="20"/>
        <w:jc w:val="both"/>
        <w:rPr>
          <w:sz w:val="24"/>
          <w:szCs w:val="24"/>
        </w:rPr>
      </w:pPr>
    </w:p>
    <w:p w14:paraId="7A5ABE2E" w14:textId="77777777" w:rsidR="00D97056" w:rsidRPr="00324442" w:rsidRDefault="00D97056" w:rsidP="004E2A35">
      <w:pPr>
        <w:jc w:val="both"/>
        <w:rPr>
          <w:sz w:val="24"/>
          <w:szCs w:val="24"/>
        </w:rPr>
      </w:pPr>
      <w:r w:rsidRPr="00324442">
        <w:rPr>
          <w:sz w:val="24"/>
          <w:szCs w:val="24"/>
        </w:rPr>
        <w:t>Definitions: x₁ = displacement; x₂ = horsepower; x₃ = torque; x₄ = compression ratio; x₅ = rear axle ratio; x₆ = carburetor barrels; x₇ = transmission speeds; x₈ = overall length; x₉ = width; x₁₀ = weight; x₁₁ = transmission type (A = automatic, M = manual).</w:t>
      </w:r>
    </w:p>
    <w:p w14:paraId="063EF45C" w14:textId="5DB4F2C9" w:rsidR="00D97056" w:rsidRPr="00324442" w:rsidRDefault="00D97056" w:rsidP="004E2A35">
      <w:pPr>
        <w:spacing w:after="60"/>
        <w:ind w:left="317" w:hanging="317"/>
        <w:jc w:val="both"/>
        <w:rPr>
          <w:sz w:val="24"/>
          <w:szCs w:val="24"/>
        </w:rPr>
      </w:pPr>
      <w:r w:rsidRPr="00324442">
        <w:rPr>
          <w:b/>
          <w:sz w:val="24"/>
          <w:szCs w:val="24"/>
        </w:rPr>
        <w:lastRenderedPageBreak/>
        <w:t xml:space="preserve">(a) </w:t>
      </w:r>
      <w:r w:rsidRPr="00324442">
        <w:rPr>
          <w:sz w:val="24"/>
          <w:szCs w:val="24"/>
        </w:rPr>
        <w:t xml:space="preserve">Fit a multiple linear regression model relating gasoline mileage y to engine displacement x₁ and number of </w:t>
      </w:r>
      <w:r w:rsidR="00A72A1B">
        <w:rPr>
          <w:sz w:val="24"/>
          <w:szCs w:val="24"/>
        </w:rPr>
        <w:t>carburetor</w:t>
      </w:r>
      <w:r w:rsidRPr="00324442">
        <w:rPr>
          <w:sz w:val="24"/>
          <w:szCs w:val="24"/>
        </w:rPr>
        <w:t xml:space="preserve"> barrels x₆.</w:t>
      </w:r>
    </w:p>
    <w:p w14:paraId="38311476" w14:textId="690DA6AD" w:rsidR="00D97056" w:rsidRPr="00324442" w:rsidRDefault="00D97056" w:rsidP="004E2A35">
      <w:pPr>
        <w:spacing w:after="60"/>
        <w:ind w:left="317" w:hanging="317"/>
        <w:jc w:val="both"/>
        <w:rPr>
          <w:sz w:val="24"/>
          <w:szCs w:val="24"/>
        </w:rPr>
      </w:pPr>
      <w:r w:rsidRPr="00324442">
        <w:rPr>
          <w:b/>
          <w:sz w:val="24"/>
          <w:szCs w:val="24"/>
        </w:rPr>
        <w:t xml:space="preserve">(b) </w:t>
      </w:r>
      <w:r w:rsidRPr="00324442">
        <w:rPr>
          <w:sz w:val="24"/>
          <w:szCs w:val="24"/>
        </w:rPr>
        <w:t xml:space="preserve">Construct the analysis-of-variance table and test for </w:t>
      </w:r>
      <w:r w:rsidR="00A72A1B">
        <w:rPr>
          <w:sz w:val="24"/>
          <w:szCs w:val="24"/>
        </w:rPr>
        <w:t xml:space="preserve">the significance of the </w:t>
      </w:r>
      <w:r w:rsidRPr="00324442">
        <w:rPr>
          <w:sz w:val="24"/>
          <w:szCs w:val="24"/>
        </w:rPr>
        <w:t>regression.</w:t>
      </w:r>
    </w:p>
    <w:p w14:paraId="4DEABEB2" w14:textId="77777777" w:rsidR="00D97056" w:rsidRPr="00324442" w:rsidRDefault="00D97056" w:rsidP="004E2A35">
      <w:pPr>
        <w:spacing w:after="60"/>
        <w:ind w:left="317" w:hanging="317"/>
        <w:jc w:val="both"/>
        <w:rPr>
          <w:sz w:val="24"/>
          <w:szCs w:val="24"/>
        </w:rPr>
      </w:pPr>
      <w:r w:rsidRPr="00324442">
        <w:rPr>
          <w:b/>
          <w:sz w:val="24"/>
          <w:szCs w:val="24"/>
        </w:rPr>
        <w:t xml:space="preserve">(c) </w:t>
      </w:r>
      <w:r w:rsidRPr="00324442">
        <w:rPr>
          <w:sz w:val="24"/>
          <w:szCs w:val="24"/>
        </w:rPr>
        <w:t>Calculate R² and R²_adj for this model. Compare these with the R² and R²_adj for the simple linear regression model relating mileage to engine displacement in Problem 2.4.</w:t>
      </w:r>
    </w:p>
    <w:p w14:paraId="41A2859C" w14:textId="77777777" w:rsidR="00D97056" w:rsidRPr="00324442" w:rsidRDefault="00D97056" w:rsidP="004E2A35">
      <w:pPr>
        <w:spacing w:after="60"/>
        <w:ind w:left="317" w:hanging="317"/>
        <w:jc w:val="both"/>
        <w:rPr>
          <w:sz w:val="24"/>
          <w:szCs w:val="24"/>
        </w:rPr>
      </w:pPr>
      <w:r w:rsidRPr="00324442">
        <w:rPr>
          <w:b/>
          <w:sz w:val="24"/>
          <w:szCs w:val="24"/>
        </w:rPr>
        <w:t xml:space="preserve">(d) </w:t>
      </w:r>
      <w:r w:rsidRPr="00324442">
        <w:rPr>
          <w:sz w:val="24"/>
          <w:szCs w:val="24"/>
        </w:rPr>
        <w:t>Find a 95% confidence interval for β₁.</w:t>
      </w:r>
    </w:p>
    <w:p w14:paraId="12EC8E70" w14:textId="77777777" w:rsidR="00D97056" w:rsidRPr="00324442" w:rsidRDefault="00D97056" w:rsidP="004E2A35">
      <w:pPr>
        <w:spacing w:after="60"/>
        <w:ind w:left="317" w:hanging="317"/>
        <w:jc w:val="both"/>
        <w:rPr>
          <w:sz w:val="24"/>
          <w:szCs w:val="24"/>
        </w:rPr>
      </w:pPr>
      <w:r w:rsidRPr="00324442">
        <w:rPr>
          <w:b/>
          <w:sz w:val="24"/>
          <w:szCs w:val="24"/>
        </w:rPr>
        <w:t xml:space="preserve">(e) </w:t>
      </w:r>
      <w:r w:rsidRPr="00324442">
        <w:rPr>
          <w:sz w:val="24"/>
          <w:szCs w:val="24"/>
        </w:rPr>
        <w:t>Compute the t statistics for H₀: β₁ = 0 and H₀: β₆ = 0. What conclusions can you draw?</w:t>
      </w:r>
    </w:p>
    <w:p w14:paraId="18210D39" w14:textId="77777777" w:rsidR="00D97056" w:rsidRPr="00324442" w:rsidRDefault="00D97056" w:rsidP="004E2A35">
      <w:pPr>
        <w:spacing w:after="60"/>
        <w:ind w:left="317" w:hanging="317"/>
        <w:jc w:val="both"/>
        <w:rPr>
          <w:sz w:val="24"/>
          <w:szCs w:val="24"/>
        </w:rPr>
      </w:pPr>
      <w:r w:rsidRPr="00324442">
        <w:rPr>
          <w:b/>
          <w:sz w:val="24"/>
          <w:szCs w:val="24"/>
        </w:rPr>
        <w:t xml:space="preserve">(f) </w:t>
      </w:r>
      <w:r w:rsidRPr="00324442">
        <w:rPr>
          <w:sz w:val="24"/>
          <w:szCs w:val="24"/>
        </w:rPr>
        <w:t>Find a 95% confidence interval on the mean gasoline mileage when x₁ = 275 in.³ and x₆ = 2 barrels.</w:t>
      </w:r>
    </w:p>
    <w:p w14:paraId="4704EF77" w14:textId="77777777" w:rsidR="00D97056" w:rsidRPr="00324442" w:rsidRDefault="00D97056" w:rsidP="004E2A35">
      <w:pPr>
        <w:spacing w:after="60"/>
        <w:ind w:left="317" w:hanging="317"/>
        <w:jc w:val="both"/>
        <w:rPr>
          <w:sz w:val="24"/>
          <w:szCs w:val="24"/>
        </w:rPr>
      </w:pPr>
      <w:r w:rsidRPr="00324442">
        <w:rPr>
          <w:b/>
          <w:sz w:val="24"/>
          <w:szCs w:val="24"/>
        </w:rPr>
        <w:t xml:space="preserve">(g) </w:t>
      </w:r>
      <w:r w:rsidRPr="00324442">
        <w:rPr>
          <w:sz w:val="24"/>
          <w:szCs w:val="24"/>
        </w:rPr>
        <w:t>Find a 95% prediction interval for a new observation on gasoline mileage when x₁ = 257 in.³ and x₆ = 2 barrels.</w:t>
      </w:r>
    </w:p>
    <w:p w14:paraId="23638512" w14:textId="2DF86203" w:rsidR="00D97056" w:rsidRPr="00324442" w:rsidRDefault="00D97056" w:rsidP="004E2A35">
      <w:pPr>
        <w:pStyle w:val="Heading1"/>
        <w:jc w:val="both"/>
        <w:rPr>
          <w:sz w:val="24"/>
          <w:szCs w:val="24"/>
        </w:rPr>
      </w:pPr>
      <w:r w:rsidRPr="00324442">
        <w:rPr>
          <w:sz w:val="24"/>
          <w:szCs w:val="24"/>
        </w:rPr>
        <w:t xml:space="preserve">Question </w:t>
      </w:r>
      <w:r w:rsidR="005C006D">
        <w:rPr>
          <w:sz w:val="24"/>
          <w:szCs w:val="24"/>
        </w:rPr>
        <w:t>5</w:t>
      </w:r>
      <w:r w:rsidRPr="00324442">
        <w:rPr>
          <w:sz w:val="24"/>
          <w:szCs w:val="24"/>
        </w:rPr>
        <w:t>. Life Expectancy Models</w:t>
      </w:r>
    </w:p>
    <w:p w14:paraId="3BF4B90A" w14:textId="2231B3C6" w:rsidR="00D97056" w:rsidRPr="00324442" w:rsidRDefault="00D97056" w:rsidP="004E2A35">
      <w:pPr>
        <w:jc w:val="both"/>
        <w:rPr>
          <w:sz w:val="24"/>
          <w:szCs w:val="24"/>
        </w:rPr>
      </w:pPr>
      <w:r w:rsidRPr="00324442">
        <w:rPr>
          <w:sz w:val="24"/>
          <w:szCs w:val="24"/>
        </w:rPr>
        <w:t xml:space="preserve">Rossman [1994] presents a study of </w:t>
      </w:r>
      <w:r w:rsidR="00533DB0">
        <w:rPr>
          <w:sz w:val="24"/>
          <w:szCs w:val="24"/>
        </w:rPr>
        <w:t xml:space="preserve">the </w:t>
      </w:r>
      <w:r w:rsidRPr="00324442">
        <w:rPr>
          <w:sz w:val="24"/>
          <w:szCs w:val="24"/>
        </w:rPr>
        <w:t xml:space="preserve">average life expectancy of 40 countries. </w:t>
      </w:r>
      <w:r w:rsidR="00533DB0">
        <w:rPr>
          <w:sz w:val="24"/>
          <w:szCs w:val="24"/>
        </w:rPr>
        <w:t>The table</w:t>
      </w:r>
      <w:r w:rsidRPr="00324442">
        <w:rPr>
          <w:sz w:val="24"/>
          <w:szCs w:val="24"/>
        </w:rPr>
        <w:t xml:space="preserve"> below gives the data. </w:t>
      </w:r>
      <w:proofErr w:type="spellStart"/>
      <w:r w:rsidRPr="00324442">
        <w:rPr>
          <w:sz w:val="24"/>
          <w:szCs w:val="24"/>
        </w:rPr>
        <w:t>LifeExp</w:t>
      </w:r>
      <w:proofErr w:type="spellEnd"/>
      <w:r w:rsidRPr="00324442">
        <w:rPr>
          <w:sz w:val="24"/>
          <w:szCs w:val="24"/>
        </w:rPr>
        <w:t xml:space="preserve"> is </w:t>
      </w:r>
      <w:r w:rsidR="00533DB0">
        <w:rPr>
          <w:sz w:val="24"/>
          <w:szCs w:val="24"/>
        </w:rPr>
        <w:t xml:space="preserve">the overall average life expectancy; </w:t>
      </w:r>
      <w:proofErr w:type="spellStart"/>
      <w:r w:rsidR="00533DB0">
        <w:rPr>
          <w:sz w:val="24"/>
          <w:szCs w:val="24"/>
        </w:rPr>
        <w:t>LifeExpMale</w:t>
      </w:r>
      <w:proofErr w:type="spellEnd"/>
      <w:r w:rsidR="00533DB0">
        <w:rPr>
          <w:sz w:val="24"/>
          <w:szCs w:val="24"/>
        </w:rPr>
        <w:t xml:space="preserve"> and </w:t>
      </w:r>
      <w:proofErr w:type="spellStart"/>
      <w:r w:rsidR="00533DB0">
        <w:rPr>
          <w:sz w:val="24"/>
          <w:szCs w:val="24"/>
        </w:rPr>
        <w:t>LifeExpFemale</w:t>
      </w:r>
      <w:proofErr w:type="spellEnd"/>
      <w:r w:rsidR="00533DB0">
        <w:rPr>
          <w:sz w:val="24"/>
          <w:szCs w:val="24"/>
        </w:rPr>
        <w:t xml:space="preserve"> are the </w:t>
      </w:r>
      <w:r w:rsidRPr="00324442">
        <w:rPr>
          <w:sz w:val="24"/>
          <w:szCs w:val="24"/>
        </w:rPr>
        <w:t>average male and female life expectancy. The regressors are People-per-TV and People-per-Dr.</w:t>
      </w:r>
    </w:p>
    <w:tbl>
      <w:tblPr>
        <w:tblStyle w:val="TableGrid"/>
        <w:tblW w:w="10306" w:type="dxa"/>
        <w:jc w:val="center"/>
        <w:tblLook w:val="04A0" w:firstRow="1" w:lastRow="0" w:firstColumn="1" w:lastColumn="0" w:noHBand="0" w:noVBand="1"/>
      </w:tblPr>
      <w:tblGrid>
        <w:gridCol w:w="1901"/>
        <w:gridCol w:w="1649"/>
        <w:gridCol w:w="1646"/>
        <w:gridCol w:w="1646"/>
        <w:gridCol w:w="1674"/>
        <w:gridCol w:w="1790"/>
      </w:tblGrid>
      <w:tr w:rsidR="00D97056" w:rsidRPr="00324442" w14:paraId="5A278987" w14:textId="77777777" w:rsidTr="005C006D">
        <w:trPr>
          <w:jc w:val="center"/>
        </w:trPr>
        <w:tc>
          <w:tcPr>
            <w:tcW w:w="1901" w:type="dxa"/>
            <w:shd w:val="clear" w:color="auto" w:fill="D9E2F3"/>
            <w:vAlign w:val="center"/>
          </w:tcPr>
          <w:p w14:paraId="366B82A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Country</w:t>
            </w:r>
          </w:p>
        </w:tc>
        <w:tc>
          <w:tcPr>
            <w:tcW w:w="1649" w:type="dxa"/>
            <w:shd w:val="clear" w:color="auto" w:fill="D9E2F3"/>
            <w:vAlign w:val="center"/>
          </w:tcPr>
          <w:p w14:paraId="557F5E1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proofErr w:type="spellStart"/>
            <w:r w:rsidRPr="00324442">
              <w:rPr>
                <w:b/>
                <w:sz w:val="24"/>
                <w:szCs w:val="24"/>
              </w:rPr>
              <w:t>LifeExp</w:t>
            </w:r>
            <w:proofErr w:type="spellEnd"/>
          </w:p>
        </w:tc>
        <w:tc>
          <w:tcPr>
            <w:tcW w:w="1646" w:type="dxa"/>
            <w:shd w:val="clear" w:color="auto" w:fill="D9E2F3"/>
            <w:vAlign w:val="center"/>
          </w:tcPr>
          <w:p w14:paraId="1248642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People-per-TV</w:t>
            </w:r>
          </w:p>
        </w:tc>
        <w:tc>
          <w:tcPr>
            <w:tcW w:w="1646" w:type="dxa"/>
            <w:shd w:val="clear" w:color="auto" w:fill="D9E2F3"/>
            <w:vAlign w:val="center"/>
          </w:tcPr>
          <w:p w14:paraId="7E370BE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People-per-Dr</w:t>
            </w:r>
          </w:p>
        </w:tc>
        <w:tc>
          <w:tcPr>
            <w:tcW w:w="1674" w:type="dxa"/>
            <w:shd w:val="clear" w:color="auto" w:fill="D9E2F3"/>
            <w:vAlign w:val="center"/>
          </w:tcPr>
          <w:p w14:paraId="20D1622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proofErr w:type="spellStart"/>
            <w:r w:rsidRPr="00324442">
              <w:rPr>
                <w:b/>
                <w:sz w:val="24"/>
                <w:szCs w:val="24"/>
              </w:rPr>
              <w:t>LifeExpMale</w:t>
            </w:r>
            <w:proofErr w:type="spellEnd"/>
          </w:p>
        </w:tc>
        <w:tc>
          <w:tcPr>
            <w:tcW w:w="1790" w:type="dxa"/>
            <w:shd w:val="clear" w:color="auto" w:fill="D9E2F3"/>
            <w:vAlign w:val="center"/>
          </w:tcPr>
          <w:p w14:paraId="1BB06BE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proofErr w:type="spellStart"/>
            <w:r w:rsidRPr="00324442">
              <w:rPr>
                <w:b/>
                <w:sz w:val="24"/>
                <w:szCs w:val="24"/>
              </w:rPr>
              <w:t>LifeExpFemale</w:t>
            </w:r>
            <w:proofErr w:type="spellEnd"/>
          </w:p>
        </w:tc>
      </w:tr>
      <w:tr w:rsidR="00D97056" w:rsidRPr="00324442" w14:paraId="0C50E4D0" w14:textId="77777777" w:rsidTr="005C006D">
        <w:trPr>
          <w:jc w:val="center"/>
        </w:trPr>
        <w:tc>
          <w:tcPr>
            <w:tcW w:w="1901" w:type="dxa"/>
            <w:vAlign w:val="center"/>
          </w:tcPr>
          <w:p w14:paraId="39D3E45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Argentina</w:t>
            </w:r>
          </w:p>
        </w:tc>
        <w:tc>
          <w:tcPr>
            <w:tcW w:w="1649" w:type="dxa"/>
            <w:vAlign w:val="center"/>
          </w:tcPr>
          <w:p w14:paraId="10ECF2A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70.5</w:t>
            </w:r>
          </w:p>
        </w:tc>
        <w:tc>
          <w:tcPr>
            <w:tcW w:w="1646" w:type="dxa"/>
            <w:vAlign w:val="center"/>
          </w:tcPr>
          <w:p w14:paraId="6D26620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</w:t>
            </w:r>
          </w:p>
        </w:tc>
        <w:tc>
          <w:tcPr>
            <w:tcW w:w="1646" w:type="dxa"/>
            <w:vAlign w:val="center"/>
          </w:tcPr>
          <w:p w14:paraId="748AE96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370</w:t>
            </w:r>
          </w:p>
        </w:tc>
        <w:tc>
          <w:tcPr>
            <w:tcW w:w="1674" w:type="dxa"/>
            <w:vAlign w:val="center"/>
          </w:tcPr>
          <w:p w14:paraId="1028E5D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74</w:t>
            </w:r>
          </w:p>
        </w:tc>
        <w:tc>
          <w:tcPr>
            <w:tcW w:w="1790" w:type="dxa"/>
            <w:vAlign w:val="center"/>
          </w:tcPr>
          <w:p w14:paraId="0C073A3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67</w:t>
            </w:r>
          </w:p>
        </w:tc>
      </w:tr>
      <w:tr w:rsidR="00D97056" w:rsidRPr="00324442" w14:paraId="59AE058C" w14:textId="77777777" w:rsidTr="005C006D">
        <w:trPr>
          <w:jc w:val="center"/>
        </w:trPr>
        <w:tc>
          <w:tcPr>
            <w:tcW w:w="1901" w:type="dxa"/>
            <w:vAlign w:val="center"/>
          </w:tcPr>
          <w:p w14:paraId="1666C61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Bangladesh</w:t>
            </w:r>
          </w:p>
        </w:tc>
        <w:tc>
          <w:tcPr>
            <w:tcW w:w="1649" w:type="dxa"/>
            <w:vAlign w:val="center"/>
          </w:tcPr>
          <w:p w14:paraId="7FC9777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53.5</w:t>
            </w:r>
          </w:p>
        </w:tc>
        <w:tc>
          <w:tcPr>
            <w:tcW w:w="1646" w:type="dxa"/>
            <w:vAlign w:val="center"/>
          </w:tcPr>
          <w:p w14:paraId="6EF891F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315</w:t>
            </w:r>
          </w:p>
        </w:tc>
        <w:tc>
          <w:tcPr>
            <w:tcW w:w="1646" w:type="dxa"/>
            <w:vAlign w:val="center"/>
          </w:tcPr>
          <w:p w14:paraId="51041E5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6,166</w:t>
            </w:r>
          </w:p>
        </w:tc>
        <w:tc>
          <w:tcPr>
            <w:tcW w:w="1674" w:type="dxa"/>
            <w:vAlign w:val="center"/>
          </w:tcPr>
          <w:p w14:paraId="260E0F8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53</w:t>
            </w:r>
          </w:p>
        </w:tc>
        <w:tc>
          <w:tcPr>
            <w:tcW w:w="1790" w:type="dxa"/>
            <w:vAlign w:val="center"/>
          </w:tcPr>
          <w:p w14:paraId="0476B94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54</w:t>
            </w:r>
          </w:p>
        </w:tc>
      </w:tr>
      <w:tr w:rsidR="00D97056" w:rsidRPr="00324442" w14:paraId="11F27667" w14:textId="77777777" w:rsidTr="005C006D">
        <w:trPr>
          <w:jc w:val="center"/>
        </w:trPr>
        <w:tc>
          <w:tcPr>
            <w:tcW w:w="1901" w:type="dxa"/>
            <w:vAlign w:val="center"/>
          </w:tcPr>
          <w:p w14:paraId="0417AD4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Brazil</w:t>
            </w:r>
          </w:p>
        </w:tc>
        <w:tc>
          <w:tcPr>
            <w:tcW w:w="1649" w:type="dxa"/>
            <w:vAlign w:val="center"/>
          </w:tcPr>
          <w:p w14:paraId="1B5EE8A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65</w:t>
            </w:r>
          </w:p>
        </w:tc>
        <w:tc>
          <w:tcPr>
            <w:tcW w:w="1646" w:type="dxa"/>
            <w:vAlign w:val="center"/>
          </w:tcPr>
          <w:p w14:paraId="230F946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</w:t>
            </w:r>
          </w:p>
        </w:tc>
        <w:tc>
          <w:tcPr>
            <w:tcW w:w="1646" w:type="dxa"/>
            <w:vAlign w:val="center"/>
          </w:tcPr>
          <w:p w14:paraId="27BBF49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684</w:t>
            </w:r>
          </w:p>
        </w:tc>
        <w:tc>
          <w:tcPr>
            <w:tcW w:w="1674" w:type="dxa"/>
            <w:vAlign w:val="center"/>
          </w:tcPr>
          <w:p w14:paraId="70A2931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68</w:t>
            </w:r>
          </w:p>
        </w:tc>
        <w:tc>
          <w:tcPr>
            <w:tcW w:w="1790" w:type="dxa"/>
            <w:vAlign w:val="center"/>
          </w:tcPr>
          <w:p w14:paraId="27F2354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62</w:t>
            </w:r>
          </w:p>
        </w:tc>
      </w:tr>
      <w:tr w:rsidR="00D97056" w:rsidRPr="00324442" w14:paraId="57A6A4D2" w14:textId="77777777" w:rsidTr="005C006D">
        <w:trPr>
          <w:jc w:val="center"/>
        </w:trPr>
        <w:tc>
          <w:tcPr>
            <w:tcW w:w="1901" w:type="dxa"/>
            <w:vAlign w:val="center"/>
          </w:tcPr>
          <w:p w14:paraId="1DB51B3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Canada</w:t>
            </w:r>
          </w:p>
        </w:tc>
        <w:tc>
          <w:tcPr>
            <w:tcW w:w="1649" w:type="dxa"/>
            <w:vAlign w:val="center"/>
          </w:tcPr>
          <w:p w14:paraId="47E1157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76.5</w:t>
            </w:r>
          </w:p>
        </w:tc>
        <w:tc>
          <w:tcPr>
            <w:tcW w:w="1646" w:type="dxa"/>
            <w:vAlign w:val="center"/>
          </w:tcPr>
          <w:p w14:paraId="2101814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1.7</w:t>
            </w:r>
          </w:p>
        </w:tc>
        <w:tc>
          <w:tcPr>
            <w:tcW w:w="1646" w:type="dxa"/>
            <w:vAlign w:val="center"/>
          </w:tcPr>
          <w:p w14:paraId="51CA1F3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449</w:t>
            </w:r>
          </w:p>
        </w:tc>
        <w:tc>
          <w:tcPr>
            <w:tcW w:w="1674" w:type="dxa"/>
            <w:vAlign w:val="center"/>
          </w:tcPr>
          <w:p w14:paraId="521D772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80</w:t>
            </w:r>
          </w:p>
        </w:tc>
        <w:tc>
          <w:tcPr>
            <w:tcW w:w="1790" w:type="dxa"/>
            <w:vAlign w:val="center"/>
          </w:tcPr>
          <w:p w14:paraId="4F71B12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73</w:t>
            </w:r>
          </w:p>
        </w:tc>
      </w:tr>
      <w:tr w:rsidR="00D97056" w:rsidRPr="00324442" w14:paraId="75C18D65" w14:textId="77777777" w:rsidTr="005C006D">
        <w:trPr>
          <w:jc w:val="center"/>
        </w:trPr>
        <w:tc>
          <w:tcPr>
            <w:tcW w:w="1901" w:type="dxa"/>
            <w:vAlign w:val="center"/>
          </w:tcPr>
          <w:p w14:paraId="2F0E033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China</w:t>
            </w:r>
          </w:p>
        </w:tc>
        <w:tc>
          <w:tcPr>
            <w:tcW w:w="1649" w:type="dxa"/>
            <w:vAlign w:val="center"/>
          </w:tcPr>
          <w:p w14:paraId="479D9F7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70</w:t>
            </w:r>
          </w:p>
        </w:tc>
        <w:tc>
          <w:tcPr>
            <w:tcW w:w="1646" w:type="dxa"/>
            <w:vAlign w:val="center"/>
          </w:tcPr>
          <w:p w14:paraId="04FC175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</w:t>
            </w:r>
          </w:p>
        </w:tc>
        <w:tc>
          <w:tcPr>
            <w:tcW w:w="1646" w:type="dxa"/>
            <w:vAlign w:val="center"/>
          </w:tcPr>
          <w:p w14:paraId="561910E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643</w:t>
            </w:r>
          </w:p>
        </w:tc>
        <w:tc>
          <w:tcPr>
            <w:tcW w:w="1674" w:type="dxa"/>
            <w:vAlign w:val="center"/>
          </w:tcPr>
          <w:p w14:paraId="1AAAE1D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72</w:t>
            </w:r>
          </w:p>
        </w:tc>
        <w:tc>
          <w:tcPr>
            <w:tcW w:w="1790" w:type="dxa"/>
            <w:vAlign w:val="center"/>
          </w:tcPr>
          <w:p w14:paraId="28A5A54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68</w:t>
            </w:r>
          </w:p>
        </w:tc>
      </w:tr>
      <w:tr w:rsidR="00D97056" w:rsidRPr="00324442" w14:paraId="63F6BFD8" w14:textId="77777777" w:rsidTr="005C006D">
        <w:trPr>
          <w:jc w:val="center"/>
        </w:trPr>
        <w:tc>
          <w:tcPr>
            <w:tcW w:w="1901" w:type="dxa"/>
            <w:vAlign w:val="center"/>
          </w:tcPr>
          <w:p w14:paraId="1D5A534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Colombia</w:t>
            </w:r>
          </w:p>
        </w:tc>
        <w:tc>
          <w:tcPr>
            <w:tcW w:w="1649" w:type="dxa"/>
            <w:vAlign w:val="center"/>
          </w:tcPr>
          <w:p w14:paraId="2D39A0B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71</w:t>
            </w:r>
          </w:p>
        </w:tc>
        <w:tc>
          <w:tcPr>
            <w:tcW w:w="1646" w:type="dxa"/>
            <w:vAlign w:val="center"/>
          </w:tcPr>
          <w:p w14:paraId="16D8334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5.6</w:t>
            </w:r>
          </w:p>
        </w:tc>
        <w:tc>
          <w:tcPr>
            <w:tcW w:w="1646" w:type="dxa"/>
            <w:vAlign w:val="center"/>
          </w:tcPr>
          <w:p w14:paraId="7F32E7C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1,551</w:t>
            </w:r>
          </w:p>
        </w:tc>
        <w:tc>
          <w:tcPr>
            <w:tcW w:w="1674" w:type="dxa"/>
            <w:vAlign w:val="center"/>
          </w:tcPr>
          <w:p w14:paraId="5EF1B83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74</w:t>
            </w:r>
          </w:p>
        </w:tc>
        <w:tc>
          <w:tcPr>
            <w:tcW w:w="1790" w:type="dxa"/>
            <w:vAlign w:val="center"/>
          </w:tcPr>
          <w:p w14:paraId="7A3525C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68</w:t>
            </w:r>
          </w:p>
        </w:tc>
      </w:tr>
      <w:tr w:rsidR="00D97056" w:rsidRPr="00324442" w14:paraId="46F715EE" w14:textId="77777777" w:rsidTr="005C006D">
        <w:trPr>
          <w:jc w:val="center"/>
        </w:trPr>
        <w:tc>
          <w:tcPr>
            <w:tcW w:w="1901" w:type="dxa"/>
            <w:vAlign w:val="center"/>
          </w:tcPr>
          <w:p w14:paraId="0C2AB40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Egypt</w:t>
            </w:r>
          </w:p>
        </w:tc>
        <w:tc>
          <w:tcPr>
            <w:tcW w:w="1649" w:type="dxa"/>
            <w:vAlign w:val="center"/>
          </w:tcPr>
          <w:p w14:paraId="5D498CB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60.5</w:t>
            </w:r>
          </w:p>
        </w:tc>
        <w:tc>
          <w:tcPr>
            <w:tcW w:w="1646" w:type="dxa"/>
            <w:vAlign w:val="center"/>
          </w:tcPr>
          <w:p w14:paraId="69A750D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15</w:t>
            </w:r>
          </w:p>
        </w:tc>
        <w:tc>
          <w:tcPr>
            <w:tcW w:w="1646" w:type="dxa"/>
            <w:vAlign w:val="center"/>
          </w:tcPr>
          <w:p w14:paraId="52D45F0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616</w:t>
            </w:r>
          </w:p>
        </w:tc>
        <w:tc>
          <w:tcPr>
            <w:tcW w:w="1674" w:type="dxa"/>
            <w:vAlign w:val="center"/>
          </w:tcPr>
          <w:p w14:paraId="384F82F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61</w:t>
            </w:r>
          </w:p>
        </w:tc>
        <w:tc>
          <w:tcPr>
            <w:tcW w:w="1790" w:type="dxa"/>
            <w:vAlign w:val="center"/>
          </w:tcPr>
          <w:p w14:paraId="5D60004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60</w:t>
            </w:r>
          </w:p>
        </w:tc>
      </w:tr>
      <w:tr w:rsidR="00D97056" w:rsidRPr="00324442" w14:paraId="02439C33" w14:textId="77777777" w:rsidTr="005C006D">
        <w:trPr>
          <w:jc w:val="center"/>
        </w:trPr>
        <w:tc>
          <w:tcPr>
            <w:tcW w:w="1901" w:type="dxa"/>
            <w:vAlign w:val="center"/>
          </w:tcPr>
          <w:p w14:paraId="1011348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Ethiopia</w:t>
            </w:r>
          </w:p>
        </w:tc>
        <w:tc>
          <w:tcPr>
            <w:tcW w:w="1649" w:type="dxa"/>
            <w:vAlign w:val="center"/>
          </w:tcPr>
          <w:p w14:paraId="7F18526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51.5</w:t>
            </w:r>
          </w:p>
        </w:tc>
        <w:tc>
          <w:tcPr>
            <w:tcW w:w="1646" w:type="dxa"/>
            <w:vAlign w:val="center"/>
          </w:tcPr>
          <w:p w14:paraId="631DA72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503</w:t>
            </w:r>
          </w:p>
        </w:tc>
        <w:tc>
          <w:tcPr>
            <w:tcW w:w="1646" w:type="dxa"/>
            <w:vAlign w:val="center"/>
          </w:tcPr>
          <w:p w14:paraId="03A1B74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36,660</w:t>
            </w:r>
          </w:p>
        </w:tc>
        <w:tc>
          <w:tcPr>
            <w:tcW w:w="1674" w:type="dxa"/>
            <w:vAlign w:val="center"/>
          </w:tcPr>
          <w:p w14:paraId="6E00857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53</w:t>
            </w:r>
          </w:p>
        </w:tc>
        <w:tc>
          <w:tcPr>
            <w:tcW w:w="1790" w:type="dxa"/>
            <w:vAlign w:val="center"/>
          </w:tcPr>
          <w:p w14:paraId="250D174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50</w:t>
            </w:r>
          </w:p>
        </w:tc>
      </w:tr>
      <w:tr w:rsidR="00D97056" w:rsidRPr="00324442" w14:paraId="25F93847" w14:textId="77777777" w:rsidTr="005C006D">
        <w:trPr>
          <w:jc w:val="center"/>
        </w:trPr>
        <w:tc>
          <w:tcPr>
            <w:tcW w:w="1901" w:type="dxa"/>
            <w:vAlign w:val="center"/>
          </w:tcPr>
          <w:p w14:paraId="76CBFEF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France</w:t>
            </w:r>
          </w:p>
        </w:tc>
        <w:tc>
          <w:tcPr>
            <w:tcW w:w="1649" w:type="dxa"/>
            <w:vAlign w:val="center"/>
          </w:tcPr>
          <w:p w14:paraId="0B01D4B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78</w:t>
            </w:r>
          </w:p>
        </w:tc>
        <w:tc>
          <w:tcPr>
            <w:tcW w:w="1646" w:type="dxa"/>
            <w:vAlign w:val="center"/>
          </w:tcPr>
          <w:p w14:paraId="6049CEF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2.6</w:t>
            </w:r>
          </w:p>
        </w:tc>
        <w:tc>
          <w:tcPr>
            <w:tcW w:w="1646" w:type="dxa"/>
            <w:vAlign w:val="center"/>
          </w:tcPr>
          <w:p w14:paraId="0A96925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403</w:t>
            </w:r>
          </w:p>
        </w:tc>
        <w:tc>
          <w:tcPr>
            <w:tcW w:w="1674" w:type="dxa"/>
            <w:vAlign w:val="center"/>
          </w:tcPr>
          <w:p w14:paraId="4D78993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82</w:t>
            </w:r>
          </w:p>
        </w:tc>
        <w:tc>
          <w:tcPr>
            <w:tcW w:w="1790" w:type="dxa"/>
            <w:vAlign w:val="center"/>
          </w:tcPr>
          <w:p w14:paraId="269B117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74</w:t>
            </w:r>
          </w:p>
        </w:tc>
      </w:tr>
      <w:tr w:rsidR="00D97056" w:rsidRPr="00324442" w14:paraId="097E2F0F" w14:textId="77777777" w:rsidTr="005C006D">
        <w:trPr>
          <w:jc w:val="center"/>
        </w:trPr>
        <w:tc>
          <w:tcPr>
            <w:tcW w:w="1901" w:type="dxa"/>
            <w:vAlign w:val="center"/>
          </w:tcPr>
          <w:p w14:paraId="64F0CAE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Germany</w:t>
            </w:r>
          </w:p>
        </w:tc>
        <w:tc>
          <w:tcPr>
            <w:tcW w:w="1649" w:type="dxa"/>
            <w:vAlign w:val="center"/>
          </w:tcPr>
          <w:p w14:paraId="04A56C0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76</w:t>
            </w:r>
          </w:p>
        </w:tc>
        <w:tc>
          <w:tcPr>
            <w:tcW w:w="1646" w:type="dxa"/>
            <w:vAlign w:val="center"/>
          </w:tcPr>
          <w:p w14:paraId="592DBCB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2.6</w:t>
            </w:r>
          </w:p>
        </w:tc>
        <w:tc>
          <w:tcPr>
            <w:tcW w:w="1646" w:type="dxa"/>
            <w:vAlign w:val="center"/>
          </w:tcPr>
          <w:p w14:paraId="4AAD2AC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346</w:t>
            </w:r>
          </w:p>
        </w:tc>
        <w:tc>
          <w:tcPr>
            <w:tcW w:w="1674" w:type="dxa"/>
            <w:vAlign w:val="center"/>
          </w:tcPr>
          <w:p w14:paraId="704E983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79</w:t>
            </w:r>
          </w:p>
        </w:tc>
        <w:tc>
          <w:tcPr>
            <w:tcW w:w="1790" w:type="dxa"/>
            <w:vAlign w:val="center"/>
          </w:tcPr>
          <w:p w14:paraId="1231545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73</w:t>
            </w:r>
          </w:p>
        </w:tc>
      </w:tr>
      <w:tr w:rsidR="00D97056" w:rsidRPr="00324442" w14:paraId="588BBCCB" w14:textId="77777777" w:rsidTr="005C006D">
        <w:trPr>
          <w:jc w:val="center"/>
        </w:trPr>
        <w:tc>
          <w:tcPr>
            <w:tcW w:w="1901" w:type="dxa"/>
            <w:vAlign w:val="center"/>
          </w:tcPr>
          <w:p w14:paraId="48DFF99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India</w:t>
            </w:r>
          </w:p>
        </w:tc>
        <w:tc>
          <w:tcPr>
            <w:tcW w:w="1649" w:type="dxa"/>
            <w:vAlign w:val="center"/>
          </w:tcPr>
          <w:p w14:paraId="5375DC1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57.5</w:t>
            </w:r>
          </w:p>
        </w:tc>
        <w:tc>
          <w:tcPr>
            <w:tcW w:w="1646" w:type="dxa"/>
            <w:vAlign w:val="center"/>
          </w:tcPr>
          <w:p w14:paraId="6B89ECF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44</w:t>
            </w:r>
          </w:p>
        </w:tc>
        <w:tc>
          <w:tcPr>
            <w:tcW w:w="1646" w:type="dxa"/>
            <w:vAlign w:val="center"/>
          </w:tcPr>
          <w:p w14:paraId="2555CFC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2,471</w:t>
            </w:r>
          </w:p>
        </w:tc>
        <w:tc>
          <w:tcPr>
            <w:tcW w:w="1674" w:type="dxa"/>
            <w:vAlign w:val="center"/>
          </w:tcPr>
          <w:p w14:paraId="6810B06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58</w:t>
            </w:r>
          </w:p>
        </w:tc>
        <w:tc>
          <w:tcPr>
            <w:tcW w:w="1790" w:type="dxa"/>
            <w:vAlign w:val="center"/>
          </w:tcPr>
          <w:p w14:paraId="634B3DB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57</w:t>
            </w:r>
          </w:p>
        </w:tc>
      </w:tr>
      <w:tr w:rsidR="00D97056" w:rsidRPr="00324442" w14:paraId="1D0B0FA0" w14:textId="77777777" w:rsidTr="005C006D">
        <w:trPr>
          <w:jc w:val="center"/>
        </w:trPr>
        <w:tc>
          <w:tcPr>
            <w:tcW w:w="1901" w:type="dxa"/>
            <w:vAlign w:val="center"/>
          </w:tcPr>
          <w:p w14:paraId="03D6A8B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Indonesia</w:t>
            </w:r>
          </w:p>
        </w:tc>
        <w:tc>
          <w:tcPr>
            <w:tcW w:w="1649" w:type="dxa"/>
            <w:vAlign w:val="center"/>
          </w:tcPr>
          <w:p w14:paraId="5D14313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61</w:t>
            </w:r>
          </w:p>
        </w:tc>
        <w:tc>
          <w:tcPr>
            <w:tcW w:w="1646" w:type="dxa"/>
            <w:vAlign w:val="center"/>
          </w:tcPr>
          <w:p w14:paraId="6AB069D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24</w:t>
            </w:r>
          </w:p>
        </w:tc>
        <w:tc>
          <w:tcPr>
            <w:tcW w:w="1646" w:type="dxa"/>
            <w:vAlign w:val="center"/>
          </w:tcPr>
          <w:p w14:paraId="0CDA123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7,427</w:t>
            </w:r>
          </w:p>
        </w:tc>
        <w:tc>
          <w:tcPr>
            <w:tcW w:w="1674" w:type="dxa"/>
            <w:vAlign w:val="center"/>
          </w:tcPr>
          <w:p w14:paraId="24F8792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63</w:t>
            </w:r>
          </w:p>
        </w:tc>
        <w:tc>
          <w:tcPr>
            <w:tcW w:w="1790" w:type="dxa"/>
            <w:vAlign w:val="center"/>
          </w:tcPr>
          <w:p w14:paraId="6B4DA6F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59</w:t>
            </w:r>
          </w:p>
        </w:tc>
      </w:tr>
      <w:tr w:rsidR="00D97056" w:rsidRPr="00324442" w14:paraId="7B75DA10" w14:textId="77777777" w:rsidTr="005C006D">
        <w:trPr>
          <w:jc w:val="center"/>
        </w:trPr>
        <w:tc>
          <w:tcPr>
            <w:tcW w:w="1901" w:type="dxa"/>
            <w:vAlign w:val="center"/>
          </w:tcPr>
          <w:p w14:paraId="4C6321F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Iran</w:t>
            </w:r>
          </w:p>
        </w:tc>
        <w:tc>
          <w:tcPr>
            <w:tcW w:w="1649" w:type="dxa"/>
            <w:vAlign w:val="center"/>
          </w:tcPr>
          <w:p w14:paraId="121A434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64.5</w:t>
            </w:r>
          </w:p>
        </w:tc>
        <w:tc>
          <w:tcPr>
            <w:tcW w:w="1646" w:type="dxa"/>
            <w:vAlign w:val="center"/>
          </w:tcPr>
          <w:p w14:paraId="149449D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23</w:t>
            </w:r>
          </w:p>
        </w:tc>
        <w:tc>
          <w:tcPr>
            <w:tcW w:w="1646" w:type="dxa"/>
            <w:vAlign w:val="center"/>
          </w:tcPr>
          <w:p w14:paraId="17E0D24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2,992</w:t>
            </w:r>
          </w:p>
        </w:tc>
        <w:tc>
          <w:tcPr>
            <w:tcW w:w="1674" w:type="dxa"/>
            <w:vAlign w:val="center"/>
          </w:tcPr>
          <w:p w14:paraId="26EF071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65</w:t>
            </w:r>
          </w:p>
        </w:tc>
        <w:tc>
          <w:tcPr>
            <w:tcW w:w="1790" w:type="dxa"/>
            <w:vAlign w:val="center"/>
          </w:tcPr>
          <w:p w14:paraId="3AEEEFE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64</w:t>
            </w:r>
          </w:p>
        </w:tc>
      </w:tr>
      <w:tr w:rsidR="00D97056" w:rsidRPr="00324442" w14:paraId="7941F835" w14:textId="77777777" w:rsidTr="005C006D">
        <w:trPr>
          <w:jc w:val="center"/>
        </w:trPr>
        <w:tc>
          <w:tcPr>
            <w:tcW w:w="1901" w:type="dxa"/>
            <w:vAlign w:val="center"/>
          </w:tcPr>
          <w:p w14:paraId="733B88A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Italy</w:t>
            </w:r>
          </w:p>
        </w:tc>
        <w:tc>
          <w:tcPr>
            <w:tcW w:w="1649" w:type="dxa"/>
            <w:vAlign w:val="center"/>
          </w:tcPr>
          <w:p w14:paraId="4DF65DA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78.5</w:t>
            </w:r>
          </w:p>
        </w:tc>
        <w:tc>
          <w:tcPr>
            <w:tcW w:w="1646" w:type="dxa"/>
            <w:vAlign w:val="center"/>
          </w:tcPr>
          <w:p w14:paraId="7F73108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3.8</w:t>
            </w:r>
          </w:p>
        </w:tc>
        <w:tc>
          <w:tcPr>
            <w:tcW w:w="1646" w:type="dxa"/>
            <w:vAlign w:val="center"/>
          </w:tcPr>
          <w:p w14:paraId="7C4CF9F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233</w:t>
            </w:r>
          </w:p>
        </w:tc>
        <w:tc>
          <w:tcPr>
            <w:tcW w:w="1674" w:type="dxa"/>
            <w:vAlign w:val="center"/>
          </w:tcPr>
          <w:p w14:paraId="301EF93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82</w:t>
            </w:r>
          </w:p>
        </w:tc>
        <w:tc>
          <w:tcPr>
            <w:tcW w:w="1790" w:type="dxa"/>
            <w:vAlign w:val="center"/>
          </w:tcPr>
          <w:p w14:paraId="2F4B5D2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75</w:t>
            </w:r>
          </w:p>
        </w:tc>
      </w:tr>
      <w:tr w:rsidR="00D97056" w:rsidRPr="00324442" w14:paraId="4B6D225C" w14:textId="77777777" w:rsidTr="005C006D">
        <w:trPr>
          <w:jc w:val="center"/>
        </w:trPr>
        <w:tc>
          <w:tcPr>
            <w:tcW w:w="1901" w:type="dxa"/>
            <w:vAlign w:val="center"/>
          </w:tcPr>
          <w:p w14:paraId="72DC154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Japan</w:t>
            </w:r>
          </w:p>
        </w:tc>
        <w:tc>
          <w:tcPr>
            <w:tcW w:w="1649" w:type="dxa"/>
            <w:vAlign w:val="center"/>
          </w:tcPr>
          <w:p w14:paraId="0029CAD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79</w:t>
            </w:r>
          </w:p>
        </w:tc>
        <w:tc>
          <w:tcPr>
            <w:tcW w:w="1646" w:type="dxa"/>
            <w:vAlign w:val="center"/>
          </w:tcPr>
          <w:p w14:paraId="5E56956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1.8</w:t>
            </w:r>
          </w:p>
        </w:tc>
        <w:tc>
          <w:tcPr>
            <w:tcW w:w="1646" w:type="dxa"/>
            <w:vAlign w:val="center"/>
          </w:tcPr>
          <w:p w14:paraId="3AAE9CB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609</w:t>
            </w:r>
          </w:p>
        </w:tc>
        <w:tc>
          <w:tcPr>
            <w:tcW w:w="1674" w:type="dxa"/>
            <w:vAlign w:val="center"/>
          </w:tcPr>
          <w:p w14:paraId="57BDCEF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82</w:t>
            </w:r>
          </w:p>
        </w:tc>
        <w:tc>
          <w:tcPr>
            <w:tcW w:w="1790" w:type="dxa"/>
            <w:vAlign w:val="center"/>
          </w:tcPr>
          <w:p w14:paraId="27BAFC4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76</w:t>
            </w:r>
          </w:p>
        </w:tc>
      </w:tr>
      <w:tr w:rsidR="00D97056" w:rsidRPr="00324442" w14:paraId="350FDE52" w14:textId="77777777" w:rsidTr="005C006D">
        <w:trPr>
          <w:jc w:val="center"/>
        </w:trPr>
        <w:tc>
          <w:tcPr>
            <w:tcW w:w="1901" w:type="dxa"/>
            <w:vAlign w:val="center"/>
          </w:tcPr>
          <w:p w14:paraId="34CBF2D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Kenya</w:t>
            </w:r>
          </w:p>
        </w:tc>
        <w:tc>
          <w:tcPr>
            <w:tcW w:w="1649" w:type="dxa"/>
            <w:vAlign w:val="center"/>
          </w:tcPr>
          <w:p w14:paraId="0F3036F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61</w:t>
            </w:r>
          </w:p>
        </w:tc>
        <w:tc>
          <w:tcPr>
            <w:tcW w:w="1646" w:type="dxa"/>
            <w:vAlign w:val="center"/>
          </w:tcPr>
          <w:p w14:paraId="47BA5EA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96</w:t>
            </w:r>
          </w:p>
        </w:tc>
        <w:tc>
          <w:tcPr>
            <w:tcW w:w="1646" w:type="dxa"/>
            <w:vAlign w:val="center"/>
          </w:tcPr>
          <w:p w14:paraId="53CEF9B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7,615</w:t>
            </w:r>
          </w:p>
        </w:tc>
        <w:tc>
          <w:tcPr>
            <w:tcW w:w="1674" w:type="dxa"/>
            <w:vAlign w:val="center"/>
          </w:tcPr>
          <w:p w14:paraId="464F171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63</w:t>
            </w:r>
          </w:p>
        </w:tc>
        <w:tc>
          <w:tcPr>
            <w:tcW w:w="1790" w:type="dxa"/>
            <w:vAlign w:val="center"/>
          </w:tcPr>
          <w:p w14:paraId="63364C0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59</w:t>
            </w:r>
          </w:p>
        </w:tc>
      </w:tr>
      <w:tr w:rsidR="00D97056" w:rsidRPr="00324442" w14:paraId="2493EE18" w14:textId="77777777" w:rsidTr="005C006D">
        <w:trPr>
          <w:jc w:val="center"/>
        </w:trPr>
        <w:tc>
          <w:tcPr>
            <w:tcW w:w="1901" w:type="dxa"/>
            <w:vAlign w:val="center"/>
          </w:tcPr>
          <w:p w14:paraId="3CD0BC9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Korea, North</w:t>
            </w:r>
          </w:p>
        </w:tc>
        <w:tc>
          <w:tcPr>
            <w:tcW w:w="1649" w:type="dxa"/>
            <w:vAlign w:val="center"/>
          </w:tcPr>
          <w:p w14:paraId="2EDFCDA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70</w:t>
            </w:r>
          </w:p>
        </w:tc>
        <w:tc>
          <w:tcPr>
            <w:tcW w:w="1646" w:type="dxa"/>
            <w:vAlign w:val="center"/>
          </w:tcPr>
          <w:p w14:paraId="5AE1C04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90</w:t>
            </w:r>
          </w:p>
        </w:tc>
        <w:tc>
          <w:tcPr>
            <w:tcW w:w="1646" w:type="dxa"/>
            <w:vAlign w:val="center"/>
          </w:tcPr>
          <w:p w14:paraId="219B707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370</w:t>
            </w:r>
          </w:p>
        </w:tc>
        <w:tc>
          <w:tcPr>
            <w:tcW w:w="1674" w:type="dxa"/>
            <w:vAlign w:val="center"/>
          </w:tcPr>
          <w:p w14:paraId="63364FE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73</w:t>
            </w:r>
          </w:p>
        </w:tc>
        <w:tc>
          <w:tcPr>
            <w:tcW w:w="1790" w:type="dxa"/>
            <w:vAlign w:val="center"/>
          </w:tcPr>
          <w:p w14:paraId="35A5615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67</w:t>
            </w:r>
          </w:p>
        </w:tc>
      </w:tr>
      <w:tr w:rsidR="00D97056" w:rsidRPr="00324442" w14:paraId="01F41883" w14:textId="77777777" w:rsidTr="005C006D">
        <w:trPr>
          <w:jc w:val="center"/>
        </w:trPr>
        <w:tc>
          <w:tcPr>
            <w:tcW w:w="1901" w:type="dxa"/>
            <w:vAlign w:val="center"/>
          </w:tcPr>
          <w:p w14:paraId="5A21DDF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Korea, South</w:t>
            </w:r>
          </w:p>
        </w:tc>
        <w:tc>
          <w:tcPr>
            <w:tcW w:w="1649" w:type="dxa"/>
            <w:vAlign w:val="center"/>
          </w:tcPr>
          <w:p w14:paraId="604E39D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70</w:t>
            </w:r>
          </w:p>
        </w:tc>
        <w:tc>
          <w:tcPr>
            <w:tcW w:w="1646" w:type="dxa"/>
            <w:vAlign w:val="center"/>
          </w:tcPr>
          <w:p w14:paraId="340E659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4.9</w:t>
            </w:r>
          </w:p>
        </w:tc>
        <w:tc>
          <w:tcPr>
            <w:tcW w:w="1646" w:type="dxa"/>
            <w:vAlign w:val="center"/>
          </w:tcPr>
          <w:p w14:paraId="275B51C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1,066</w:t>
            </w:r>
          </w:p>
        </w:tc>
        <w:tc>
          <w:tcPr>
            <w:tcW w:w="1674" w:type="dxa"/>
            <w:vAlign w:val="center"/>
          </w:tcPr>
          <w:p w14:paraId="755E156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73</w:t>
            </w:r>
          </w:p>
        </w:tc>
        <w:tc>
          <w:tcPr>
            <w:tcW w:w="1790" w:type="dxa"/>
            <w:vAlign w:val="center"/>
          </w:tcPr>
          <w:p w14:paraId="35686B9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67</w:t>
            </w:r>
          </w:p>
        </w:tc>
      </w:tr>
      <w:tr w:rsidR="00D97056" w:rsidRPr="00324442" w14:paraId="4F355931" w14:textId="77777777" w:rsidTr="005C006D">
        <w:trPr>
          <w:jc w:val="center"/>
        </w:trPr>
        <w:tc>
          <w:tcPr>
            <w:tcW w:w="1901" w:type="dxa"/>
            <w:vAlign w:val="center"/>
          </w:tcPr>
          <w:p w14:paraId="0C5D03D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Mexico</w:t>
            </w:r>
          </w:p>
        </w:tc>
        <w:tc>
          <w:tcPr>
            <w:tcW w:w="1649" w:type="dxa"/>
            <w:vAlign w:val="center"/>
          </w:tcPr>
          <w:p w14:paraId="676986C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72</w:t>
            </w:r>
          </w:p>
        </w:tc>
        <w:tc>
          <w:tcPr>
            <w:tcW w:w="1646" w:type="dxa"/>
            <w:vAlign w:val="center"/>
          </w:tcPr>
          <w:p w14:paraId="566392A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6.6</w:t>
            </w:r>
          </w:p>
        </w:tc>
        <w:tc>
          <w:tcPr>
            <w:tcW w:w="1646" w:type="dxa"/>
            <w:vAlign w:val="center"/>
          </w:tcPr>
          <w:p w14:paraId="44FE584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600</w:t>
            </w:r>
          </w:p>
        </w:tc>
        <w:tc>
          <w:tcPr>
            <w:tcW w:w="1674" w:type="dxa"/>
            <w:vAlign w:val="center"/>
          </w:tcPr>
          <w:p w14:paraId="6C8D716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76</w:t>
            </w:r>
          </w:p>
        </w:tc>
        <w:tc>
          <w:tcPr>
            <w:tcW w:w="1790" w:type="dxa"/>
            <w:vAlign w:val="center"/>
          </w:tcPr>
          <w:p w14:paraId="0945A0C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68</w:t>
            </w:r>
          </w:p>
        </w:tc>
      </w:tr>
      <w:tr w:rsidR="00D97056" w:rsidRPr="00324442" w14:paraId="1CB383EB" w14:textId="77777777" w:rsidTr="005C006D">
        <w:trPr>
          <w:jc w:val="center"/>
        </w:trPr>
        <w:tc>
          <w:tcPr>
            <w:tcW w:w="1901" w:type="dxa"/>
            <w:vAlign w:val="center"/>
          </w:tcPr>
          <w:p w14:paraId="4CAB8C6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Morocco</w:t>
            </w:r>
          </w:p>
        </w:tc>
        <w:tc>
          <w:tcPr>
            <w:tcW w:w="1649" w:type="dxa"/>
            <w:vAlign w:val="center"/>
          </w:tcPr>
          <w:p w14:paraId="6C36694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64.5</w:t>
            </w:r>
          </w:p>
        </w:tc>
        <w:tc>
          <w:tcPr>
            <w:tcW w:w="1646" w:type="dxa"/>
            <w:vAlign w:val="center"/>
          </w:tcPr>
          <w:p w14:paraId="7E72313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21</w:t>
            </w:r>
          </w:p>
        </w:tc>
        <w:tc>
          <w:tcPr>
            <w:tcW w:w="1646" w:type="dxa"/>
            <w:vAlign w:val="center"/>
          </w:tcPr>
          <w:p w14:paraId="7DD71C6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4,873</w:t>
            </w:r>
          </w:p>
        </w:tc>
        <w:tc>
          <w:tcPr>
            <w:tcW w:w="1674" w:type="dxa"/>
            <w:vAlign w:val="center"/>
          </w:tcPr>
          <w:p w14:paraId="4069FE1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66</w:t>
            </w:r>
          </w:p>
        </w:tc>
        <w:tc>
          <w:tcPr>
            <w:tcW w:w="1790" w:type="dxa"/>
            <w:vAlign w:val="center"/>
          </w:tcPr>
          <w:p w14:paraId="3D450A9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63</w:t>
            </w:r>
          </w:p>
        </w:tc>
      </w:tr>
      <w:tr w:rsidR="00D97056" w:rsidRPr="00324442" w14:paraId="4AB727CD" w14:textId="77777777" w:rsidTr="005C006D">
        <w:trPr>
          <w:jc w:val="center"/>
        </w:trPr>
        <w:tc>
          <w:tcPr>
            <w:tcW w:w="1901" w:type="dxa"/>
            <w:vAlign w:val="center"/>
          </w:tcPr>
          <w:p w14:paraId="2DD8920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Burma</w:t>
            </w:r>
          </w:p>
        </w:tc>
        <w:tc>
          <w:tcPr>
            <w:tcW w:w="1649" w:type="dxa"/>
            <w:vAlign w:val="center"/>
          </w:tcPr>
          <w:p w14:paraId="6867179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54.5</w:t>
            </w:r>
          </w:p>
        </w:tc>
        <w:tc>
          <w:tcPr>
            <w:tcW w:w="1646" w:type="dxa"/>
            <w:vAlign w:val="center"/>
          </w:tcPr>
          <w:p w14:paraId="56000DA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592</w:t>
            </w:r>
          </w:p>
        </w:tc>
        <w:tc>
          <w:tcPr>
            <w:tcW w:w="1646" w:type="dxa"/>
            <w:vAlign w:val="center"/>
          </w:tcPr>
          <w:p w14:paraId="5B17F8A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3,485</w:t>
            </w:r>
          </w:p>
        </w:tc>
        <w:tc>
          <w:tcPr>
            <w:tcW w:w="1674" w:type="dxa"/>
            <w:vAlign w:val="center"/>
          </w:tcPr>
          <w:p w14:paraId="41AA579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56</w:t>
            </w:r>
          </w:p>
        </w:tc>
        <w:tc>
          <w:tcPr>
            <w:tcW w:w="1790" w:type="dxa"/>
            <w:vAlign w:val="center"/>
          </w:tcPr>
          <w:p w14:paraId="3EEDFAB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53</w:t>
            </w:r>
          </w:p>
        </w:tc>
      </w:tr>
      <w:tr w:rsidR="00D97056" w:rsidRPr="00324442" w14:paraId="69A0E635" w14:textId="77777777" w:rsidTr="005C006D">
        <w:trPr>
          <w:jc w:val="center"/>
        </w:trPr>
        <w:tc>
          <w:tcPr>
            <w:tcW w:w="1901" w:type="dxa"/>
            <w:vAlign w:val="center"/>
          </w:tcPr>
          <w:p w14:paraId="6F7EB29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Pakistan</w:t>
            </w:r>
          </w:p>
        </w:tc>
        <w:tc>
          <w:tcPr>
            <w:tcW w:w="1649" w:type="dxa"/>
            <w:vAlign w:val="center"/>
          </w:tcPr>
          <w:p w14:paraId="6A966A3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56.5</w:t>
            </w:r>
          </w:p>
        </w:tc>
        <w:tc>
          <w:tcPr>
            <w:tcW w:w="1646" w:type="dxa"/>
            <w:vAlign w:val="center"/>
          </w:tcPr>
          <w:p w14:paraId="27761A6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73</w:t>
            </w:r>
          </w:p>
        </w:tc>
        <w:tc>
          <w:tcPr>
            <w:tcW w:w="1646" w:type="dxa"/>
            <w:vAlign w:val="center"/>
          </w:tcPr>
          <w:p w14:paraId="78DF810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2,364</w:t>
            </w:r>
          </w:p>
        </w:tc>
        <w:tc>
          <w:tcPr>
            <w:tcW w:w="1674" w:type="dxa"/>
            <w:vAlign w:val="center"/>
          </w:tcPr>
          <w:p w14:paraId="3166292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57</w:t>
            </w:r>
          </w:p>
        </w:tc>
        <w:tc>
          <w:tcPr>
            <w:tcW w:w="1790" w:type="dxa"/>
            <w:vAlign w:val="center"/>
          </w:tcPr>
          <w:p w14:paraId="3744E8B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56</w:t>
            </w:r>
          </w:p>
        </w:tc>
      </w:tr>
      <w:tr w:rsidR="00D97056" w:rsidRPr="00324442" w14:paraId="49DD5ECE" w14:textId="77777777" w:rsidTr="005C006D">
        <w:trPr>
          <w:jc w:val="center"/>
        </w:trPr>
        <w:tc>
          <w:tcPr>
            <w:tcW w:w="1901" w:type="dxa"/>
            <w:vAlign w:val="center"/>
          </w:tcPr>
          <w:p w14:paraId="5CAC79C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Peru</w:t>
            </w:r>
          </w:p>
        </w:tc>
        <w:tc>
          <w:tcPr>
            <w:tcW w:w="1649" w:type="dxa"/>
            <w:vAlign w:val="center"/>
          </w:tcPr>
          <w:p w14:paraId="5FC8070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64.5</w:t>
            </w:r>
          </w:p>
        </w:tc>
        <w:tc>
          <w:tcPr>
            <w:tcW w:w="1646" w:type="dxa"/>
            <w:vAlign w:val="center"/>
          </w:tcPr>
          <w:p w14:paraId="17C1910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14</w:t>
            </w:r>
          </w:p>
        </w:tc>
        <w:tc>
          <w:tcPr>
            <w:tcW w:w="1646" w:type="dxa"/>
            <w:vAlign w:val="center"/>
          </w:tcPr>
          <w:p w14:paraId="77E6517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1,016</w:t>
            </w:r>
          </w:p>
        </w:tc>
        <w:tc>
          <w:tcPr>
            <w:tcW w:w="1674" w:type="dxa"/>
            <w:vAlign w:val="center"/>
          </w:tcPr>
          <w:p w14:paraId="59D0802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67</w:t>
            </w:r>
          </w:p>
        </w:tc>
        <w:tc>
          <w:tcPr>
            <w:tcW w:w="1790" w:type="dxa"/>
            <w:vAlign w:val="center"/>
          </w:tcPr>
          <w:p w14:paraId="2ED2038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62</w:t>
            </w:r>
          </w:p>
        </w:tc>
      </w:tr>
      <w:tr w:rsidR="00D97056" w:rsidRPr="00324442" w14:paraId="191CBA6A" w14:textId="77777777" w:rsidTr="005C006D">
        <w:trPr>
          <w:jc w:val="center"/>
        </w:trPr>
        <w:tc>
          <w:tcPr>
            <w:tcW w:w="1901" w:type="dxa"/>
            <w:vAlign w:val="center"/>
          </w:tcPr>
          <w:p w14:paraId="4C8AD0B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Philippines</w:t>
            </w:r>
          </w:p>
        </w:tc>
        <w:tc>
          <w:tcPr>
            <w:tcW w:w="1649" w:type="dxa"/>
            <w:vAlign w:val="center"/>
          </w:tcPr>
          <w:p w14:paraId="0476BC9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64.5</w:t>
            </w:r>
          </w:p>
        </w:tc>
        <w:tc>
          <w:tcPr>
            <w:tcW w:w="1646" w:type="dxa"/>
            <w:vAlign w:val="center"/>
          </w:tcPr>
          <w:p w14:paraId="5A2D2C0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8.8</w:t>
            </w:r>
          </w:p>
        </w:tc>
        <w:tc>
          <w:tcPr>
            <w:tcW w:w="1646" w:type="dxa"/>
            <w:vAlign w:val="center"/>
          </w:tcPr>
          <w:p w14:paraId="11FF774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1,062</w:t>
            </w:r>
          </w:p>
        </w:tc>
        <w:tc>
          <w:tcPr>
            <w:tcW w:w="1674" w:type="dxa"/>
            <w:vAlign w:val="center"/>
          </w:tcPr>
          <w:p w14:paraId="108F3A4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67</w:t>
            </w:r>
          </w:p>
        </w:tc>
        <w:tc>
          <w:tcPr>
            <w:tcW w:w="1790" w:type="dxa"/>
            <w:vAlign w:val="center"/>
          </w:tcPr>
          <w:p w14:paraId="61BC8A9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62</w:t>
            </w:r>
          </w:p>
        </w:tc>
      </w:tr>
      <w:tr w:rsidR="00D97056" w:rsidRPr="00324442" w14:paraId="7170B979" w14:textId="77777777" w:rsidTr="005C006D">
        <w:trPr>
          <w:jc w:val="center"/>
        </w:trPr>
        <w:tc>
          <w:tcPr>
            <w:tcW w:w="1901" w:type="dxa"/>
            <w:vAlign w:val="center"/>
          </w:tcPr>
          <w:p w14:paraId="7E2830E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Poland</w:t>
            </w:r>
          </w:p>
        </w:tc>
        <w:tc>
          <w:tcPr>
            <w:tcW w:w="1649" w:type="dxa"/>
            <w:vAlign w:val="center"/>
          </w:tcPr>
          <w:p w14:paraId="66E8D0D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73</w:t>
            </w:r>
          </w:p>
        </w:tc>
        <w:tc>
          <w:tcPr>
            <w:tcW w:w="1646" w:type="dxa"/>
            <w:vAlign w:val="center"/>
          </w:tcPr>
          <w:p w14:paraId="0CA036C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3.9</w:t>
            </w:r>
          </w:p>
        </w:tc>
        <w:tc>
          <w:tcPr>
            <w:tcW w:w="1646" w:type="dxa"/>
            <w:vAlign w:val="center"/>
          </w:tcPr>
          <w:p w14:paraId="79630B8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480</w:t>
            </w:r>
          </w:p>
        </w:tc>
        <w:tc>
          <w:tcPr>
            <w:tcW w:w="1674" w:type="dxa"/>
            <w:vAlign w:val="center"/>
          </w:tcPr>
          <w:p w14:paraId="67BDDE3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77</w:t>
            </w:r>
          </w:p>
        </w:tc>
        <w:tc>
          <w:tcPr>
            <w:tcW w:w="1790" w:type="dxa"/>
            <w:vAlign w:val="center"/>
          </w:tcPr>
          <w:p w14:paraId="7A03737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69</w:t>
            </w:r>
          </w:p>
        </w:tc>
      </w:tr>
      <w:tr w:rsidR="00D97056" w:rsidRPr="00324442" w14:paraId="4C3BE83A" w14:textId="77777777" w:rsidTr="005C006D">
        <w:trPr>
          <w:jc w:val="center"/>
        </w:trPr>
        <w:tc>
          <w:tcPr>
            <w:tcW w:w="1901" w:type="dxa"/>
            <w:vAlign w:val="center"/>
          </w:tcPr>
          <w:p w14:paraId="0C8847B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Romania</w:t>
            </w:r>
          </w:p>
        </w:tc>
        <w:tc>
          <w:tcPr>
            <w:tcW w:w="1649" w:type="dxa"/>
            <w:vAlign w:val="center"/>
          </w:tcPr>
          <w:p w14:paraId="63346C4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72</w:t>
            </w:r>
          </w:p>
        </w:tc>
        <w:tc>
          <w:tcPr>
            <w:tcW w:w="1646" w:type="dxa"/>
            <w:vAlign w:val="center"/>
          </w:tcPr>
          <w:p w14:paraId="6D2AEB7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</w:t>
            </w:r>
          </w:p>
        </w:tc>
        <w:tc>
          <w:tcPr>
            <w:tcW w:w="1646" w:type="dxa"/>
            <w:vAlign w:val="center"/>
          </w:tcPr>
          <w:p w14:paraId="2297D78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559</w:t>
            </w:r>
          </w:p>
        </w:tc>
        <w:tc>
          <w:tcPr>
            <w:tcW w:w="1674" w:type="dxa"/>
            <w:vAlign w:val="center"/>
          </w:tcPr>
          <w:p w14:paraId="3633F87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75</w:t>
            </w:r>
          </w:p>
        </w:tc>
        <w:tc>
          <w:tcPr>
            <w:tcW w:w="1790" w:type="dxa"/>
            <w:vAlign w:val="center"/>
          </w:tcPr>
          <w:p w14:paraId="02CEA27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69</w:t>
            </w:r>
          </w:p>
        </w:tc>
      </w:tr>
      <w:tr w:rsidR="00D97056" w:rsidRPr="00324442" w14:paraId="17851281" w14:textId="77777777" w:rsidTr="005C006D">
        <w:trPr>
          <w:jc w:val="center"/>
        </w:trPr>
        <w:tc>
          <w:tcPr>
            <w:tcW w:w="1901" w:type="dxa"/>
            <w:vAlign w:val="center"/>
          </w:tcPr>
          <w:p w14:paraId="3148E4F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lastRenderedPageBreak/>
              <w:t>Russia</w:t>
            </w:r>
          </w:p>
        </w:tc>
        <w:tc>
          <w:tcPr>
            <w:tcW w:w="1649" w:type="dxa"/>
            <w:vAlign w:val="center"/>
          </w:tcPr>
          <w:p w14:paraId="5484DE2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69</w:t>
            </w:r>
          </w:p>
        </w:tc>
        <w:tc>
          <w:tcPr>
            <w:tcW w:w="1646" w:type="dxa"/>
            <w:vAlign w:val="center"/>
          </w:tcPr>
          <w:p w14:paraId="084B52C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3.2</w:t>
            </w:r>
          </w:p>
        </w:tc>
        <w:tc>
          <w:tcPr>
            <w:tcW w:w="1646" w:type="dxa"/>
            <w:vAlign w:val="center"/>
          </w:tcPr>
          <w:p w14:paraId="4CB2DF7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259</w:t>
            </w:r>
          </w:p>
        </w:tc>
        <w:tc>
          <w:tcPr>
            <w:tcW w:w="1674" w:type="dxa"/>
            <w:vAlign w:val="center"/>
          </w:tcPr>
          <w:p w14:paraId="05332C1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74</w:t>
            </w:r>
          </w:p>
        </w:tc>
        <w:tc>
          <w:tcPr>
            <w:tcW w:w="1790" w:type="dxa"/>
            <w:vAlign w:val="center"/>
          </w:tcPr>
          <w:p w14:paraId="172F957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64</w:t>
            </w:r>
          </w:p>
        </w:tc>
      </w:tr>
      <w:tr w:rsidR="00D97056" w:rsidRPr="00324442" w14:paraId="2D34D56F" w14:textId="77777777" w:rsidTr="005C006D">
        <w:trPr>
          <w:jc w:val="center"/>
        </w:trPr>
        <w:tc>
          <w:tcPr>
            <w:tcW w:w="1901" w:type="dxa"/>
            <w:vAlign w:val="center"/>
          </w:tcPr>
          <w:p w14:paraId="67239B6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South Africa</w:t>
            </w:r>
          </w:p>
        </w:tc>
        <w:tc>
          <w:tcPr>
            <w:tcW w:w="1649" w:type="dxa"/>
            <w:vAlign w:val="center"/>
          </w:tcPr>
          <w:p w14:paraId="5C0DB5A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64</w:t>
            </w:r>
          </w:p>
        </w:tc>
        <w:tc>
          <w:tcPr>
            <w:tcW w:w="1646" w:type="dxa"/>
            <w:vAlign w:val="center"/>
          </w:tcPr>
          <w:p w14:paraId="14FDBAF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11</w:t>
            </w:r>
          </w:p>
        </w:tc>
        <w:tc>
          <w:tcPr>
            <w:tcW w:w="1646" w:type="dxa"/>
            <w:vAlign w:val="center"/>
          </w:tcPr>
          <w:p w14:paraId="64F9F7D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1,340</w:t>
            </w:r>
          </w:p>
        </w:tc>
        <w:tc>
          <w:tcPr>
            <w:tcW w:w="1674" w:type="dxa"/>
            <w:vAlign w:val="center"/>
          </w:tcPr>
          <w:p w14:paraId="64A5945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67</w:t>
            </w:r>
          </w:p>
        </w:tc>
        <w:tc>
          <w:tcPr>
            <w:tcW w:w="1790" w:type="dxa"/>
            <w:vAlign w:val="center"/>
          </w:tcPr>
          <w:p w14:paraId="3F39F33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61</w:t>
            </w:r>
          </w:p>
        </w:tc>
      </w:tr>
      <w:tr w:rsidR="00D97056" w:rsidRPr="00324442" w14:paraId="696D0BE7" w14:textId="77777777" w:rsidTr="005C006D">
        <w:trPr>
          <w:jc w:val="center"/>
        </w:trPr>
        <w:tc>
          <w:tcPr>
            <w:tcW w:w="1901" w:type="dxa"/>
            <w:vAlign w:val="center"/>
          </w:tcPr>
          <w:p w14:paraId="5EECC33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Spain</w:t>
            </w:r>
          </w:p>
        </w:tc>
        <w:tc>
          <w:tcPr>
            <w:tcW w:w="1649" w:type="dxa"/>
            <w:vAlign w:val="center"/>
          </w:tcPr>
          <w:p w14:paraId="3C0AD2A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78.5</w:t>
            </w:r>
          </w:p>
        </w:tc>
        <w:tc>
          <w:tcPr>
            <w:tcW w:w="1646" w:type="dxa"/>
            <w:vAlign w:val="center"/>
          </w:tcPr>
          <w:p w14:paraId="064116A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2.6</w:t>
            </w:r>
          </w:p>
        </w:tc>
        <w:tc>
          <w:tcPr>
            <w:tcW w:w="1646" w:type="dxa"/>
            <w:vAlign w:val="center"/>
          </w:tcPr>
          <w:p w14:paraId="0A0FF74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275</w:t>
            </w:r>
          </w:p>
        </w:tc>
        <w:tc>
          <w:tcPr>
            <w:tcW w:w="1674" w:type="dxa"/>
            <w:vAlign w:val="center"/>
          </w:tcPr>
          <w:p w14:paraId="218DAE5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82</w:t>
            </w:r>
          </w:p>
        </w:tc>
        <w:tc>
          <w:tcPr>
            <w:tcW w:w="1790" w:type="dxa"/>
            <w:vAlign w:val="center"/>
          </w:tcPr>
          <w:p w14:paraId="53651F4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75</w:t>
            </w:r>
          </w:p>
        </w:tc>
      </w:tr>
      <w:tr w:rsidR="00D97056" w:rsidRPr="00324442" w14:paraId="57FB0001" w14:textId="77777777" w:rsidTr="005C006D">
        <w:trPr>
          <w:jc w:val="center"/>
        </w:trPr>
        <w:tc>
          <w:tcPr>
            <w:tcW w:w="1901" w:type="dxa"/>
            <w:vAlign w:val="center"/>
          </w:tcPr>
          <w:p w14:paraId="176E907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Sudan</w:t>
            </w:r>
          </w:p>
        </w:tc>
        <w:tc>
          <w:tcPr>
            <w:tcW w:w="1649" w:type="dxa"/>
            <w:vAlign w:val="center"/>
          </w:tcPr>
          <w:p w14:paraId="07A8B5C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53</w:t>
            </w:r>
          </w:p>
        </w:tc>
        <w:tc>
          <w:tcPr>
            <w:tcW w:w="1646" w:type="dxa"/>
            <w:vAlign w:val="center"/>
          </w:tcPr>
          <w:p w14:paraId="6E52E5B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23</w:t>
            </w:r>
          </w:p>
        </w:tc>
        <w:tc>
          <w:tcPr>
            <w:tcW w:w="1646" w:type="dxa"/>
            <w:vAlign w:val="center"/>
          </w:tcPr>
          <w:p w14:paraId="7D4292E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12,550</w:t>
            </w:r>
          </w:p>
        </w:tc>
        <w:tc>
          <w:tcPr>
            <w:tcW w:w="1674" w:type="dxa"/>
            <w:vAlign w:val="center"/>
          </w:tcPr>
          <w:p w14:paraId="7E0BE0B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54</w:t>
            </w:r>
          </w:p>
        </w:tc>
        <w:tc>
          <w:tcPr>
            <w:tcW w:w="1790" w:type="dxa"/>
            <w:vAlign w:val="center"/>
          </w:tcPr>
          <w:p w14:paraId="28B8E37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52</w:t>
            </w:r>
          </w:p>
        </w:tc>
      </w:tr>
      <w:tr w:rsidR="00D97056" w:rsidRPr="00324442" w14:paraId="78751FD5" w14:textId="77777777" w:rsidTr="005C006D">
        <w:trPr>
          <w:jc w:val="center"/>
        </w:trPr>
        <w:tc>
          <w:tcPr>
            <w:tcW w:w="1901" w:type="dxa"/>
            <w:vAlign w:val="center"/>
          </w:tcPr>
          <w:p w14:paraId="533C13E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Taiwan</w:t>
            </w:r>
          </w:p>
        </w:tc>
        <w:tc>
          <w:tcPr>
            <w:tcW w:w="1649" w:type="dxa"/>
            <w:vAlign w:val="center"/>
          </w:tcPr>
          <w:p w14:paraId="42D49A8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75</w:t>
            </w:r>
          </w:p>
        </w:tc>
        <w:tc>
          <w:tcPr>
            <w:tcW w:w="1646" w:type="dxa"/>
            <w:vAlign w:val="center"/>
          </w:tcPr>
          <w:p w14:paraId="7139E2F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3.2</w:t>
            </w:r>
          </w:p>
        </w:tc>
        <w:tc>
          <w:tcPr>
            <w:tcW w:w="1646" w:type="dxa"/>
            <w:vAlign w:val="center"/>
          </w:tcPr>
          <w:p w14:paraId="54C441F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965</w:t>
            </w:r>
          </w:p>
        </w:tc>
        <w:tc>
          <w:tcPr>
            <w:tcW w:w="1674" w:type="dxa"/>
            <w:vAlign w:val="center"/>
          </w:tcPr>
          <w:p w14:paraId="0822A74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78</w:t>
            </w:r>
          </w:p>
        </w:tc>
        <w:tc>
          <w:tcPr>
            <w:tcW w:w="1790" w:type="dxa"/>
            <w:vAlign w:val="center"/>
          </w:tcPr>
          <w:p w14:paraId="3477F16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72</w:t>
            </w:r>
          </w:p>
        </w:tc>
      </w:tr>
      <w:tr w:rsidR="00D97056" w:rsidRPr="00324442" w14:paraId="6AC57FB1" w14:textId="77777777" w:rsidTr="005C006D">
        <w:trPr>
          <w:jc w:val="center"/>
        </w:trPr>
        <w:tc>
          <w:tcPr>
            <w:tcW w:w="1901" w:type="dxa"/>
            <w:vAlign w:val="center"/>
          </w:tcPr>
          <w:p w14:paraId="405334A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Thailand</w:t>
            </w:r>
          </w:p>
        </w:tc>
        <w:tc>
          <w:tcPr>
            <w:tcW w:w="1649" w:type="dxa"/>
            <w:vAlign w:val="center"/>
          </w:tcPr>
          <w:p w14:paraId="5317B15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68.5</w:t>
            </w:r>
          </w:p>
        </w:tc>
        <w:tc>
          <w:tcPr>
            <w:tcW w:w="1646" w:type="dxa"/>
            <w:vAlign w:val="center"/>
          </w:tcPr>
          <w:p w14:paraId="4EFAA20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11</w:t>
            </w:r>
          </w:p>
        </w:tc>
        <w:tc>
          <w:tcPr>
            <w:tcW w:w="1646" w:type="dxa"/>
            <w:vAlign w:val="center"/>
          </w:tcPr>
          <w:p w14:paraId="0025ECF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4,883</w:t>
            </w:r>
          </w:p>
        </w:tc>
        <w:tc>
          <w:tcPr>
            <w:tcW w:w="1674" w:type="dxa"/>
            <w:vAlign w:val="center"/>
          </w:tcPr>
          <w:p w14:paraId="49FF6E3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73</w:t>
            </w:r>
          </w:p>
        </w:tc>
        <w:tc>
          <w:tcPr>
            <w:tcW w:w="1790" w:type="dxa"/>
            <w:vAlign w:val="center"/>
          </w:tcPr>
          <w:p w14:paraId="6734AC5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66</w:t>
            </w:r>
          </w:p>
        </w:tc>
      </w:tr>
      <w:tr w:rsidR="00D97056" w:rsidRPr="00324442" w14:paraId="717605D7" w14:textId="77777777" w:rsidTr="005C006D">
        <w:trPr>
          <w:jc w:val="center"/>
        </w:trPr>
        <w:tc>
          <w:tcPr>
            <w:tcW w:w="1901" w:type="dxa"/>
            <w:vAlign w:val="center"/>
          </w:tcPr>
          <w:p w14:paraId="35C0989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Turkey</w:t>
            </w:r>
          </w:p>
        </w:tc>
        <w:tc>
          <w:tcPr>
            <w:tcW w:w="1649" w:type="dxa"/>
            <w:vAlign w:val="center"/>
          </w:tcPr>
          <w:p w14:paraId="38A9E8D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70</w:t>
            </w:r>
          </w:p>
        </w:tc>
        <w:tc>
          <w:tcPr>
            <w:tcW w:w="1646" w:type="dxa"/>
            <w:vAlign w:val="center"/>
          </w:tcPr>
          <w:p w14:paraId="695644B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</w:t>
            </w:r>
          </w:p>
        </w:tc>
        <w:tc>
          <w:tcPr>
            <w:tcW w:w="1646" w:type="dxa"/>
            <w:vAlign w:val="center"/>
          </w:tcPr>
          <w:p w14:paraId="2D97EF3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1,189</w:t>
            </w:r>
          </w:p>
        </w:tc>
        <w:tc>
          <w:tcPr>
            <w:tcW w:w="1674" w:type="dxa"/>
            <w:vAlign w:val="center"/>
          </w:tcPr>
          <w:p w14:paraId="38BFC6D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72</w:t>
            </w:r>
          </w:p>
        </w:tc>
        <w:tc>
          <w:tcPr>
            <w:tcW w:w="1790" w:type="dxa"/>
            <w:vAlign w:val="center"/>
          </w:tcPr>
          <w:p w14:paraId="303B63F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68</w:t>
            </w:r>
          </w:p>
        </w:tc>
      </w:tr>
      <w:tr w:rsidR="00D97056" w:rsidRPr="00324442" w14:paraId="51BE4785" w14:textId="77777777" w:rsidTr="005C006D">
        <w:trPr>
          <w:jc w:val="center"/>
        </w:trPr>
        <w:tc>
          <w:tcPr>
            <w:tcW w:w="1901" w:type="dxa"/>
            <w:vAlign w:val="center"/>
          </w:tcPr>
          <w:p w14:paraId="57CAFB8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Ukraine</w:t>
            </w:r>
          </w:p>
        </w:tc>
        <w:tc>
          <w:tcPr>
            <w:tcW w:w="1649" w:type="dxa"/>
            <w:vAlign w:val="center"/>
          </w:tcPr>
          <w:p w14:paraId="2120053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70.5</w:t>
            </w:r>
          </w:p>
        </w:tc>
        <w:tc>
          <w:tcPr>
            <w:tcW w:w="1646" w:type="dxa"/>
            <w:vAlign w:val="center"/>
          </w:tcPr>
          <w:p w14:paraId="6475F2E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1646" w:type="dxa"/>
            <w:vAlign w:val="center"/>
          </w:tcPr>
          <w:p w14:paraId="1BF3E6B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226</w:t>
            </w:r>
          </w:p>
        </w:tc>
        <w:tc>
          <w:tcPr>
            <w:tcW w:w="1674" w:type="dxa"/>
            <w:vAlign w:val="center"/>
          </w:tcPr>
          <w:p w14:paraId="76E7358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75</w:t>
            </w:r>
          </w:p>
        </w:tc>
        <w:tc>
          <w:tcPr>
            <w:tcW w:w="1790" w:type="dxa"/>
            <w:vAlign w:val="center"/>
          </w:tcPr>
          <w:p w14:paraId="1EFC57B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66</w:t>
            </w:r>
          </w:p>
        </w:tc>
      </w:tr>
      <w:tr w:rsidR="00D97056" w:rsidRPr="00324442" w14:paraId="6191523E" w14:textId="77777777" w:rsidTr="005C006D">
        <w:trPr>
          <w:jc w:val="center"/>
        </w:trPr>
        <w:tc>
          <w:tcPr>
            <w:tcW w:w="1901" w:type="dxa"/>
            <w:vAlign w:val="center"/>
          </w:tcPr>
          <w:p w14:paraId="0BCAA81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United Kingdom</w:t>
            </w:r>
          </w:p>
        </w:tc>
        <w:tc>
          <w:tcPr>
            <w:tcW w:w="1649" w:type="dxa"/>
            <w:vAlign w:val="center"/>
          </w:tcPr>
          <w:p w14:paraId="789E331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76</w:t>
            </w:r>
          </w:p>
        </w:tc>
        <w:tc>
          <w:tcPr>
            <w:tcW w:w="1646" w:type="dxa"/>
            <w:vAlign w:val="center"/>
          </w:tcPr>
          <w:p w14:paraId="681C06C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</w:t>
            </w:r>
          </w:p>
        </w:tc>
        <w:tc>
          <w:tcPr>
            <w:tcW w:w="1646" w:type="dxa"/>
            <w:vAlign w:val="center"/>
          </w:tcPr>
          <w:p w14:paraId="163CC3F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611</w:t>
            </w:r>
          </w:p>
        </w:tc>
        <w:tc>
          <w:tcPr>
            <w:tcW w:w="1674" w:type="dxa"/>
            <w:vAlign w:val="center"/>
          </w:tcPr>
          <w:p w14:paraId="3436424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79</w:t>
            </w:r>
          </w:p>
        </w:tc>
        <w:tc>
          <w:tcPr>
            <w:tcW w:w="1790" w:type="dxa"/>
            <w:vAlign w:val="center"/>
          </w:tcPr>
          <w:p w14:paraId="209A7BE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73</w:t>
            </w:r>
          </w:p>
        </w:tc>
      </w:tr>
      <w:tr w:rsidR="00D97056" w:rsidRPr="00324442" w14:paraId="3D781EF7" w14:textId="77777777" w:rsidTr="005C006D">
        <w:trPr>
          <w:jc w:val="center"/>
        </w:trPr>
        <w:tc>
          <w:tcPr>
            <w:tcW w:w="1901" w:type="dxa"/>
            <w:vAlign w:val="center"/>
          </w:tcPr>
          <w:p w14:paraId="1F0D0D3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United States</w:t>
            </w:r>
          </w:p>
        </w:tc>
        <w:tc>
          <w:tcPr>
            <w:tcW w:w="1649" w:type="dxa"/>
            <w:vAlign w:val="center"/>
          </w:tcPr>
          <w:p w14:paraId="52C1822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75.5</w:t>
            </w:r>
          </w:p>
        </w:tc>
        <w:tc>
          <w:tcPr>
            <w:tcW w:w="1646" w:type="dxa"/>
            <w:vAlign w:val="center"/>
          </w:tcPr>
          <w:p w14:paraId="64ABC7D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1.3</w:t>
            </w:r>
          </w:p>
        </w:tc>
        <w:tc>
          <w:tcPr>
            <w:tcW w:w="1646" w:type="dxa"/>
            <w:vAlign w:val="center"/>
          </w:tcPr>
          <w:p w14:paraId="2D1E9EF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404</w:t>
            </w:r>
          </w:p>
        </w:tc>
        <w:tc>
          <w:tcPr>
            <w:tcW w:w="1674" w:type="dxa"/>
            <w:vAlign w:val="center"/>
          </w:tcPr>
          <w:p w14:paraId="0AC4EFA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79</w:t>
            </w:r>
          </w:p>
        </w:tc>
        <w:tc>
          <w:tcPr>
            <w:tcW w:w="1790" w:type="dxa"/>
            <w:vAlign w:val="center"/>
          </w:tcPr>
          <w:p w14:paraId="402A9A8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72</w:t>
            </w:r>
          </w:p>
        </w:tc>
      </w:tr>
      <w:tr w:rsidR="00D97056" w:rsidRPr="00324442" w14:paraId="33FFB844" w14:textId="77777777" w:rsidTr="005C006D">
        <w:trPr>
          <w:jc w:val="center"/>
        </w:trPr>
        <w:tc>
          <w:tcPr>
            <w:tcW w:w="1901" w:type="dxa"/>
            <w:vAlign w:val="center"/>
          </w:tcPr>
          <w:p w14:paraId="4448BA5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Venezuela</w:t>
            </w:r>
          </w:p>
        </w:tc>
        <w:tc>
          <w:tcPr>
            <w:tcW w:w="1649" w:type="dxa"/>
            <w:vAlign w:val="center"/>
          </w:tcPr>
          <w:p w14:paraId="3521F99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74.5</w:t>
            </w:r>
          </w:p>
        </w:tc>
        <w:tc>
          <w:tcPr>
            <w:tcW w:w="1646" w:type="dxa"/>
            <w:vAlign w:val="center"/>
          </w:tcPr>
          <w:p w14:paraId="737203F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5.6</w:t>
            </w:r>
          </w:p>
        </w:tc>
        <w:tc>
          <w:tcPr>
            <w:tcW w:w="1646" w:type="dxa"/>
            <w:vAlign w:val="center"/>
          </w:tcPr>
          <w:p w14:paraId="780E948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576</w:t>
            </w:r>
          </w:p>
        </w:tc>
        <w:tc>
          <w:tcPr>
            <w:tcW w:w="1674" w:type="dxa"/>
            <w:vAlign w:val="center"/>
          </w:tcPr>
          <w:p w14:paraId="62643C9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78</w:t>
            </w:r>
          </w:p>
        </w:tc>
        <w:tc>
          <w:tcPr>
            <w:tcW w:w="1790" w:type="dxa"/>
            <w:vAlign w:val="center"/>
          </w:tcPr>
          <w:p w14:paraId="3A74F59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71</w:t>
            </w:r>
          </w:p>
        </w:tc>
      </w:tr>
      <w:tr w:rsidR="00D97056" w:rsidRPr="00324442" w14:paraId="4EB1291E" w14:textId="77777777" w:rsidTr="005C006D">
        <w:trPr>
          <w:jc w:val="center"/>
        </w:trPr>
        <w:tc>
          <w:tcPr>
            <w:tcW w:w="1901" w:type="dxa"/>
            <w:vAlign w:val="center"/>
          </w:tcPr>
          <w:p w14:paraId="744CEAE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Vietnam</w:t>
            </w:r>
          </w:p>
        </w:tc>
        <w:tc>
          <w:tcPr>
            <w:tcW w:w="1649" w:type="dxa"/>
            <w:vAlign w:val="center"/>
          </w:tcPr>
          <w:p w14:paraId="45DDB1A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65</w:t>
            </w:r>
          </w:p>
        </w:tc>
        <w:tc>
          <w:tcPr>
            <w:tcW w:w="1646" w:type="dxa"/>
            <w:vAlign w:val="center"/>
          </w:tcPr>
          <w:p w14:paraId="64F65EC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29</w:t>
            </w:r>
          </w:p>
        </w:tc>
        <w:tc>
          <w:tcPr>
            <w:tcW w:w="1646" w:type="dxa"/>
            <w:vAlign w:val="center"/>
          </w:tcPr>
          <w:p w14:paraId="5A9E570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3,096</w:t>
            </w:r>
          </w:p>
        </w:tc>
        <w:tc>
          <w:tcPr>
            <w:tcW w:w="1674" w:type="dxa"/>
            <w:vAlign w:val="center"/>
          </w:tcPr>
          <w:p w14:paraId="077D688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67</w:t>
            </w:r>
          </w:p>
        </w:tc>
        <w:tc>
          <w:tcPr>
            <w:tcW w:w="1790" w:type="dxa"/>
            <w:vAlign w:val="center"/>
          </w:tcPr>
          <w:p w14:paraId="711F093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63</w:t>
            </w:r>
          </w:p>
        </w:tc>
      </w:tr>
    </w:tbl>
    <w:p w14:paraId="7D834F44" w14:textId="77777777" w:rsidR="00D97056" w:rsidRPr="00324442" w:rsidRDefault="00D97056" w:rsidP="004E2A35">
      <w:pPr>
        <w:spacing w:after="20"/>
        <w:jc w:val="both"/>
        <w:rPr>
          <w:sz w:val="24"/>
          <w:szCs w:val="24"/>
        </w:rPr>
      </w:pPr>
    </w:p>
    <w:p w14:paraId="3184EF12" w14:textId="77777777" w:rsidR="00D97056" w:rsidRPr="00324442" w:rsidRDefault="00D97056" w:rsidP="004E2A35">
      <w:pPr>
        <w:spacing w:after="60"/>
        <w:ind w:left="317" w:hanging="317"/>
        <w:jc w:val="both"/>
        <w:rPr>
          <w:sz w:val="24"/>
          <w:szCs w:val="24"/>
        </w:rPr>
      </w:pPr>
      <w:r w:rsidRPr="00324442">
        <w:rPr>
          <w:b/>
          <w:sz w:val="24"/>
          <w:szCs w:val="24"/>
        </w:rPr>
        <w:t xml:space="preserve">(a) </w:t>
      </w:r>
      <w:r w:rsidRPr="00324442">
        <w:rPr>
          <w:sz w:val="24"/>
          <w:szCs w:val="24"/>
        </w:rPr>
        <w:t>Fit separate multiple linear regression models for each response using People-per-TV and People-per-Dr as predictors.</w:t>
      </w:r>
    </w:p>
    <w:p w14:paraId="53D459AF" w14:textId="2E8291DE" w:rsidR="00D97056" w:rsidRPr="00324442" w:rsidRDefault="00D97056" w:rsidP="004E2A35">
      <w:pPr>
        <w:spacing w:after="60"/>
        <w:ind w:left="317" w:hanging="317"/>
        <w:jc w:val="both"/>
        <w:rPr>
          <w:sz w:val="24"/>
          <w:szCs w:val="24"/>
        </w:rPr>
      </w:pPr>
      <w:r w:rsidRPr="00324442">
        <w:rPr>
          <w:b/>
          <w:sz w:val="24"/>
          <w:szCs w:val="24"/>
        </w:rPr>
        <w:t xml:space="preserve">(b) </w:t>
      </w:r>
      <w:r w:rsidRPr="00324442">
        <w:rPr>
          <w:sz w:val="24"/>
          <w:szCs w:val="24"/>
        </w:rPr>
        <w:t xml:space="preserve">Test each model for </w:t>
      </w:r>
      <w:r w:rsidR="00533DB0">
        <w:rPr>
          <w:sz w:val="24"/>
          <w:szCs w:val="24"/>
        </w:rPr>
        <w:t xml:space="preserve">the significance of the </w:t>
      </w:r>
      <w:r w:rsidRPr="00324442">
        <w:rPr>
          <w:sz w:val="24"/>
          <w:szCs w:val="24"/>
        </w:rPr>
        <w:t>regression. What conclusions can you draw?</w:t>
      </w:r>
    </w:p>
    <w:p w14:paraId="148167BE" w14:textId="6AAB2BFE" w:rsidR="00D97056" w:rsidRPr="00324442" w:rsidRDefault="00D97056" w:rsidP="004E2A35">
      <w:pPr>
        <w:spacing w:after="60"/>
        <w:ind w:left="317" w:hanging="317"/>
        <w:jc w:val="both"/>
        <w:rPr>
          <w:sz w:val="24"/>
          <w:szCs w:val="24"/>
        </w:rPr>
      </w:pPr>
      <w:r w:rsidRPr="00324442">
        <w:rPr>
          <w:b/>
          <w:sz w:val="24"/>
          <w:szCs w:val="24"/>
        </w:rPr>
        <w:t xml:space="preserve">(c) </w:t>
      </w:r>
      <w:r w:rsidRPr="00324442">
        <w:rPr>
          <w:sz w:val="24"/>
          <w:szCs w:val="24"/>
        </w:rPr>
        <w:t xml:space="preserve">Use </w:t>
      </w:r>
      <w:r w:rsidR="00533DB0">
        <w:rPr>
          <w:sz w:val="24"/>
          <w:szCs w:val="24"/>
        </w:rPr>
        <w:t>t-tests</w:t>
      </w:r>
      <w:r w:rsidRPr="00324442">
        <w:rPr>
          <w:sz w:val="24"/>
          <w:szCs w:val="24"/>
        </w:rPr>
        <w:t xml:space="preserve"> to assess the contribution of each regressor to each model. Discuss your findings.</w:t>
      </w:r>
    </w:p>
    <w:p w14:paraId="43759D58" w14:textId="77777777" w:rsidR="00D97056" w:rsidRPr="00324442" w:rsidRDefault="00D97056" w:rsidP="004E2A35">
      <w:pPr>
        <w:spacing w:after="60"/>
        <w:ind w:left="317" w:hanging="317"/>
        <w:jc w:val="both"/>
        <w:rPr>
          <w:sz w:val="24"/>
          <w:szCs w:val="24"/>
        </w:rPr>
      </w:pPr>
      <w:r w:rsidRPr="00324442">
        <w:rPr>
          <w:b/>
          <w:sz w:val="24"/>
          <w:szCs w:val="24"/>
        </w:rPr>
        <w:t xml:space="preserve">(d) </w:t>
      </w:r>
      <w:r w:rsidRPr="00324442">
        <w:rPr>
          <w:sz w:val="24"/>
          <w:szCs w:val="24"/>
        </w:rPr>
        <w:t>Calculate R² and R²_adj for each model.</w:t>
      </w:r>
    </w:p>
    <w:p w14:paraId="12221116" w14:textId="77777777" w:rsidR="00D97056" w:rsidRPr="00324442" w:rsidRDefault="00D97056" w:rsidP="004E2A35">
      <w:pPr>
        <w:spacing w:after="60"/>
        <w:ind w:left="317" w:hanging="317"/>
        <w:jc w:val="both"/>
        <w:rPr>
          <w:sz w:val="24"/>
          <w:szCs w:val="24"/>
        </w:rPr>
      </w:pPr>
      <w:r w:rsidRPr="00324442">
        <w:rPr>
          <w:b/>
          <w:sz w:val="24"/>
          <w:szCs w:val="24"/>
        </w:rPr>
        <w:t xml:space="preserve">(e) </w:t>
      </w:r>
      <w:r w:rsidRPr="00324442">
        <w:rPr>
          <w:sz w:val="24"/>
          <w:szCs w:val="24"/>
        </w:rPr>
        <w:t>Find a 95% confidence interval for the People-per-Dr regression coefficient in each model.</w:t>
      </w:r>
    </w:p>
    <w:p w14:paraId="3FF643D9" w14:textId="7C8FA271" w:rsidR="00D97056" w:rsidRPr="00324442" w:rsidRDefault="00D97056" w:rsidP="004E2A35">
      <w:pPr>
        <w:pStyle w:val="Heading1"/>
        <w:jc w:val="both"/>
        <w:rPr>
          <w:sz w:val="24"/>
          <w:szCs w:val="24"/>
        </w:rPr>
      </w:pPr>
      <w:r w:rsidRPr="00324442">
        <w:rPr>
          <w:sz w:val="24"/>
          <w:szCs w:val="24"/>
        </w:rPr>
        <w:t xml:space="preserve">Question </w:t>
      </w:r>
      <w:r w:rsidR="005C006D">
        <w:rPr>
          <w:sz w:val="24"/>
          <w:szCs w:val="24"/>
        </w:rPr>
        <w:t>6</w:t>
      </w:r>
      <w:r w:rsidRPr="00324442">
        <w:rPr>
          <w:sz w:val="24"/>
          <w:szCs w:val="24"/>
        </w:rPr>
        <w:t>. Comprehensive Analysis of Wine Quality</w:t>
      </w:r>
    </w:p>
    <w:p w14:paraId="6595A0EA" w14:textId="739ACC78" w:rsidR="00D97056" w:rsidRPr="00324442" w:rsidRDefault="00D97056" w:rsidP="004E2A35">
      <w:pPr>
        <w:jc w:val="both"/>
        <w:rPr>
          <w:sz w:val="24"/>
          <w:szCs w:val="24"/>
        </w:rPr>
      </w:pPr>
      <w:r w:rsidRPr="00324442">
        <w:rPr>
          <w:sz w:val="24"/>
          <w:szCs w:val="24"/>
        </w:rPr>
        <w:t xml:space="preserve">Consider the wine quality data </w:t>
      </w:r>
      <w:proofErr w:type="gramStart"/>
      <w:r w:rsidRPr="00324442">
        <w:rPr>
          <w:sz w:val="24"/>
          <w:szCs w:val="24"/>
        </w:rPr>
        <w:t>in</w:t>
      </w:r>
      <w:proofErr w:type="gramEnd"/>
      <w:r w:rsidRPr="00324442">
        <w:rPr>
          <w:sz w:val="24"/>
          <w:szCs w:val="24"/>
        </w:rPr>
        <w:t xml:space="preserve"> </w:t>
      </w:r>
      <w:r w:rsidR="00533DB0">
        <w:rPr>
          <w:sz w:val="24"/>
          <w:szCs w:val="24"/>
        </w:rPr>
        <w:t>the table</w:t>
      </w:r>
      <w:r w:rsidRPr="00324442">
        <w:rPr>
          <w:sz w:val="24"/>
          <w:szCs w:val="24"/>
        </w:rPr>
        <w:t xml:space="preserve"> below. For the purposes of this exercise, ignore regressor x₁ (wine varietal). Perform a thorough analysis of these data. What conclusions do you draw from the analysis?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7"/>
        <w:gridCol w:w="1007"/>
        <w:gridCol w:w="1007"/>
        <w:gridCol w:w="1007"/>
        <w:gridCol w:w="1007"/>
        <w:gridCol w:w="1007"/>
        <w:gridCol w:w="1007"/>
        <w:gridCol w:w="1007"/>
        <w:gridCol w:w="1007"/>
        <w:gridCol w:w="1007"/>
      </w:tblGrid>
      <w:tr w:rsidR="00D97056" w:rsidRPr="00324442" w14:paraId="1FBB241C" w14:textId="77777777" w:rsidTr="008544BA">
        <w:trPr>
          <w:jc w:val="center"/>
        </w:trPr>
        <w:tc>
          <w:tcPr>
            <w:tcW w:w="1008" w:type="dxa"/>
            <w:shd w:val="clear" w:color="auto" w:fill="D9E2F3"/>
            <w:vAlign w:val="center"/>
          </w:tcPr>
          <w:p w14:paraId="384B1CF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y</w:t>
            </w:r>
          </w:p>
        </w:tc>
        <w:tc>
          <w:tcPr>
            <w:tcW w:w="1008" w:type="dxa"/>
            <w:shd w:val="clear" w:color="auto" w:fill="D9E2F3"/>
            <w:vAlign w:val="center"/>
          </w:tcPr>
          <w:p w14:paraId="34A3993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x₂</w:t>
            </w:r>
          </w:p>
        </w:tc>
        <w:tc>
          <w:tcPr>
            <w:tcW w:w="1008" w:type="dxa"/>
            <w:shd w:val="clear" w:color="auto" w:fill="D9E2F3"/>
            <w:vAlign w:val="center"/>
          </w:tcPr>
          <w:p w14:paraId="03395FC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x₃</w:t>
            </w:r>
          </w:p>
        </w:tc>
        <w:tc>
          <w:tcPr>
            <w:tcW w:w="1008" w:type="dxa"/>
            <w:shd w:val="clear" w:color="auto" w:fill="D9E2F3"/>
            <w:vAlign w:val="center"/>
          </w:tcPr>
          <w:p w14:paraId="4B1CCAE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x₄</w:t>
            </w:r>
          </w:p>
        </w:tc>
        <w:tc>
          <w:tcPr>
            <w:tcW w:w="1008" w:type="dxa"/>
            <w:shd w:val="clear" w:color="auto" w:fill="D9E2F3"/>
            <w:vAlign w:val="center"/>
          </w:tcPr>
          <w:p w14:paraId="2AA1102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x₅</w:t>
            </w:r>
          </w:p>
        </w:tc>
        <w:tc>
          <w:tcPr>
            <w:tcW w:w="1008" w:type="dxa"/>
            <w:shd w:val="clear" w:color="auto" w:fill="D9E2F3"/>
            <w:vAlign w:val="center"/>
          </w:tcPr>
          <w:p w14:paraId="7FF5B24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x₆</w:t>
            </w:r>
          </w:p>
        </w:tc>
        <w:tc>
          <w:tcPr>
            <w:tcW w:w="1008" w:type="dxa"/>
            <w:shd w:val="clear" w:color="auto" w:fill="D9E2F3"/>
            <w:vAlign w:val="center"/>
          </w:tcPr>
          <w:p w14:paraId="0FC4851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x₇</w:t>
            </w:r>
          </w:p>
        </w:tc>
        <w:tc>
          <w:tcPr>
            <w:tcW w:w="1008" w:type="dxa"/>
            <w:shd w:val="clear" w:color="auto" w:fill="D9E2F3"/>
            <w:vAlign w:val="center"/>
          </w:tcPr>
          <w:p w14:paraId="01337C0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x₈</w:t>
            </w:r>
          </w:p>
        </w:tc>
        <w:tc>
          <w:tcPr>
            <w:tcW w:w="1008" w:type="dxa"/>
            <w:shd w:val="clear" w:color="auto" w:fill="D9E2F3"/>
            <w:vAlign w:val="center"/>
          </w:tcPr>
          <w:p w14:paraId="2F2A183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x₉</w:t>
            </w:r>
          </w:p>
        </w:tc>
        <w:tc>
          <w:tcPr>
            <w:tcW w:w="1008" w:type="dxa"/>
            <w:shd w:val="clear" w:color="auto" w:fill="D9E2F3"/>
            <w:vAlign w:val="center"/>
          </w:tcPr>
          <w:p w14:paraId="7CF009F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b/>
                <w:sz w:val="24"/>
                <w:szCs w:val="24"/>
              </w:rPr>
              <w:t>x₁₀</w:t>
            </w:r>
          </w:p>
        </w:tc>
      </w:tr>
      <w:tr w:rsidR="00D97056" w:rsidRPr="00324442" w14:paraId="3FCA57F6" w14:textId="77777777" w:rsidTr="008544BA">
        <w:trPr>
          <w:jc w:val="center"/>
        </w:trPr>
        <w:tc>
          <w:tcPr>
            <w:tcW w:w="1008" w:type="dxa"/>
            <w:vAlign w:val="center"/>
          </w:tcPr>
          <w:p w14:paraId="6964FA1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19.2</w:t>
            </w:r>
          </w:p>
        </w:tc>
        <w:tc>
          <w:tcPr>
            <w:tcW w:w="1008" w:type="dxa"/>
            <w:vAlign w:val="center"/>
          </w:tcPr>
          <w:p w14:paraId="61DB663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3.85</w:t>
            </w:r>
          </w:p>
        </w:tc>
        <w:tc>
          <w:tcPr>
            <w:tcW w:w="1008" w:type="dxa"/>
            <w:vAlign w:val="center"/>
          </w:tcPr>
          <w:p w14:paraId="38EC998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66</w:t>
            </w:r>
          </w:p>
        </w:tc>
        <w:tc>
          <w:tcPr>
            <w:tcW w:w="1008" w:type="dxa"/>
            <w:vAlign w:val="center"/>
          </w:tcPr>
          <w:p w14:paraId="67CBAD0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9.35</w:t>
            </w:r>
          </w:p>
        </w:tc>
        <w:tc>
          <w:tcPr>
            <w:tcW w:w="1008" w:type="dxa"/>
            <w:vAlign w:val="center"/>
          </w:tcPr>
          <w:p w14:paraId="0BBAF57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5.65</w:t>
            </w:r>
          </w:p>
        </w:tc>
        <w:tc>
          <w:tcPr>
            <w:tcW w:w="1008" w:type="dxa"/>
            <w:vAlign w:val="center"/>
          </w:tcPr>
          <w:p w14:paraId="1E668D2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2.40</w:t>
            </w:r>
          </w:p>
        </w:tc>
        <w:tc>
          <w:tcPr>
            <w:tcW w:w="1008" w:type="dxa"/>
            <w:vAlign w:val="center"/>
          </w:tcPr>
          <w:p w14:paraId="5F40CA6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3.25</w:t>
            </w:r>
          </w:p>
        </w:tc>
        <w:tc>
          <w:tcPr>
            <w:tcW w:w="1008" w:type="dxa"/>
            <w:vAlign w:val="center"/>
          </w:tcPr>
          <w:p w14:paraId="53A0EF9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0.33</w:t>
            </w:r>
          </w:p>
        </w:tc>
        <w:tc>
          <w:tcPr>
            <w:tcW w:w="1008" w:type="dxa"/>
            <w:vAlign w:val="center"/>
          </w:tcPr>
          <w:p w14:paraId="6013389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</w:t>
            </w:r>
          </w:p>
        </w:tc>
        <w:tc>
          <w:tcPr>
            <w:tcW w:w="1008" w:type="dxa"/>
            <w:vAlign w:val="center"/>
          </w:tcPr>
          <w:p w14:paraId="5C6F959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0.065</w:t>
            </w:r>
          </w:p>
        </w:tc>
      </w:tr>
      <w:tr w:rsidR="00D97056" w:rsidRPr="00324442" w14:paraId="56F14344" w14:textId="77777777" w:rsidTr="008544BA">
        <w:trPr>
          <w:jc w:val="center"/>
        </w:trPr>
        <w:tc>
          <w:tcPr>
            <w:tcW w:w="1008" w:type="dxa"/>
            <w:vAlign w:val="center"/>
          </w:tcPr>
          <w:p w14:paraId="509D423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18.3</w:t>
            </w:r>
          </w:p>
        </w:tc>
        <w:tc>
          <w:tcPr>
            <w:tcW w:w="1008" w:type="dxa"/>
            <w:vAlign w:val="center"/>
          </w:tcPr>
          <w:p w14:paraId="3C03487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3.73</w:t>
            </w:r>
          </w:p>
        </w:tc>
        <w:tc>
          <w:tcPr>
            <w:tcW w:w="1008" w:type="dxa"/>
            <w:vAlign w:val="center"/>
          </w:tcPr>
          <w:p w14:paraId="65001EC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79</w:t>
            </w:r>
          </w:p>
        </w:tc>
        <w:tc>
          <w:tcPr>
            <w:tcW w:w="1008" w:type="dxa"/>
            <w:vAlign w:val="center"/>
          </w:tcPr>
          <w:p w14:paraId="50A9837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11.15</w:t>
            </w:r>
          </w:p>
        </w:tc>
        <w:tc>
          <w:tcPr>
            <w:tcW w:w="1008" w:type="dxa"/>
            <w:vAlign w:val="center"/>
          </w:tcPr>
          <w:p w14:paraId="12248D6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6.95</w:t>
            </w:r>
          </w:p>
        </w:tc>
        <w:tc>
          <w:tcPr>
            <w:tcW w:w="1008" w:type="dxa"/>
            <w:vAlign w:val="center"/>
          </w:tcPr>
          <w:p w14:paraId="1F50510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3.15</w:t>
            </w:r>
          </w:p>
        </w:tc>
        <w:tc>
          <w:tcPr>
            <w:tcW w:w="1008" w:type="dxa"/>
            <w:vAlign w:val="center"/>
          </w:tcPr>
          <w:p w14:paraId="67403E8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3.80</w:t>
            </w:r>
          </w:p>
        </w:tc>
        <w:tc>
          <w:tcPr>
            <w:tcW w:w="1008" w:type="dxa"/>
            <w:vAlign w:val="center"/>
          </w:tcPr>
          <w:p w14:paraId="26AB662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0.36</w:t>
            </w:r>
          </w:p>
        </w:tc>
        <w:tc>
          <w:tcPr>
            <w:tcW w:w="1008" w:type="dxa"/>
            <w:vAlign w:val="center"/>
          </w:tcPr>
          <w:p w14:paraId="1879FCD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21</w:t>
            </w:r>
          </w:p>
        </w:tc>
        <w:tc>
          <w:tcPr>
            <w:tcW w:w="1008" w:type="dxa"/>
            <w:vAlign w:val="center"/>
          </w:tcPr>
          <w:p w14:paraId="1AE4CF4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0.076</w:t>
            </w:r>
          </w:p>
        </w:tc>
      </w:tr>
      <w:tr w:rsidR="00D97056" w:rsidRPr="00324442" w14:paraId="00381BEC" w14:textId="77777777" w:rsidTr="008544BA">
        <w:trPr>
          <w:jc w:val="center"/>
        </w:trPr>
        <w:tc>
          <w:tcPr>
            <w:tcW w:w="1008" w:type="dxa"/>
            <w:vAlign w:val="center"/>
          </w:tcPr>
          <w:p w14:paraId="00AE6B7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17.1</w:t>
            </w:r>
          </w:p>
        </w:tc>
        <w:tc>
          <w:tcPr>
            <w:tcW w:w="1008" w:type="dxa"/>
            <w:vAlign w:val="center"/>
          </w:tcPr>
          <w:p w14:paraId="3E5C521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3.88</w:t>
            </w:r>
          </w:p>
        </w:tc>
        <w:tc>
          <w:tcPr>
            <w:tcW w:w="1008" w:type="dxa"/>
            <w:vAlign w:val="center"/>
          </w:tcPr>
          <w:p w14:paraId="76C65B9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73</w:t>
            </w:r>
          </w:p>
        </w:tc>
        <w:tc>
          <w:tcPr>
            <w:tcW w:w="1008" w:type="dxa"/>
            <w:vAlign w:val="center"/>
          </w:tcPr>
          <w:p w14:paraId="32B4218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9.40</w:t>
            </w:r>
          </w:p>
        </w:tc>
        <w:tc>
          <w:tcPr>
            <w:tcW w:w="1008" w:type="dxa"/>
            <w:vAlign w:val="center"/>
          </w:tcPr>
          <w:p w14:paraId="4377B72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5.75</w:t>
            </w:r>
          </w:p>
        </w:tc>
        <w:tc>
          <w:tcPr>
            <w:tcW w:w="1008" w:type="dxa"/>
            <w:vAlign w:val="center"/>
          </w:tcPr>
          <w:p w14:paraId="62BAFF7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2.10</w:t>
            </w:r>
          </w:p>
        </w:tc>
        <w:tc>
          <w:tcPr>
            <w:tcW w:w="1008" w:type="dxa"/>
            <w:vAlign w:val="center"/>
          </w:tcPr>
          <w:p w14:paraId="3AE7EC1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3.65</w:t>
            </w:r>
          </w:p>
        </w:tc>
        <w:tc>
          <w:tcPr>
            <w:tcW w:w="1008" w:type="dxa"/>
            <w:vAlign w:val="center"/>
          </w:tcPr>
          <w:p w14:paraId="6E5A445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0.40</w:t>
            </w:r>
          </w:p>
        </w:tc>
        <w:tc>
          <w:tcPr>
            <w:tcW w:w="1008" w:type="dxa"/>
            <w:vAlign w:val="center"/>
          </w:tcPr>
          <w:p w14:paraId="17FBB63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18</w:t>
            </w:r>
          </w:p>
        </w:tc>
        <w:tc>
          <w:tcPr>
            <w:tcW w:w="1008" w:type="dxa"/>
            <w:vAlign w:val="center"/>
          </w:tcPr>
          <w:p w14:paraId="2E8A06E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0.073</w:t>
            </w:r>
          </w:p>
        </w:tc>
      </w:tr>
      <w:tr w:rsidR="00D97056" w:rsidRPr="00324442" w14:paraId="4CD1DCD7" w14:textId="77777777" w:rsidTr="008544BA">
        <w:trPr>
          <w:jc w:val="center"/>
        </w:trPr>
        <w:tc>
          <w:tcPr>
            <w:tcW w:w="1008" w:type="dxa"/>
            <w:vAlign w:val="center"/>
          </w:tcPr>
          <w:p w14:paraId="0393E93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17.3</w:t>
            </w:r>
          </w:p>
        </w:tc>
        <w:tc>
          <w:tcPr>
            <w:tcW w:w="1008" w:type="dxa"/>
            <w:vAlign w:val="center"/>
          </w:tcPr>
          <w:p w14:paraId="5C6639C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3.86</w:t>
            </w:r>
          </w:p>
        </w:tc>
        <w:tc>
          <w:tcPr>
            <w:tcW w:w="1008" w:type="dxa"/>
            <w:vAlign w:val="center"/>
          </w:tcPr>
          <w:p w14:paraId="58C3268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99</w:t>
            </w:r>
          </w:p>
        </w:tc>
        <w:tc>
          <w:tcPr>
            <w:tcW w:w="1008" w:type="dxa"/>
            <w:vAlign w:val="center"/>
          </w:tcPr>
          <w:p w14:paraId="51A9C23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12.85</w:t>
            </w:r>
          </w:p>
        </w:tc>
        <w:tc>
          <w:tcPr>
            <w:tcW w:w="1008" w:type="dxa"/>
            <w:vAlign w:val="center"/>
          </w:tcPr>
          <w:p w14:paraId="788C822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7.70</w:t>
            </w:r>
          </w:p>
        </w:tc>
        <w:tc>
          <w:tcPr>
            <w:tcW w:w="1008" w:type="dxa"/>
            <w:vAlign w:val="center"/>
          </w:tcPr>
          <w:p w14:paraId="416A31F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3.90</w:t>
            </w:r>
          </w:p>
        </w:tc>
        <w:tc>
          <w:tcPr>
            <w:tcW w:w="1008" w:type="dxa"/>
            <w:vAlign w:val="center"/>
          </w:tcPr>
          <w:p w14:paraId="220CA1A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3.80</w:t>
            </w:r>
          </w:p>
        </w:tc>
        <w:tc>
          <w:tcPr>
            <w:tcW w:w="1008" w:type="dxa"/>
            <w:vAlign w:val="center"/>
          </w:tcPr>
          <w:p w14:paraId="59A38A3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0.35</w:t>
            </w:r>
          </w:p>
        </w:tc>
        <w:tc>
          <w:tcPr>
            <w:tcW w:w="1008" w:type="dxa"/>
            <w:vAlign w:val="center"/>
          </w:tcPr>
          <w:p w14:paraId="71F96EE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22</w:t>
            </w:r>
          </w:p>
        </w:tc>
        <w:tc>
          <w:tcPr>
            <w:tcW w:w="1008" w:type="dxa"/>
            <w:vAlign w:val="center"/>
          </w:tcPr>
          <w:p w14:paraId="0920DD2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0.076</w:t>
            </w:r>
          </w:p>
        </w:tc>
      </w:tr>
      <w:tr w:rsidR="00D97056" w:rsidRPr="00324442" w14:paraId="3F41DA42" w14:textId="77777777" w:rsidTr="008544BA">
        <w:trPr>
          <w:jc w:val="center"/>
        </w:trPr>
        <w:tc>
          <w:tcPr>
            <w:tcW w:w="1008" w:type="dxa"/>
            <w:vAlign w:val="center"/>
          </w:tcPr>
          <w:p w14:paraId="2A12079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16.8</w:t>
            </w:r>
          </w:p>
        </w:tc>
        <w:tc>
          <w:tcPr>
            <w:tcW w:w="1008" w:type="dxa"/>
            <w:vAlign w:val="center"/>
          </w:tcPr>
          <w:p w14:paraId="10BACDE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3.98</w:t>
            </w:r>
          </w:p>
        </w:tc>
        <w:tc>
          <w:tcPr>
            <w:tcW w:w="1008" w:type="dxa"/>
            <w:vAlign w:val="center"/>
          </w:tcPr>
          <w:p w14:paraId="6979F5C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75</w:t>
            </w:r>
          </w:p>
        </w:tc>
        <w:tc>
          <w:tcPr>
            <w:tcW w:w="1008" w:type="dxa"/>
            <w:vAlign w:val="center"/>
          </w:tcPr>
          <w:p w14:paraId="06D6AB7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8.55</w:t>
            </w:r>
          </w:p>
        </w:tc>
        <w:tc>
          <w:tcPr>
            <w:tcW w:w="1008" w:type="dxa"/>
            <w:vAlign w:val="center"/>
          </w:tcPr>
          <w:p w14:paraId="747D85D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5.05</w:t>
            </w:r>
          </w:p>
        </w:tc>
        <w:tc>
          <w:tcPr>
            <w:tcW w:w="1008" w:type="dxa"/>
            <w:vAlign w:val="center"/>
          </w:tcPr>
          <w:p w14:paraId="0E857CF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2.05</w:t>
            </w:r>
          </w:p>
        </w:tc>
        <w:tc>
          <w:tcPr>
            <w:tcW w:w="1008" w:type="dxa"/>
            <w:vAlign w:val="center"/>
          </w:tcPr>
          <w:p w14:paraId="321848E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3.00</w:t>
            </w:r>
          </w:p>
        </w:tc>
        <w:tc>
          <w:tcPr>
            <w:tcW w:w="1008" w:type="dxa"/>
            <w:vAlign w:val="center"/>
          </w:tcPr>
          <w:p w14:paraId="68B0B33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0.49</w:t>
            </w:r>
          </w:p>
        </w:tc>
        <w:tc>
          <w:tcPr>
            <w:tcW w:w="1008" w:type="dxa"/>
            <w:vAlign w:val="center"/>
          </w:tcPr>
          <w:p w14:paraId="5DD7DF6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12</w:t>
            </w:r>
          </w:p>
        </w:tc>
        <w:tc>
          <w:tcPr>
            <w:tcW w:w="1008" w:type="dxa"/>
            <w:vAlign w:val="center"/>
          </w:tcPr>
          <w:p w14:paraId="3DA35D5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0.060</w:t>
            </w:r>
          </w:p>
        </w:tc>
      </w:tr>
      <w:tr w:rsidR="00D97056" w:rsidRPr="00324442" w14:paraId="53FF0A08" w14:textId="77777777" w:rsidTr="008544BA">
        <w:trPr>
          <w:jc w:val="center"/>
        </w:trPr>
        <w:tc>
          <w:tcPr>
            <w:tcW w:w="1008" w:type="dxa"/>
            <w:vAlign w:val="center"/>
          </w:tcPr>
          <w:p w14:paraId="5C5EDA2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16.5</w:t>
            </w:r>
          </w:p>
        </w:tc>
        <w:tc>
          <w:tcPr>
            <w:tcW w:w="1008" w:type="dxa"/>
            <w:vAlign w:val="center"/>
          </w:tcPr>
          <w:p w14:paraId="3DE43BF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3.85</w:t>
            </w:r>
          </w:p>
        </w:tc>
        <w:tc>
          <w:tcPr>
            <w:tcW w:w="1008" w:type="dxa"/>
            <w:vAlign w:val="center"/>
          </w:tcPr>
          <w:p w14:paraId="77DD9A9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61</w:t>
            </w:r>
          </w:p>
        </w:tc>
        <w:tc>
          <w:tcPr>
            <w:tcW w:w="1008" w:type="dxa"/>
            <w:vAlign w:val="center"/>
          </w:tcPr>
          <w:p w14:paraId="0B7FA81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10.30</w:t>
            </w:r>
          </w:p>
        </w:tc>
        <w:tc>
          <w:tcPr>
            <w:tcW w:w="1008" w:type="dxa"/>
            <w:vAlign w:val="center"/>
          </w:tcPr>
          <w:p w14:paraId="3B600DC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6.20</w:t>
            </w:r>
          </w:p>
        </w:tc>
        <w:tc>
          <w:tcPr>
            <w:tcW w:w="1008" w:type="dxa"/>
            <w:vAlign w:val="center"/>
          </w:tcPr>
          <w:p w14:paraId="6EFCCD6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2.50</w:t>
            </w:r>
          </w:p>
        </w:tc>
        <w:tc>
          <w:tcPr>
            <w:tcW w:w="1008" w:type="dxa"/>
            <w:vAlign w:val="center"/>
          </w:tcPr>
          <w:p w14:paraId="7360C0E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3.70</w:t>
            </w:r>
          </w:p>
        </w:tc>
        <w:tc>
          <w:tcPr>
            <w:tcW w:w="1008" w:type="dxa"/>
            <w:vAlign w:val="center"/>
          </w:tcPr>
          <w:p w14:paraId="61D5720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0.38</w:t>
            </w:r>
          </w:p>
        </w:tc>
        <w:tc>
          <w:tcPr>
            <w:tcW w:w="1008" w:type="dxa"/>
            <w:vAlign w:val="center"/>
          </w:tcPr>
          <w:p w14:paraId="54853A9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20</w:t>
            </w:r>
          </w:p>
        </w:tc>
        <w:tc>
          <w:tcPr>
            <w:tcW w:w="1008" w:type="dxa"/>
            <w:vAlign w:val="center"/>
          </w:tcPr>
          <w:p w14:paraId="16263D0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0.074</w:t>
            </w:r>
          </w:p>
        </w:tc>
      </w:tr>
      <w:tr w:rsidR="00D97056" w:rsidRPr="00324442" w14:paraId="2EC85AE1" w14:textId="77777777" w:rsidTr="008544BA">
        <w:trPr>
          <w:jc w:val="center"/>
        </w:trPr>
        <w:tc>
          <w:tcPr>
            <w:tcW w:w="1008" w:type="dxa"/>
            <w:vAlign w:val="center"/>
          </w:tcPr>
          <w:p w14:paraId="7A30B75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15.8</w:t>
            </w:r>
          </w:p>
        </w:tc>
        <w:tc>
          <w:tcPr>
            <w:tcW w:w="1008" w:type="dxa"/>
            <w:vAlign w:val="center"/>
          </w:tcPr>
          <w:p w14:paraId="39F7383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3.93</w:t>
            </w:r>
          </w:p>
        </w:tc>
        <w:tc>
          <w:tcPr>
            <w:tcW w:w="1008" w:type="dxa"/>
            <w:vAlign w:val="center"/>
          </w:tcPr>
          <w:p w14:paraId="5C33555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66</w:t>
            </w:r>
          </w:p>
        </w:tc>
        <w:tc>
          <w:tcPr>
            <w:tcW w:w="1008" w:type="dxa"/>
            <w:vAlign w:val="center"/>
          </w:tcPr>
          <w:p w14:paraId="385DC48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4.90</w:t>
            </w:r>
          </w:p>
        </w:tc>
        <w:tc>
          <w:tcPr>
            <w:tcW w:w="1008" w:type="dxa"/>
            <w:vAlign w:val="center"/>
          </w:tcPr>
          <w:p w14:paraId="0048FAF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2.75</w:t>
            </w:r>
          </w:p>
        </w:tc>
        <w:tc>
          <w:tcPr>
            <w:tcW w:w="1008" w:type="dxa"/>
            <w:vAlign w:val="center"/>
          </w:tcPr>
          <w:p w14:paraId="0AD05E4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1.20</w:t>
            </w:r>
          </w:p>
        </w:tc>
        <w:tc>
          <w:tcPr>
            <w:tcW w:w="1008" w:type="dxa"/>
            <w:vAlign w:val="center"/>
          </w:tcPr>
          <w:p w14:paraId="76BD720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1.55</w:t>
            </w:r>
          </w:p>
        </w:tc>
        <w:tc>
          <w:tcPr>
            <w:tcW w:w="1008" w:type="dxa"/>
            <w:vAlign w:val="center"/>
          </w:tcPr>
          <w:p w14:paraId="5CCC738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0.29</w:t>
            </w:r>
          </w:p>
        </w:tc>
        <w:tc>
          <w:tcPr>
            <w:tcW w:w="1008" w:type="dxa"/>
            <w:vAlign w:val="center"/>
          </w:tcPr>
          <w:p w14:paraId="2A78589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11</w:t>
            </w:r>
          </w:p>
        </w:tc>
        <w:tc>
          <w:tcPr>
            <w:tcW w:w="1008" w:type="dxa"/>
            <w:vAlign w:val="center"/>
          </w:tcPr>
          <w:p w14:paraId="65EC215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0.031</w:t>
            </w:r>
          </w:p>
        </w:tc>
      </w:tr>
      <w:tr w:rsidR="00D97056" w:rsidRPr="00324442" w14:paraId="465F6886" w14:textId="77777777" w:rsidTr="008544BA">
        <w:trPr>
          <w:jc w:val="center"/>
        </w:trPr>
        <w:tc>
          <w:tcPr>
            <w:tcW w:w="1008" w:type="dxa"/>
            <w:vAlign w:val="center"/>
          </w:tcPr>
          <w:p w14:paraId="575333C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15.2</w:t>
            </w:r>
          </w:p>
        </w:tc>
        <w:tc>
          <w:tcPr>
            <w:tcW w:w="1008" w:type="dxa"/>
            <w:vAlign w:val="center"/>
          </w:tcPr>
          <w:p w14:paraId="2DF5D1B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3.66</w:t>
            </w:r>
          </w:p>
        </w:tc>
        <w:tc>
          <w:tcPr>
            <w:tcW w:w="1008" w:type="dxa"/>
            <w:vAlign w:val="center"/>
          </w:tcPr>
          <w:p w14:paraId="4A7B992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86</w:t>
            </w:r>
          </w:p>
        </w:tc>
        <w:tc>
          <w:tcPr>
            <w:tcW w:w="1008" w:type="dxa"/>
            <w:vAlign w:val="center"/>
          </w:tcPr>
          <w:p w14:paraId="02AF12B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6.40</w:t>
            </w:r>
          </w:p>
        </w:tc>
        <w:tc>
          <w:tcPr>
            <w:tcW w:w="1008" w:type="dxa"/>
            <w:vAlign w:val="center"/>
          </w:tcPr>
          <w:p w14:paraId="116D83A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4.00</w:t>
            </w:r>
          </w:p>
        </w:tc>
        <w:tc>
          <w:tcPr>
            <w:tcW w:w="1008" w:type="dxa"/>
            <w:vAlign w:val="center"/>
          </w:tcPr>
          <w:p w14:paraId="31610FC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1.50</w:t>
            </w:r>
          </w:p>
        </w:tc>
        <w:tc>
          <w:tcPr>
            <w:tcW w:w="1008" w:type="dxa"/>
            <w:vAlign w:val="center"/>
          </w:tcPr>
          <w:p w14:paraId="73A6981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2.50</w:t>
            </w:r>
          </w:p>
        </w:tc>
        <w:tc>
          <w:tcPr>
            <w:tcW w:w="1008" w:type="dxa"/>
            <w:vAlign w:val="center"/>
          </w:tcPr>
          <w:p w14:paraId="5926561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0.27</w:t>
            </w:r>
          </w:p>
        </w:tc>
        <w:tc>
          <w:tcPr>
            <w:tcW w:w="1008" w:type="dxa"/>
            <w:vAlign w:val="center"/>
          </w:tcPr>
          <w:p w14:paraId="2EC0B99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</w:t>
            </w:r>
          </w:p>
        </w:tc>
        <w:tc>
          <w:tcPr>
            <w:tcW w:w="1008" w:type="dxa"/>
            <w:vAlign w:val="center"/>
          </w:tcPr>
          <w:p w14:paraId="329CD9E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0.050</w:t>
            </w:r>
          </w:p>
        </w:tc>
      </w:tr>
      <w:tr w:rsidR="00D97056" w:rsidRPr="00324442" w14:paraId="02E124FF" w14:textId="77777777" w:rsidTr="008544BA">
        <w:trPr>
          <w:jc w:val="center"/>
        </w:trPr>
        <w:tc>
          <w:tcPr>
            <w:tcW w:w="1008" w:type="dxa"/>
            <w:vAlign w:val="center"/>
          </w:tcPr>
          <w:p w14:paraId="5539CA1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15.2</w:t>
            </w:r>
          </w:p>
        </w:tc>
        <w:tc>
          <w:tcPr>
            <w:tcW w:w="1008" w:type="dxa"/>
            <w:vAlign w:val="center"/>
          </w:tcPr>
          <w:p w14:paraId="250A1C3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3.91</w:t>
            </w:r>
          </w:p>
        </w:tc>
        <w:tc>
          <w:tcPr>
            <w:tcW w:w="1008" w:type="dxa"/>
            <w:vAlign w:val="center"/>
          </w:tcPr>
          <w:p w14:paraId="0FEA01C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78</w:t>
            </w:r>
          </w:p>
        </w:tc>
        <w:tc>
          <w:tcPr>
            <w:tcW w:w="1008" w:type="dxa"/>
            <w:vAlign w:val="center"/>
          </w:tcPr>
          <w:p w14:paraId="1F52791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5.80</w:t>
            </w:r>
          </w:p>
        </w:tc>
        <w:tc>
          <w:tcPr>
            <w:tcW w:w="1008" w:type="dxa"/>
            <w:vAlign w:val="center"/>
          </w:tcPr>
          <w:p w14:paraId="39FD679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3.30</w:t>
            </w:r>
          </w:p>
        </w:tc>
        <w:tc>
          <w:tcPr>
            <w:tcW w:w="1008" w:type="dxa"/>
            <w:vAlign w:val="center"/>
          </w:tcPr>
          <w:p w14:paraId="497BD0B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1.40</w:t>
            </w:r>
          </w:p>
        </w:tc>
        <w:tc>
          <w:tcPr>
            <w:tcW w:w="1008" w:type="dxa"/>
            <w:vAlign w:val="center"/>
          </w:tcPr>
          <w:p w14:paraId="2E02D38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1.90</w:t>
            </w:r>
          </w:p>
        </w:tc>
        <w:tc>
          <w:tcPr>
            <w:tcW w:w="1008" w:type="dxa"/>
            <w:vAlign w:val="center"/>
          </w:tcPr>
          <w:p w14:paraId="3D7A7E3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0.40</w:t>
            </w:r>
          </w:p>
        </w:tc>
        <w:tc>
          <w:tcPr>
            <w:tcW w:w="1008" w:type="dxa"/>
            <w:vAlign w:val="center"/>
          </w:tcPr>
          <w:p w14:paraId="1F4A0F4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9</w:t>
            </w:r>
          </w:p>
        </w:tc>
        <w:tc>
          <w:tcPr>
            <w:tcW w:w="1008" w:type="dxa"/>
            <w:vAlign w:val="center"/>
          </w:tcPr>
          <w:p w14:paraId="7739E3B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0.038</w:t>
            </w:r>
          </w:p>
        </w:tc>
      </w:tr>
      <w:tr w:rsidR="00D97056" w:rsidRPr="00324442" w14:paraId="15447449" w14:textId="77777777" w:rsidTr="008544BA">
        <w:trPr>
          <w:jc w:val="center"/>
        </w:trPr>
        <w:tc>
          <w:tcPr>
            <w:tcW w:w="1008" w:type="dxa"/>
            <w:vAlign w:val="center"/>
          </w:tcPr>
          <w:p w14:paraId="1254EB6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14.0</w:t>
            </w:r>
          </w:p>
        </w:tc>
        <w:tc>
          <w:tcPr>
            <w:tcW w:w="1008" w:type="dxa"/>
            <w:vAlign w:val="center"/>
          </w:tcPr>
          <w:p w14:paraId="5ED6D08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3.47</w:t>
            </w:r>
          </w:p>
        </w:tc>
        <w:tc>
          <w:tcPr>
            <w:tcW w:w="1008" w:type="dxa"/>
            <w:vAlign w:val="center"/>
          </w:tcPr>
          <w:p w14:paraId="720B28F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178</w:t>
            </w:r>
          </w:p>
        </w:tc>
        <w:tc>
          <w:tcPr>
            <w:tcW w:w="1008" w:type="dxa"/>
            <w:vAlign w:val="center"/>
          </w:tcPr>
          <w:p w14:paraId="312FFFC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3.60</w:t>
            </w:r>
          </w:p>
        </w:tc>
        <w:tc>
          <w:tcPr>
            <w:tcW w:w="1008" w:type="dxa"/>
            <w:vAlign w:val="center"/>
          </w:tcPr>
          <w:p w14:paraId="197419A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2.25</w:t>
            </w:r>
          </w:p>
        </w:tc>
        <w:tc>
          <w:tcPr>
            <w:tcW w:w="1008" w:type="dxa"/>
            <w:vAlign w:val="center"/>
          </w:tcPr>
          <w:p w14:paraId="1608395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0.75</w:t>
            </w:r>
          </w:p>
        </w:tc>
        <w:tc>
          <w:tcPr>
            <w:tcW w:w="1008" w:type="dxa"/>
            <w:vAlign w:val="center"/>
          </w:tcPr>
          <w:p w14:paraId="548D72A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1.50</w:t>
            </w:r>
          </w:p>
        </w:tc>
        <w:tc>
          <w:tcPr>
            <w:tcW w:w="1008" w:type="dxa"/>
            <w:vAlign w:val="center"/>
          </w:tcPr>
          <w:p w14:paraId="5173A67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0.37</w:t>
            </w:r>
          </w:p>
        </w:tc>
        <w:tc>
          <w:tcPr>
            <w:tcW w:w="1008" w:type="dxa"/>
            <w:vAlign w:val="center"/>
          </w:tcPr>
          <w:p w14:paraId="5CC6E9F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</w:t>
            </w:r>
          </w:p>
        </w:tc>
        <w:tc>
          <w:tcPr>
            <w:tcW w:w="1008" w:type="dxa"/>
            <w:vAlign w:val="center"/>
          </w:tcPr>
          <w:p w14:paraId="560B944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0.030</w:t>
            </w:r>
          </w:p>
        </w:tc>
      </w:tr>
      <w:tr w:rsidR="00D97056" w:rsidRPr="00324442" w14:paraId="627E263D" w14:textId="77777777" w:rsidTr="008544BA">
        <w:trPr>
          <w:jc w:val="center"/>
        </w:trPr>
        <w:tc>
          <w:tcPr>
            <w:tcW w:w="1008" w:type="dxa"/>
            <w:vAlign w:val="center"/>
          </w:tcPr>
          <w:p w14:paraId="7E2DDE1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14.0</w:t>
            </w:r>
          </w:p>
        </w:tc>
        <w:tc>
          <w:tcPr>
            <w:tcW w:w="1008" w:type="dxa"/>
            <w:vAlign w:val="center"/>
          </w:tcPr>
          <w:p w14:paraId="40AE4D2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3.91</w:t>
            </w:r>
          </w:p>
        </w:tc>
        <w:tc>
          <w:tcPr>
            <w:tcW w:w="1008" w:type="dxa"/>
            <w:vAlign w:val="center"/>
          </w:tcPr>
          <w:p w14:paraId="79D2DCE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81</w:t>
            </w:r>
          </w:p>
        </w:tc>
        <w:tc>
          <w:tcPr>
            <w:tcW w:w="1008" w:type="dxa"/>
            <w:vAlign w:val="center"/>
          </w:tcPr>
          <w:p w14:paraId="2971A74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3.90</w:t>
            </w:r>
          </w:p>
        </w:tc>
        <w:tc>
          <w:tcPr>
            <w:tcW w:w="1008" w:type="dxa"/>
            <w:vAlign w:val="center"/>
          </w:tcPr>
          <w:p w14:paraId="082AC6A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2.15</w:t>
            </w:r>
          </w:p>
        </w:tc>
        <w:tc>
          <w:tcPr>
            <w:tcW w:w="1008" w:type="dxa"/>
            <w:vAlign w:val="center"/>
          </w:tcPr>
          <w:p w14:paraId="6C12C9A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1.00</w:t>
            </w:r>
          </w:p>
        </w:tc>
        <w:tc>
          <w:tcPr>
            <w:tcW w:w="1008" w:type="dxa"/>
            <w:vAlign w:val="center"/>
          </w:tcPr>
          <w:p w14:paraId="27D0051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1.15</w:t>
            </w:r>
          </w:p>
        </w:tc>
        <w:tc>
          <w:tcPr>
            <w:tcW w:w="1008" w:type="dxa"/>
            <w:vAlign w:val="center"/>
          </w:tcPr>
          <w:p w14:paraId="725FCD9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0.32</w:t>
            </w:r>
          </w:p>
        </w:tc>
        <w:tc>
          <w:tcPr>
            <w:tcW w:w="1008" w:type="dxa"/>
            <w:vAlign w:val="center"/>
          </w:tcPr>
          <w:p w14:paraId="6060222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</w:t>
            </w:r>
          </w:p>
        </w:tc>
        <w:tc>
          <w:tcPr>
            <w:tcW w:w="1008" w:type="dxa"/>
            <w:vAlign w:val="center"/>
          </w:tcPr>
          <w:p w14:paraId="630C1B3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0.023</w:t>
            </w:r>
          </w:p>
        </w:tc>
      </w:tr>
      <w:tr w:rsidR="00D97056" w:rsidRPr="00324442" w14:paraId="49DF8538" w14:textId="77777777" w:rsidTr="008544BA">
        <w:trPr>
          <w:jc w:val="center"/>
        </w:trPr>
        <w:tc>
          <w:tcPr>
            <w:tcW w:w="1008" w:type="dxa"/>
            <w:vAlign w:val="center"/>
          </w:tcPr>
          <w:p w14:paraId="1C8DD0A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13.8</w:t>
            </w:r>
          </w:p>
        </w:tc>
        <w:tc>
          <w:tcPr>
            <w:tcW w:w="1008" w:type="dxa"/>
            <w:vAlign w:val="center"/>
          </w:tcPr>
          <w:p w14:paraId="078A25A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3.75</w:t>
            </w:r>
          </w:p>
        </w:tc>
        <w:tc>
          <w:tcPr>
            <w:tcW w:w="1008" w:type="dxa"/>
            <w:vAlign w:val="center"/>
          </w:tcPr>
          <w:p w14:paraId="59D35E1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108</w:t>
            </w:r>
          </w:p>
        </w:tc>
        <w:tc>
          <w:tcPr>
            <w:tcW w:w="1008" w:type="dxa"/>
            <w:vAlign w:val="center"/>
          </w:tcPr>
          <w:p w14:paraId="1CCDA42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5.80</w:t>
            </w:r>
          </w:p>
        </w:tc>
        <w:tc>
          <w:tcPr>
            <w:tcW w:w="1008" w:type="dxa"/>
            <w:vAlign w:val="center"/>
          </w:tcPr>
          <w:p w14:paraId="1820039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3.20</w:t>
            </w:r>
          </w:p>
        </w:tc>
        <w:tc>
          <w:tcPr>
            <w:tcW w:w="1008" w:type="dxa"/>
            <w:vAlign w:val="center"/>
          </w:tcPr>
          <w:p w14:paraId="1F36053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1.60</w:t>
            </w:r>
          </w:p>
        </w:tc>
        <w:tc>
          <w:tcPr>
            <w:tcW w:w="1008" w:type="dxa"/>
            <w:vAlign w:val="center"/>
          </w:tcPr>
          <w:p w14:paraId="76727DD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1.60</w:t>
            </w:r>
          </w:p>
        </w:tc>
        <w:tc>
          <w:tcPr>
            <w:tcW w:w="1008" w:type="dxa"/>
            <w:vAlign w:val="center"/>
          </w:tcPr>
          <w:p w14:paraId="2151CAA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0.38</w:t>
            </w:r>
          </w:p>
        </w:tc>
        <w:tc>
          <w:tcPr>
            <w:tcW w:w="1008" w:type="dxa"/>
            <w:vAlign w:val="center"/>
          </w:tcPr>
          <w:p w14:paraId="59D7B7E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</w:t>
            </w:r>
          </w:p>
        </w:tc>
        <w:tc>
          <w:tcPr>
            <w:tcW w:w="1008" w:type="dxa"/>
            <w:vAlign w:val="center"/>
          </w:tcPr>
          <w:p w14:paraId="43B6762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0.032</w:t>
            </w:r>
          </w:p>
        </w:tc>
      </w:tr>
      <w:tr w:rsidR="00D97056" w:rsidRPr="00324442" w14:paraId="7DF62810" w14:textId="77777777" w:rsidTr="008544BA">
        <w:trPr>
          <w:jc w:val="center"/>
        </w:trPr>
        <w:tc>
          <w:tcPr>
            <w:tcW w:w="1008" w:type="dxa"/>
            <w:vAlign w:val="center"/>
          </w:tcPr>
          <w:p w14:paraId="1F06810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13.6</w:t>
            </w:r>
          </w:p>
        </w:tc>
        <w:tc>
          <w:tcPr>
            <w:tcW w:w="1008" w:type="dxa"/>
            <w:vAlign w:val="center"/>
          </w:tcPr>
          <w:p w14:paraId="5790883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3.90</w:t>
            </w:r>
          </w:p>
        </w:tc>
        <w:tc>
          <w:tcPr>
            <w:tcW w:w="1008" w:type="dxa"/>
            <w:vAlign w:val="center"/>
          </w:tcPr>
          <w:p w14:paraId="5EC57E7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92</w:t>
            </w:r>
          </w:p>
        </w:tc>
        <w:tc>
          <w:tcPr>
            <w:tcW w:w="1008" w:type="dxa"/>
            <w:vAlign w:val="center"/>
          </w:tcPr>
          <w:p w14:paraId="5990893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5.40</w:t>
            </w:r>
          </w:p>
        </w:tc>
        <w:tc>
          <w:tcPr>
            <w:tcW w:w="1008" w:type="dxa"/>
            <w:vAlign w:val="center"/>
          </w:tcPr>
          <w:p w14:paraId="18EC1C5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2.85</w:t>
            </w:r>
          </w:p>
        </w:tc>
        <w:tc>
          <w:tcPr>
            <w:tcW w:w="1008" w:type="dxa"/>
            <w:vAlign w:val="center"/>
          </w:tcPr>
          <w:p w14:paraId="3507A23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1.55</w:t>
            </w:r>
          </w:p>
        </w:tc>
        <w:tc>
          <w:tcPr>
            <w:tcW w:w="1008" w:type="dxa"/>
            <w:vAlign w:val="center"/>
          </w:tcPr>
          <w:p w14:paraId="00E656A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1.30</w:t>
            </w:r>
          </w:p>
        </w:tc>
        <w:tc>
          <w:tcPr>
            <w:tcW w:w="1008" w:type="dxa"/>
            <w:vAlign w:val="center"/>
          </w:tcPr>
          <w:p w14:paraId="1F96C2C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0.44</w:t>
            </w:r>
          </w:p>
        </w:tc>
        <w:tc>
          <w:tcPr>
            <w:tcW w:w="1008" w:type="dxa"/>
            <w:vAlign w:val="center"/>
          </w:tcPr>
          <w:p w14:paraId="75BBD13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</w:t>
            </w:r>
          </w:p>
        </w:tc>
        <w:tc>
          <w:tcPr>
            <w:tcW w:w="1008" w:type="dxa"/>
            <w:vAlign w:val="center"/>
          </w:tcPr>
          <w:p w14:paraId="41553C4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0.026</w:t>
            </w:r>
          </w:p>
        </w:tc>
      </w:tr>
      <w:tr w:rsidR="00D97056" w:rsidRPr="00324442" w14:paraId="51D60FA1" w14:textId="77777777" w:rsidTr="008544BA">
        <w:trPr>
          <w:jc w:val="center"/>
        </w:trPr>
        <w:tc>
          <w:tcPr>
            <w:tcW w:w="1008" w:type="dxa"/>
            <w:vAlign w:val="center"/>
          </w:tcPr>
          <w:p w14:paraId="676BD77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12.8</w:t>
            </w:r>
          </w:p>
        </w:tc>
        <w:tc>
          <w:tcPr>
            <w:tcW w:w="1008" w:type="dxa"/>
            <w:vAlign w:val="center"/>
          </w:tcPr>
          <w:p w14:paraId="2F35A80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3.92</w:t>
            </w:r>
          </w:p>
        </w:tc>
        <w:tc>
          <w:tcPr>
            <w:tcW w:w="1008" w:type="dxa"/>
            <w:vAlign w:val="center"/>
          </w:tcPr>
          <w:p w14:paraId="387CE0E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96</w:t>
            </w:r>
          </w:p>
        </w:tc>
        <w:tc>
          <w:tcPr>
            <w:tcW w:w="1008" w:type="dxa"/>
            <w:vAlign w:val="center"/>
          </w:tcPr>
          <w:p w14:paraId="29CDB4A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5.00</w:t>
            </w:r>
          </w:p>
        </w:tc>
        <w:tc>
          <w:tcPr>
            <w:tcW w:w="1008" w:type="dxa"/>
            <w:vAlign w:val="center"/>
          </w:tcPr>
          <w:p w14:paraId="539801E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2.70</w:t>
            </w:r>
          </w:p>
        </w:tc>
        <w:tc>
          <w:tcPr>
            <w:tcW w:w="1008" w:type="dxa"/>
            <w:vAlign w:val="center"/>
          </w:tcPr>
          <w:p w14:paraId="098D93D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1.40</w:t>
            </w:r>
          </w:p>
        </w:tc>
        <w:tc>
          <w:tcPr>
            <w:tcW w:w="1008" w:type="dxa"/>
            <w:vAlign w:val="center"/>
          </w:tcPr>
          <w:p w14:paraId="176E982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1.30</w:t>
            </w:r>
          </w:p>
        </w:tc>
        <w:tc>
          <w:tcPr>
            <w:tcW w:w="1008" w:type="dxa"/>
            <w:vAlign w:val="center"/>
          </w:tcPr>
          <w:p w14:paraId="08CF9DE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0.35</w:t>
            </w:r>
          </w:p>
        </w:tc>
        <w:tc>
          <w:tcPr>
            <w:tcW w:w="1008" w:type="dxa"/>
            <w:vAlign w:val="center"/>
          </w:tcPr>
          <w:p w14:paraId="1FE8A3C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</w:t>
            </w:r>
          </w:p>
        </w:tc>
        <w:tc>
          <w:tcPr>
            <w:tcW w:w="1008" w:type="dxa"/>
            <w:vAlign w:val="center"/>
          </w:tcPr>
          <w:p w14:paraId="3AE0818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0.026</w:t>
            </w:r>
          </w:p>
        </w:tc>
      </w:tr>
      <w:tr w:rsidR="00D97056" w:rsidRPr="00324442" w14:paraId="5F0A76E4" w14:textId="77777777" w:rsidTr="008544BA">
        <w:trPr>
          <w:jc w:val="center"/>
        </w:trPr>
        <w:tc>
          <w:tcPr>
            <w:tcW w:w="1008" w:type="dxa"/>
            <w:vAlign w:val="center"/>
          </w:tcPr>
          <w:p w14:paraId="1C22696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18.5</w:t>
            </w:r>
          </w:p>
        </w:tc>
        <w:tc>
          <w:tcPr>
            <w:tcW w:w="1008" w:type="dxa"/>
            <w:vAlign w:val="center"/>
          </w:tcPr>
          <w:p w14:paraId="6F3387E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3.87</w:t>
            </w:r>
          </w:p>
        </w:tc>
        <w:tc>
          <w:tcPr>
            <w:tcW w:w="1008" w:type="dxa"/>
            <w:vAlign w:val="center"/>
          </w:tcPr>
          <w:p w14:paraId="26F1E58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89</w:t>
            </w:r>
          </w:p>
        </w:tc>
        <w:tc>
          <w:tcPr>
            <w:tcW w:w="1008" w:type="dxa"/>
            <w:vAlign w:val="center"/>
          </w:tcPr>
          <w:p w14:paraId="28FEB3C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9.15</w:t>
            </w:r>
          </w:p>
        </w:tc>
        <w:tc>
          <w:tcPr>
            <w:tcW w:w="1008" w:type="dxa"/>
            <w:vAlign w:val="center"/>
          </w:tcPr>
          <w:p w14:paraId="4E437CF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5.60</w:t>
            </w:r>
          </w:p>
        </w:tc>
        <w:tc>
          <w:tcPr>
            <w:tcW w:w="1008" w:type="dxa"/>
            <w:vAlign w:val="center"/>
          </w:tcPr>
          <w:p w14:paraId="0E1DAE8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1.95</w:t>
            </w:r>
          </w:p>
        </w:tc>
        <w:tc>
          <w:tcPr>
            <w:tcW w:w="1008" w:type="dxa"/>
            <w:vAlign w:val="center"/>
          </w:tcPr>
          <w:p w14:paraId="23BD3D9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3.65</w:t>
            </w:r>
          </w:p>
        </w:tc>
        <w:tc>
          <w:tcPr>
            <w:tcW w:w="1008" w:type="dxa"/>
            <w:vAlign w:val="center"/>
          </w:tcPr>
          <w:p w14:paraId="2DF1C8A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0.46</w:t>
            </w:r>
          </w:p>
        </w:tc>
        <w:tc>
          <w:tcPr>
            <w:tcW w:w="1008" w:type="dxa"/>
            <w:vAlign w:val="center"/>
          </w:tcPr>
          <w:p w14:paraId="2FABFBA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16</w:t>
            </w:r>
          </w:p>
        </w:tc>
        <w:tc>
          <w:tcPr>
            <w:tcW w:w="1008" w:type="dxa"/>
            <w:vAlign w:val="center"/>
          </w:tcPr>
          <w:p w14:paraId="73E2CE1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0.073</w:t>
            </w:r>
          </w:p>
        </w:tc>
      </w:tr>
      <w:tr w:rsidR="00D97056" w:rsidRPr="00324442" w14:paraId="7D637031" w14:textId="77777777" w:rsidTr="008544BA">
        <w:trPr>
          <w:jc w:val="center"/>
        </w:trPr>
        <w:tc>
          <w:tcPr>
            <w:tcW w:w="1008" w:type="dxa"/>
            <w:vAlign w:val="center"/>
          </w:tcPr>
          <w:p w14:paraId="2F7FFDC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17.3</w:t>
            </w:r>
          </w:p>
        </w:tc>
        <w:tc>
          <w:tcPr>
            <w:tcW w:w="1008" w:type="dxa"/>
            <w:vAlign w:val="center"/>
          </w:tcPr>
          <w:p w14:paraId="5C381CF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3.97</w:t>
            </w:r>
          </w:p>
        </w:tc>
        <w:tc>
          <w:tcPr>
            <w:tcW w:w="1008" w:type="dxa"/>
            <w:vAlign w:val="center"/>
          </w:tcPr>
          <w:p w14:paraId="6FBC808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59</w:t>
            </w:r>
          </w:p>
        </w:tc>
        <w:tc>
          <w:tcPr>
            <w:tcW w:w="1008" w:type="dxa"/>
            <w:vAlign w:val="center"/>
          </w:tcPr>
          <w:p w14:paraId="2D9CAA5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10.25</w:t>
            </w:r>
          </w:p>
        </w:tc>
        <w:tc>
          <w:tcPr>
            <w:tcW w:w="1008" w:type="dxa"/>
            <w:vAlign w:val="center"/>
          </w:tcPr>
          <w:p w14:paraId="6E3FB4E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6.10</w:t>
            </w:r>
          </w:p>
        </w:tc>
        <w:tc>
          <w:tcPr>
            <w:tcW w:w="1008" w:type="dxa"/>
            <w:vAlign w:val="center"/>
          </w:tcPr>
          <w:p w14:paraId="1D0AFD7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2.40</w:t>
            </w:r>
          </w:p>
        </w:tc>
        <w:tc>
          <w:tcPr>
            <w:tcW w:w="1008" w:type="dxa"/>
            <w:vAlign w:val="center"/>
          </w:tcPr>
          <w:p w14:paraId="49A9D2D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3.70</w:t>
            </w:r>
          </w:p>
        </w:tc>
        <w:tc>
          <w:tcPr>
            <w:tcW w:w="1008" w:type="dxa"/>
            <w:vAlign w:val="center"/>
          </w:tcPr>
          <w:p w14:paraId="130B109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0.40</w:t>
            </w:r>
          </w:p>
        </w:tc>
        <w:tc>
          <w:tcPr>
            <w:tcW w:w="1008" w:type="dxa"/>
            <w:vAlign w:val="center"/>
          </w:tcPr>
          <w:p w14:paraId="2A888CC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</w:t>
            </w:r>
          </w:p>
        </w:tc>
        <w:tc>
          <w:tcPr>
            <w:tcW w:w="1008" w:type="dxa"/>
            <w:vAlign w:val="center"/>
          </w:tcPr>
          <w:p w14:paraId="538DAE4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0.074</w:t>
            </w:r>
          </w:p>
        </w:tc>
      </w:tr>
      <w:tr w:rsidR="00D97056" w:rsidRPr="00324442" w14:paraId="5A0CB405" w14:textId="77777777" w:rsidTr="008544BA">
        <w:trPr>
          <w:jc w:val="center"/>
        </w:trPr>
        <w:tc>
          <w:tcPr>
            <w:tcW w:w="1008" w:type="dxa"/>
            <w:vAlign w:val="center"/>
          </w:tcPr>
          <w:p w14:paraId="6AD413E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16.3</w:t>
            </w:r>
          </w:p>
        </w:tc>
        <w:tc>
          <w:tcPr>
            <w:tcW w:w="1008" w:type="dxa"/>
            <w:vAlign w:val="center"/>
          </w:tcPr>
          <w:p w14:paraId="650CEB7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3.76</w:t>
            </w:r>
          </w:p>
        </w:tc>
        <w:tc>
          <w:tcPr>
            <w:tcW w:w="1008" w:type="dxa"/>
            <w:vAlign w:val="center"/>
          </w:tcPr>
          <w:p w14:paraId="3BB2575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22</w:t>
            </w:r>
          </w:p>
        </w:tc>
        <w:tc>
          <w:tcPr>
            <w:tcW w:w="1008" w:type="dxa"/>
            <w:vAlign w:val="center"/>
          </w:tcPr>
          <w:p w14:paraId="43CDDBB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8.20</w:t>
            </w:r>
          </w:p>
        </w:tc>
        <w:tc>
          <w:tcPr>
            <w:tcW w:w="1008" w:type="dxa"/>
            <w:vAlign w:val="center"/>
          </w:tcPr>
          <w:p w14:paraId="4B736C1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5.00</w:t>
            </w:r>
          </w:p>
        </w:tc>
        <w:tc>
          <w:tcPr>
            <w:tcW w:w="1008" w:type="dxa"/>
            <w:vAlign w:val="center"/>
          </w:tcPr>
          <w:p w14:paraId="2605F84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1.85</w:t>
            </w:r>
          </w:p>
        </w:tc>
        <w:tc>
          <w:tcPr>
            <w:tcW w:w="1008" w:type="dxa"/>
            <w:vAlign w:val="center"/>
          </w:tcPr>
          <w:p w14:paraId="4E11D04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3.15</w:t>
            </w:r>
          </w:p>
        </w:tc>
        <w:tc>
          <w:tcPr>
            <w:tcW w:w="1008" w:type="dxa"/>
            <w:vAlign w:val="center"/>
          </w:tcPr>
          <w:p w14:paraId="1C6FCE2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0.25</w:t>
            </w:r>
          </w:p>
        </w:tc>
        <w:tc>
          <w:tcPr>
            <w:tcW w:w="1008" w:type="dxa"/>
            <w:vAlign w:val="center"/>
          </w:tcPr>
          <w:p w14:paraId="08451F1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25</w:t>
            </w:r>
          </w:p>
        </w:tc>
        <w:tc>
          <w:tcPr>
            <w:tcW w:w="1008" w:type="dxa"/>
            <w:vAlign w:val="center"/>
          </w:tcPr>
          <w:p w14:paraId="5EC581A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0.063</w:t>
            </w:r>
          </w:p>
        </w:tc>
      </w:tr>
      <w:tr w:rsidR="00D97056" w:rsidRPr="00324442" w14:paraId="295C0B1C" w14:textId="77777777" w:rsidTr="008544BA">
        <w:trPr>
          <w:jc w:val="center"/>
        </w:trPr>
        <w:tc>
          <w:tcPr>
            <w:tcW w:w="1008" w:type="dxa"/>
            <w:vAlign w:val="center"/>
          </w:tcPr>
          <w:p w14:paraId="34630C6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16.3</w:t>
            </w:r>
          </w:p>
        </w:tc>
        <w:tc>
          <w:tcPr>
            <w:tcW w:w="1008" w:type="dxa"/>
            <w:vAlign w:val="center"/>
          </w:tcPr>
          <w:p w14:paraId="56E02E3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3.76</w:t>
            </w:r>
          </w:p>
        </w:tc>
        <w:tc>
          <w:tcPr>
            <w:tcW w:w="1008" w:type="dxa"/>
            <w:vAlign w:val="center"/>
          </w:tcPr>
          <w:p w14:paraId="715A3A3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77</w:t>
            </w:r>
          </w:p>
        </w:tc>
        <w:tc>
          <w:tcPr>
            <w:tcW w:w="1008" w:type="dxa"/>
            <w:vAlign w:val="center"/>
          </w:tcPr>
          <w:p w14:paraId="2D7927D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8.35</w:t>
            </w:r>
          </w:p>
        </w:tc>
        <w:tc>
          <w:tcPr>
            <w:tcW w:w="1008" w:type="dxa"/>
            <w:vAlign w:val="center"/>
          </w:tcPr>
          <w:p w14:paraId="1BF9B8A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5.05</w:t>
            </w:r>
          </w:p>
        </w:tc>
        <w:tc>
          <w:tcPr>
            <w:tcW w:w="1008" w:type="dxa"/>
            <w:vAlign w:val="center"/>
          </w:tcPr>
          <w:p w14:paraId="562C85F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1.90</w:t>
            </w:r>
          </w:p>
        </w:tc>
        <w:tc>
          <w:tcPr>
            <w:tcW w:w="1008" w:type="dxa"/>
            <w:vAlign w:val="center"/>
          </w:tcPr>
          <w:p w14:paraId="051C95F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3.15</w:t>
            </w:r>
          </w:p>
        </w:tc>
        <w:tc>
          <w:tcPr>
            <w:tcW w:w="1008" w:type="dxa"/>
            <w:vAlign w:val="center"/>
          </w:tcPr>
          <w:p w14:paraId="34B2363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0.37</w:t>
            </w:r>
          </w:p>
        </w:tc>
        <w:tc>
          <w:tcPr>
            <w:tcW w:w="1008" w:type="dxa"/>
            <w:vAlign w:val="center"/>
          </w:tcPr>
          <w:p w14:paraId="33D7B89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</w:t>
            </w:r>
          </w:p>
        </w:tc>
        <w:tc>
          <w:tcPr>
            <w:tcW w:w="1008" w:type="dxa"/>
            <w:vAlign w:val="center"/>
          </w:tcPr>
          <w:p w14:paraId="75D28C4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0.063</w:t>
            </w:r>
          </w:p>
        </w:tc>
      </w:tr>
      <w:tr w:rsidR="00D97056" w:rsidRPr="00324442" w14:paraId="69AD2245" w14:textId="77777777" w:rsidTr="008544BA">
        <w:trPr>
          <w:jc w:val="center"/>
        </w:trPr>
        <w:tc>
          <w:tcPr>
            <w:tcW w:w="1008" w:type="dxa"/>
            <w:vAlign w:val="center"/>
          </w:tcPr>
          <w:p w14:paraId="4B22F52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lastRenderedPageBreak/>
              <w:t>16.0</w:t>
            </w:r>
          </w:p>
        </w:tc>
        <w:tc>
          <w:tcPr>
            <w:tcW w:w="1008" w:type="dxa"/>
            <w:vAlign w:val="center"/>
          </w:tcPr>
          <w:p w14:paraId="1722E98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3.98</w:t>
            </w:r>
          </w:p>
        </w:tc>
        <w:tc>
          <w:tcPr>
            <w:tcW w:w="1008" w:type="dxa"/>
            <w:vAlign w:val="center"/>
          </w:tcPr>
          <w:p w14:paraId="3165A12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58</w:t>
            </w:r>
          </w:p>
        </w:tc>
        <w:tc>
          <w:tcPr>
            <w:tcW w:w="1008" w:type="dxa"/>
            <w:vAlign w:val="center"/>
          </w:tcPr>
          <w:p w14:paraId="22E44F7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10.15</w:t>
            </w:r>
          </w:p>
        </w:tc>
        <w:tc>
          <w:tcPr>
            <w:tcW w:w="1008" w:type="dxa"/>
            <w:vAlign w:val="center"/>
          </w:tcPr>
          <w:p w14:paraId="2BC8D96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6.00</w:t>
            </w:r>
          </w:p>
        </w:tc>
        <w:tc>
          <w:tcPr>
            <w:tcW w:w="1008" w:type="dxa"/>
            <w:vAlign w:val="center"/>
          </w:tcPr>
          <w:p w14:paraId="53490A1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2.60</w:t>
            </w:r>
          </w:p>
        </w:tc>
        <w:tc>
          <w:tcPr>
            <w:tcW w:w="1008" w:type="dxa"/>
            <w:vAlign w:val="center"/>
          </w:tcPr>
          <w:p w14:paraId="34155E7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3.40</w:t>
            </w:r>
          </w:p>
        </w:tc>
        <w:tc>
          <w:tcPr>
            <w:tcW w:w="1008" w:type="dxa"/>
            <w:vAlign w:val="center"/>
          </w:tcPr>
          <w:p w14:paraId="32D4C41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0.38</w:t>
            </w:r>
          </w:p>
        </w:tc>
        <w:tc>
          <w:tcPr>
            <w:tcW w:w="1008" w:type="dxa"/>
            <w:vAlign w:val="center"/>
          </w:tcPr>
          <w:p w14:paraId="27741C5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18</w:t>
            </w:r>
          </w:p>
        </w:tc>
        <w:tc>
          <w:tcPr>
            <w:tcW w:w="1008" w:type="dxa"/>
            <w:vAlign w:val="center"/>
          </w:tcPr>
          <w:p w14:paraId="2C70425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0.068</w:t>
            </w:r>
          </w:p>
        </w:tc>
      </w:tr>
      <w:tr w:rsidR="00D97056" w:rsidRPr="00324442" w14:paraId="0A74304B" w14:textId="77777777" w:rsidTr="008544BA">
        <w:trPr>
          <w:jc w:val="center"/>
        </w:trPr>
        <w:tc>
          <w:tcPr>
            <w:tcW w:w="1008" w:type="dxa"/>
            <w:vAlign w:val="center"/>
          </w:tcPr>
          <w:p w14:paraId="3208B32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16.0</w:t>
            </w:r>
          </w:p>
        </w:tc>
        <w:tc>
          <w:tcPr>
            <w:tcW w:w="1008" w:type="dxa"/>
            <w:vAlign w:val="center"/>
          </w:tcPr>
          <w:p w14:paraId="12CD528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3.88</w:t>
            </w:r>
          </w:p>
        </w:tc>
        <w:tc>
          <w:tcPr>
            <w:tcW w:w="1008" w:type="dxa"/>
            <w:vAlign w:val="center"/>
          </w:tcPr>
          <w:p w14:paraId="69E3045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85</w:t>
            </w:r>
          </w:p>
        </w:tc>
        <w:tc>
          <w:tcPr>
            <w:tcW w:w="1008" w:type="dxa"/>
            <w:vAlign w:val="center"/>
          </w:tcPr>
          <w:p w14:paraId="45296F0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6.85</w:t>
            </w:r>
          </w:p>
        </w:tc>
        <w:tc>
          <w:tcPr>
            <w:tcW w:w="1008" w:type="dxa"/>
            <w:vAlign w:val="center"/>
          </w:tcPr>
          <w:p w14:paraId="6194D34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4.10</w:t>
            </w:r>
          </w:p>
        </w:tc>
        <w:tc>
          <w:tcPr>
            <w:tcW w:w="1008" w:type="dxa"/>
            <w:vAlign w:val="center"/>
          </w:tcPr>
          <w:p w14:paraId="2579468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1.50</w:t>
            </w:r>
          </w:p>
        </w:tc>
        <w:tc>
          <w:tcPr>
            <w:tcW w:w="1008" w:type="dxa"/>
            <w:vAlign w:val="center"/>
          </w:tcPr>
          <w:p w14:paraId="38942BD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2.60</w:t>
            </w:r>
          </w:p>
        </w:tc>
        <w:tc>
          <w:tcPr>
            <w:tcW w:w="1008" w:type="dxa"/>
            <w:vAlign w:val="center"/>
          </w:tcPr>
          <w:p w14:paraId="2762E62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0.33</w:t>
            </w:r>
          </w:p>
        </w:tc>
        <w:tc>
          <w:tcPr>
            <w:tcW w:w="1008" w:type="dxa"/>
            <w:vAlign w:val="center"/>
          </w:tcPr>
          <w:p w14:paraId="1823E9C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16</w:t>
            </w:r>
          </w:p>
        </w:tc>
        <w:tc>
          <w:tcPr>
            <w:tcW w:w="1008" w:type="dxa"/>
            <w:vAlign w:val="center"/>
          </w:tcPr>
          <w:p w14:paraId="34CBD34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0.052</w:t>
            </w:r>
          </w:p>
        </w:tc>
      </w:tr>
      <w:tr w:rsidR="00D97056" w:rsidRPr="00324442" w14:paraId="2AC399F4" w14:textId="77777777" w:rsidTr="008544BA">
        <w:trPr>
          <w:jc w:val="center"/>
        </w:trPr>
        <w:tc>
          <w:tcPr>
            <w:tcW w:w="1008" w:type="dxa"/>
            <w:vAlign w:val="center"/>
          </w:tcPr>
          <w:p w14:paraId="266D724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15.7</w:t>
            </w:r>
          </w:p>
        </w:tc>
        <w:tc>
          <w:tcPr>
            <w:tcW w:w="1008" w:type="dxa"/>
            <w:vAlign w:val="center"/>
          </w:tcPr>
          <w:p w14:paraId="4FC50C9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3.75</w:t>
            </w:r>
          </w:p>
        </w:tc>
        <w:tc>
          <w:tcPr>
            <w:tcW w:w="1008" w:type="dxa"/>
            <w:vAlign w:val="center"/>
          </w:tcPr>
          <w:p w14:paraId="5581DD8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120</w:t>
            </w:r>
          </w:p>
        </w:tc>
        <w:tc>
          <w:tcPr>
            <w:tcW w:w="1008" w:type="dxa"/>
            <w:vAlign w:val="center"/>
          </w:tcPr>
          <w:p w14:paraId="721CF6A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8.80</w:t>
            </w:r>
          </w:p>
        </w:tc>
        <w:tc>
          <w:tcPr>
            <w:tcW w:w="1008" w:type="dxa"/>
            <w:vAlign w:val="center"/>
          </w:tcPr>
          <w:p w14:paraId="5C2F911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5.50</w:t>
            </w:r>
          </w:p>
        </w:tc>
        <w:tc>
          <w:tcPr>
            <w:tcW w:w="1008" w:type="dxa"/>
            <w:vAlign w:val="center"/>
          </w:tcPr>
          <w:p w14:paraId="27DD847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1.85</w:t>
            </w:r>
          </w:p>
        </w:tc>
        <w:tc>
          <w:tcPr>
            <w:tcW w:w="1008" w:type="dxa"/>
            <w:vAlign w:val="center"/>
          </w:tcPr>
          <w:p w14:paraId="782F4E5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3.65</w:t>
            </w:r>
          </w:p>
        </w:tc>
        <w:tc>
          <w:tcPr>
            <w:tcW w:w="1008" w:type="dxa"/>
            <w:vAlign w:val="center"/>
          </w:tcPr>
          <w:p w14:paraId="49DCAD7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0.39</w:t>
            </w:r>
          </w:p>
        </w:tc>
        <w:tc>
          <w:tcPr>
            <w:tcW w:w="1008" w:type="dxa"/>
            <w:vAlign w:val="center"/>
          </w:tcPr>
          <w:p w14:paraId="31F80DB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</w:t>
            </w:r>
          </w:p>
        </w:tc>
        <w:tc>
          <w:tcPr>
            <w:tcW w:w="1008" w:type="dxa"/>
            <w:vAlign w:val="center"/>
          </w:tcPr>
          <w:p w14:paraId="1434057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0.073</w:t>
            </w:r>
          </w:p>
        </w:tc>
      </w:tr>
      <w:tr w:rsidR="00D97056" w:rsidRPr="00324442" w14:paraId="21180A94" w14:textId="77777777" w:rsidTr="008544BA">
        <w:trPr>
          <w:jc w:val="center"/>
        </w:trPr>
        <w:tc>
          <w:tcPr>
            <w:tcW w:w="1008" w:type="dxa"/>
            <w:vAlign w:val="center"/>
          </w:tcPr>
          <w:p w14:paraId="2CF5DDB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15.5</w:t>
            </w:r>
          </w:p>
        </w:tc>
        <w:tc>
          <w:tcPr>
            <w:tcW w:w="1008" w:type="dxa"/>
            <w:vAlign w:val="center"/>
          </w:tcPr>
          <w:p w14:paraId="6F467DA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3.98</w:t>
            </w:r>
          </w:p>
        </w:tc>
        <w:tc>
          <w:tcPr>
            <w:tcW w:w="1008" w:type="dxa"/>
            <w:vAlign w:val="center"/>
          </w:tcPr>
          <w:p w14:paraId="7E5066C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94</w:t>
            </w:r>
          </w:p>
        </w:tc>
        <w:tc>
          <w:tcPr>
            <w:tcW w:w="1008" w:type="dxa"/>
            <w:vAlign w:val="center"/>
          </w:tcPr>
          <w:p w14:paraId="6D83058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5.45</w:t>
            </w:r>
          </w:p>
        </w:tc>
        <w:tc>
          <w:tcPr>
            <w:tcW w:w="1008" w:type="dxa"/>
            <w:vAlign w:val="center"/>
          </w:tcPr>
          <w:p w14:paraId="5678F3C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3.05</w:t>
            </w:r>
          </w:p>
        </w:tc>
        <w:tc>
          <w:tcPr>
            <w:tcW w:w="1008" w:type="dxa"/>
            <w:vAlign w:val="center"/>
          </w:tcPr>
          <w:p w14:paraId="792CCF0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1.50</w:t>
            </w:r>
          </w:p>
        </w:tc>
        <w:tc>
          <w:tcPr>
            <w:tcW w:w="1008" w:type="dxa"/>
            <w:vAlign w:val="center"/>
          </w:tcPr>
          <w:p w14:paraId="470EAF5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1.55</w:t>
            </w:r>
          </w:p>
        </w:tc>
        <w:tc>
          <w:tcPr>
            <w:tcW w:w="1008" w:type="dxa"/>
            <w:vAlign w:val="center"/>
          </w:tcPr>
          <w:p w14:paraId="196A2D4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0.41</w:t>
            </w:r>
          </w:p>
        </w:tc>
        <w:tc>
          <w:tcPr>
            <w:tcW w:w="1008" w:type="dxa"/>
            <w:vAlign w:val="center"/>
          </w:tcPr>
          <w:p w14:paraId="1957898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</w:t>
            </w:r>
          </w:p>
        </w:tc>
        <w:tc>
          <w:tcPr>
            <w:tcW w:w="1008" w:type="dxa"/>
            <w:vAlign w:val="center"/>
          </w:tcPr>
          <w:p w14:paraId="4E43FB9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0.031</w:t>
            </w:r>
          </w:p>
        </w:tc>
      </w:tr>
      <w:tr w:rsidR="00D97056" w:rsidRPr="00324442" w14:paraId="03BE674F" w14:textId="77777777" w:rsidTr="008544BA">
        <w:trPr>
          <w:jc w:val="center"/>
        </w:trPr>
        <w:tc>
          <w:tcPr>
            <w:tcW w:w="1008" w:type="dxa"/>
            <w:vAlign w:val="center"/>
          </w:tcPr>
          <w:p w14:paraId="325A9C1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15.3</w:t>
            </w:r>
          </w:p>
        </w:tc>
        <w:tc>
          <w:tcPr>
            <w:tcW w:w="1008" w:type="dxa"/>
            <w:vAlign w:val="center"/>
          </w:tcPr>
          <w:p w14:paraId="5924084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3.69</w:t>
            </w:r>
          </w:p>
        </w:tc>
        <w:tc>
          <w:tcPr>
            <w:tcW w:w="1008" w:type="dxa"/>
            <w:vAlign w:val="center"/>
          </w:tcPr>
          <w:p w14:paraId="565DB24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122</w:t>
            </w:r>
          </w:p>
        </w:tc>
        <w:tc>
          <w:tcPr>
            <w:tcW w:w="1008" w:type="dxa"/>
            <w:vAlign w:val="center"/>
          </w:tcPr>
          <w:p w14:paraId="638C3F2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8.00</w:t>
            </w:r>
          </w:p>
        </w:tc>
        <w:tc>
          <w:tcPr>
            <w:tcW w:w="1008" w:type="dxa"/>
            <w:vAlign w:val="center"/>
          </w:tcPr>
          <w:p w14:paraId="165EB4D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5.05</w:t>
            </w:r>
          </w:p>
        </w:tc>
        <w:tc>
          <w:tcPr>
            <w:tcW w:w="1008" w:type="dxa"/>
            <w:vAlign w:val="center"/>
          </w:tcPr>
          <w:p w14:paraId="4A4BC25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1.90</w:t>
            </w:r>
          </w:p>
        </w:tc>
        <w:tc>
          <w:tcPr>
            <w:tcW w:w="1008" w:type="dxa"/>
            <w:vAlign w:val="center"/>
          </w:tcPr>
          <w:p w14:paraId="576B6C9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3.15</w:t>
            </w:r>
          </w:p>
        </w:tc>
        <w:tc>
          <w:tcPr>
            <w:tcW w:w="1008" w:type="dxa"/>
            <w:vAlign w:val="center"/>
          </w:tcPr>
          <w:p w14:paraId="4F3155F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0.27</w:t>
            </w:r>
          </w:p>
        </w:tc>
        <w:tc>
          <w:tcPr>
            <w:tcW w:w="1008" w:type="dxa"/>
            <w:vAlign w:val="center"/>
          </w:tcPr>
          <w:p w14:paraId="32BBA34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23</w:t>
            </w:r>
          </w:p>
        </w:tc>
        <w:tc>
          <w:tcPr>
            <w:tcW w:w="1008" w:type="dxa"/>
            <w:vAlign w:val="center"/>
          </w:tcPr>
          <w:p w14:paraId="637467C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0.063</w:t>
            </w:r>
          </w:p>
        </w:tc>
      </w:tr>
      <w:tr w:rsidR="00D97056" w:rsidRPr="00324442" w14:paraId="0BF2F2BF" w14:textId="77777777" w:rsidTr="008544BA">
        <w:trPr>
          <w:jc w:val="center"/>
        </w:trPr>
        <w:tc>
          <w:tcPr>
            <w:tcW w:w="1008" w:type="dxa"/>
            <w:vAlign w:val="center"/>
          </w:tcPr>
          <w:p w14:paraId="3A8DFAA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15.3</w:t>
            </w:r>
          </w:p>
        </w:tc>
        <w:tc>
          <w:tcPr>
            <w:tcW w:w="1008" w:type="dxa"/>
            <w:vAlign w:val="center"/>
          </w:tcPr>
          <w:p w14:paraId="73D5679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3.77</w:t>
            </w:r>
          </w:p>
        </w:tc>
        <w:tc>
          <w:tcPr>
            <w:tcW w:w="1008" w:type="dxa"/>
            <w:vAlign w:val="center"/>
          </w:tcPr>
          <w:p w14:paraId="5CF3783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144</w:t>
            </w:r>
          </w:p>
        </w:tc>
        <w:tc>
          <w:tcPr>
            <w:tcW w:w="1008" w:type="dxa"/>
            <w:vAlign w:val="center"/>
          </w:tcPr>
          <w:p w14:paraId="03580C4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5.60</w:t>
            </w:r>
          </w:p>
        </w:tc>
        <w:tc>
          <w:tcPr>
            <w:tcW w:w="1008" w:type="dxa"/>
            <w:vAlign w:val="center"/>
          </w:tcPr>
          <w:p w14:paraId="63DBFD5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3.35</w:t>
            </w:r>
          </w:p>
        </w:tc>
        <w:tc>
          <w:tcPr>
            <w:tcW w:w="1008" w:type="dxa"/>
            <w:vAlign w:val="center"/>
          </w:tcPr>
          <w:p w14:paraId="09940FD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1.10</w:t>
            </w:r>
          </w:p>
        </w:tc>
        <w:tc>
          <w:tcPr>
            <w:tcW w:w="1008" w:type="dxa"/>
            <w:vAlign w:val="center"/>
          </w:tcPr>
          <w:p w14:paraId="103054E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2.25</w:t>
            </w:r>
          </w:p>
        </w:tc>
        <w:tc>
          <w:tcPr>
            <w:tcW w:w="1008" w:type="dxa"/>
            <w:vAlign w:val="center"/>
          </w:tcPr>
          <w:p w14:paraId="29367C7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0.36</w:t>
            </w:r>
          </w:p>
        </w:tc>
        <w:tc>
          <w:tcPr>
            <w:tcW w:w="1008" w:type="dxa"/>
            <w:vAlign w:val="center"/>
          </w:tcPr>
          <w:p w14:paraId="2A5274F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12</w:t>
            </w:r>
          </w:p>
        </w:tc>
        <w:tc>
          <w:tcPr>
            <w:tcW w:w="1008" w:type="dxa"/>
            <w:vAlign w:val="center"/>
          </w:tcPr>
          <w:p w14:paraId="385E125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0.045</w:t>
            </w:r>
          </w:p>
        </w:tc>
      </w:tr>
      <w:tr w:rsidR="00D97056" w:rsidRPr="00324442" w14:paraId="6CAAF1CB" w14:textId="77777777" w:rsidTr="008544BA">
        <w:trPr>
          <w:jc w:val="center"/>
        </w:trPr>
        <w:tc>
          <w:tcPr>
            <w:tcW w:w="1008" w:type="dxa"/>
            <w:vAlign w:val="center"/>
          </w:tcPr>
          <w:p w14:paraId="02573A0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14.8</w:t>
            </w:r>
          </w:p>
        </w:tc>
        <w:tc>
          <w:tcPr>
            <w:tcW w:w="1008" w:type="dxa"/>
            <w:vAlign w:val="center"/>
          </w:tcPr>
          <w:p w14:paraId="675980D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3.74</w:t>
            </w:r>
          </w:p>
        </w:tc>
        <w:tc>
          <w:tcPr>
            <w:tcW w:w="1008" w:type="dxa"/>
            <w:vAlign w:val="center"/>
          </w:tcPr>
          <w:p w14:paraId="6FB1C78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10</w:t>
            </w:r>
          </w:p>
        </w:tc>
        <w:tc>
          <w:tcPr>
            <w:tcW w:w="1008" w:type="dxa"/>
            <w:vAlign w:val="center"/>
          </w:tcPr>
          <w:p w14:paraId="1241433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7.90</w:t>
            </w:r>
          </w:p>
        </w:tc>
        <w:tc>
          <w:tcPr>
            <w:tcW w:w="1008" w:type="dxa"/>
            <w:vAlign w:val="center"/>
          </w:tcPr>
          <w:p w14:paraId="6CBC6A7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4.75</w:t>
            </w:r>
          </w:p>
        </w:tc>
        <w:tc>
          <w:tcPr>
            <w:tcW w:w="1008" w:type="dxa"/>
            <w:vAlign w:val="center"/>
          </w:tcPr>
          <w:p w14:paraId="134D877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1.95</w:t>
            </w:r>
          </w:p>
        </w:tc>
        <w:tc>
          <w:tcPr>
            <w:tcW w:w="1008" w:type="dxa"/>
            <w:vAlign w:val="center"/>
          </w:tcPr>
          <w:p w14:paraId="20529C1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2.80</w:t>
            </w:r>
          </w:p>
        </w:tc>
        <w:tc>
          <w:tcPr>
            <w:tcW w:w="1008" w:type="dxa"/>
            <w:vAlign w:val="center"/>
          </w:tcPr>
          <w:p w14:paraId="1C3B49F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0.25</w:t>
            </w:r>
          </w:p>
        </w:tc>
        <w:tc>
          <w:tcPr>
            <w:tcW w:w="1008" w:type="dxa"/>
            <w:vAlign w:val="center"/>
          </w:tcPr>
          <w:p w14:paraId="29907AB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23</w:t>
            </w:r>
          </w:p>
        </w:tc>
        <w:tc>
          <w:tcPr>
            <w:tcW w:w="1008" w:type="dxa"/>
            <w:vAlign w:val="center"/>
          </w:tcPr>
          <w:p w14:paraId="26C19CD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0.056</w:t>
            </w:r>
          </w:p>
        </w:tc>
      </w:tr>
      <w:tr w:rsidR="00D97056" w:rsidRPr="00324442" w14:paraId="51EFD2AD" w14:textId="77777777" w:rsidTr="008544BA">
        <w:trPr>
          <w:jc w:val="center"/>
        </w:trPr>
        <w:tc>
          <w:tcPr>
            <w:tcW w:w="1008" w:type="dxa"/>
            <w:vAlign w:val="center"/>
          </w:tcPr>
          <w:p w14:paraId="750AE51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14.3</w:t>
            </w:r>
          </w:p>
        </w:tc>
        <w:tc>
          <w:tcPr>
            <w:tcW w:w="1008" w:type="dxa"/>
            <w:vAlign w:val="center"/>
          </w:tcPr>
          <w:p w14:paraId="3E03963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3.76</w:t>
            </w:r>
          </w:p>
        </w:tc>
        <w:tc>
          <w:tcPr>
            <w:tcW w:w="1008" w:type="dxa"/>
            <w:vAlign w:val="center"/>
          </w:tcPr>
          <w:p w14:paraId="2AA6CDB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100</w:t>
            </w:r>
          </w:p>
        </w:tc>
        <w:tc>
          <w:tcPr>
            <w:tcW w:w="1008" w:type="dxa"/>
            <w:vAlign w:val="center"/>
          </w:tcPr>
          <w:p w14:paraId="5C2ECA7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5.55</w:t>
            </w:r>
          </w:p>
        </w:tc>
        <w:tc>
          <w:tcPr>
            <w:tcW w:w="1008" w:type="dxa"/>
            <w:vAlign w:val="center"/>
          </w:tcPr>
          <w:p w14:paraId="0A1ACB3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3.25</w:t>
            </w:r>
          </w:p>
        </w:tc>
        <w:tc>
          <w:tcPr>
            <w:tcW w:w="1008" w:type="dxa"/>
            <w:vAlign w:val="center"/>
          </w:tcPr>
          <w:p w14:paraId="40F1EFF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1.15</w:t>
            </w:r>
          </w:p>
        </w:tc>
        <w:tc>
          <w:tcPr>
            <w:tcW w:w="1008" w:type="dxa"/>
            <w:vAlign w:val="center"/>
          </w:tcPr>
          <w:p w14:paraId="1C8FB66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2.10</w:t>
            </w:r>
          </w:p>
        </w:tc>
        <w:tc>
          <w:tcPr>
            <w:tcW w:w="1008" w:type="dxa"/>
            <w:vAlign w:val="center"/>
          </w:tcPr>
          <w:p w14:paraId="5055D89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0.34</w:t>
            </w:r>
          </w:p>
        </w:tc>
        <w:tc>
          <w:tcPr>
            <w:tcW w:w="1008" w:type="dxa"/>
            <w:vAlign w:val="center"/>
          </w:tcPr>
          <w:p w14:paraId="08643CF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12</w:t>
            </w:r>
          </w:p>
        </w:tc>
        <w:tc>
          <w:tcPr>
            <w:tcW w:w="1008" w:type="dxa"/>
            <w:vAlign w:val="center"/>
          </w:tcPr>
          <w:p w14:paraId="08842E4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0.042</w:t>
            </w:r>
          </w:p>
        </w:tc>
      </w:tr>
      <w:tr w:rsidR="00D97056" w:rsidRPr="00324442" w14:paraId="4AD98D04" w14:textId="77777777" w:rsidTr="008544BA">
        <w:trPr>
          <w:jc w:val="center"/>
        </w:trPr>
        <w:tc>
          <w:tcPr>
            <w:tcW w:w="1008" w:type="dxa"/>
            <w:vAlign w:val="center"/>
          </w:tcPr>
          <w:p w14:paraId="787206D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14.3</w:t>
            </w:r>
          </w:p>
        </w:tc>
        <w:tc>
          <w:tcPr>
            <w:tcW w:w="1008" w:type="dxa"/>
            <w:vAlign w:val="center"/>
          </w:tcPr>
          <w:p w14:paraId="497E728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3.91</w:t>
            </w:r>
          </w:p>
        </w:tc>
        <w:tc>
          <w:tcPr>
            <w:tcW w:w="1008" w:type="dxa"/>
            <w:vAlign w:val="center"/>
          </w:tcPr>
          <w:p w14:paraId="12FD677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73</w:t>
            </w:r>
          </w:p>
        </w:tc>
        <w:tc>
          <w:tcPr>
            <w:tcW w:w="1008" w:type="dxa"/>
            <w:vAlign w:val="center"/>
          </w:tcPr>
          <w:p w14:paraId="1E76E45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4.65</w:t>
            </w:r>
          </w:p>
        </w:tc>
        <w:tc>
          <w:tcPr>
            <w:tcW w:w="1008" w:type="dxa"/>
            <w:vAlign w:val="center"/>
          </w:tcPr>
          <w:p w14:paraId="5222F2F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2.70</w:t>
            </w:r>
          </w:p>
        </w:tc>
        <w:tc>
          <w:tcPr>
            <w:tcW w:w="1008" w:type="dxa"/>
            <w:vAlign w:val="center"/>
          </w:tcPr>
          <w:p w14:paraId="21CEBB6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0.95</w:t>
            </w:r>
          </w:p>
        </w:tc>
        <w:tc>
          <w:tcPr>
            <w:tcW w:w="1008" w:type="dxa"/>
            <w:vAlign w:val="center"/>
          </w:tcPr>
          <w:p w14:paraId="12F82C9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1.75</w:t>
            </w:r>
          </w:p>
        </w:tc>
        <w:tc>
          <w:tcPr>
            <w:tcW w:w="1008" w:type="dxa"/>
            <w:vAlign w:val="center"/>
          </w:tcPr>
          <w:p w14:paraId="55D2A1D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0.36</w:t>
            </w:r>
          </w:p>
        </w:tc>
        <w:tc>
          <w:tcPr>
            <w:tcW w:w="1008" w:type="dxa"/>
            <w:vAlign w:val="center"/>
          </w:tcPr>
          <w:p w14:paraId="0C96EBC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10</w:t>
            </w:r>
          </w:p>
        </w:tc>
        <w:tc>
          <w:tcPr>
            <w:tcW w:w="1008" w:type="dxa"/>
            <w:vAlign w:val="center"/>
          </w:tcPr>
          <w:p w14:paraId="14DF054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0.035</w:t>
            </w:r>
          </w:p>
        </w:tc>
      </w:tr>
      <w:tr w:rsidR="00D97056" w:rsidRPr="00324442" w14:paraId="7FA04E00" w14:textId="77777777" w:rsidTr="008544BA">
        <w:trPr>
          <w:jc w:val="center"/>
        </w:trPr>
        <w:tc>
          <w:tcPr>
            <w:tcW w:w="1008" w:type="dxa"/>
            <w:vAlign w:val="center"/>
          </w:tcPr>
          <w:p w14:paraId="1703BCB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14.2</w:t>
            </w:r>
          </w:p>
        </w:tc>
        <w:tc>
          <w:tcPr>
            <w:tcW w:w="1008" w:type="dxa"/>
            <w:vAlign w:val="center"/>
          </w:tcPr>
          <w:p w14:paraId="056B0E9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3.60</w:t>
            </w:r>
          </w:p>
        </w:tc>
        <w:tc>
          <w:tcPr>
            <w:tcW w:w="1008" w:type="dxa"/>
            <w:vAlign w:val="center"/>
          </w:tcPr>
          <w:p w14:paraId="771BC8D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301</w:t>
            </w:r>
          </w:p>
        </w:tc>
        <w:tc>
          <w:tcPr>
            <w:tcW w:w="1008" w:type="dxa"/>
            <w:vAlign w:val="center"/>
          </w:tcPr>
          <w:p w14:paraId="7FF3CD7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4.25</w:t>
            </w:r>
          </w:p>
        </w:tc>
        <w:tc>
          <w:tcPr>
            <w:tcW w:w="1008" w:type="dxa"/>
            <w:vAlign w:val="center"/>
          </w:tcPr>
          <w:p w14:paraId="471E62D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2.40</w:t>
            </w:r>
          </w:p>
        </w:tc>
        <w:tc>
          <w:tcPr>
            <w:tcW w:w="1008" w:type="dxa"/>
            <w:vAlign w:val="center"/>
          </w:tcPr>
          <w:p w14:paraId="73C1A6E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1.25</w:t>
            </w:r>
          </w:p>
        </w:tc>
        <w:tc>
          <w:tcPr>
            <w:tcW w:w="1008" w:type="dxa"/>
            <w:vAlign w:val="center"/>
          </w:tcPr>
          <w:p w14:paraId="672C772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1.15</w:t>
            </w:r>
          </w:p>
        </w:tc>
        <w:tc>
          <w:tcPr>
            <w:tcW w:w="1008" w:type="dxa"/>
            <w:vAlign w:val="center"/>
          </w:tcPr>
          <w:p w14:paraId="2FE41CD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0.42</w:t>
            </w:r>
          </w:p>
        </w:tc>
        <w:tc>
          <w:tcPr>
            <w:tcW w:w="1008" w:type="dxa"/>
            <w:vAlign w:val="center"/>
          </w:tcPr>
          <w:p w14:paraId="5D3224E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</w:t>
            </w:r>
          </w:p>
        </w:tc>
        <w:tc>
          <w:tcPr>
            <w:tcW w:w="1008" w:type="dxa"/>
            <w:vAlign w:val="center"/>
          </w:tcPr>
          <w:p w14:paraId="67BE03A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0.023</w:t>
            </w:r>
          </w:p>
        </w:tc>
      </w:tr>
      <w:tr w:rsidR="00D97056" w:rsidRPr="00324442" w14:paraId="7A9A2A33" w14:textId="77777777" w:rsidTr="008544BA">
        <w:trPr>
          <w:jc w:val="center"/>
        </w:trPr>
        <w:tc>
          <w:tcPr>
            <w:tcW w:w="1008" w:type="dxa"/>
            <w:vAlign w:val="center"/>
          </w:tcPr>
          <w:p w14:paraId="43DD58C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14.0</w:t>
            </w:r>
          </w:p>
        </w:tc>
        <w:tc>
          <w:tcPr>
            <w:tcW w:w="1008" w:type="dxa"/>
            <w:vAlign w:val="center"/>
          </w:tcPr>
          <w:p w14:paraId="1DA2963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3.76</w:t>
            </w:r>
          </w:p>
        </w:tc>
        <w:tc>
          <w:tcPr>
            <w:tcW w:w="1008" w:type="dxa"/>
            <w:vAlign w:val="center"/>
          </w:tcPr>
          <w:p w14:paraId="016A8FD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104</w:t>
            </w:r>
          </w:p>
        </w:tc>
        <w:tc>
          <w:tcPr>
            <w:tcW w:w="1008" w:type="dxa"/>
            <w:vAlign w:val="center"/>
          </w:tcPr>
          <w:p w14:paraId="701D9B6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8.70</w:t>
            </w:r>
          </w:p>
        </w:tc>
        <w:tc>
          <w:tcPr>
            <w:tcW w:w="1008" w:type="dxa"/>
            <w:vAlign w:val="center"/>
          </w:tcPr>
          <w:p w14:paraId="3ADF85E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5.10</w:t>
            </w:r>
          </w:p>
        </w:tc>
        <w:tc>
          <w:tcPr>
            <w:tcW w:w="1008" w:type="dxa"/>
            <w:vAlign w:val="center"/>
          </w:tcPr>
          <w:p w14:paraId="2C20B8E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2.25</w:t>
            </w:r>
          </w:p>
        </w:tc>
        <w:tc>
          <w:tcPr>
            <w:tcW w:w="1008" w:type="dxa"/>
            <w:vAlign w:val="center"/>
          </w:tcPr>
          <w:p w14:paraId="7E61279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2.85</w:t>
            </w:r>
          </w:p>
        </w:tc>
        <w:tc>
          <w:tcPr>
            <w:tcW w:w="1008" w:type="dxa"/>
            <w:vAlign w:val="center"/>
          </w:tcPr>
          <w:p w14:paraId="7037B65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0.34</w:t>
            </w:r>
          </w:p>
        </w:tc>
        <w:tc>
          <w:tcPr>
            <w:tcW w:w="1008" w:type="dxa"/>
            <w:vAlign w:val="center"/>
          </w:tcPr>
          <w:p w14:paraId="245C4C7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17</w:t>
            </w:r>
          </w:p>
        </w:tc>
        <w:tc>
          <w:tcPr>
            <w:tcW w:w="1008" w:type="dxa"/>
            <w:vAlign w:val="center"/>
          </w:tcPr>
          <w:p w14:paraId="03EEC8C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0.057</w:t>
            </w:r>
          </w:p>
        </w:tc>
      </w:tr>
      <w:tr w:rsidR="00D97056" w:rsidRPr="00324442" w14:paraId="17DAF22E" w14:textId="77777777" w:rsidTr="008544BA">
        <w:trPr>
          <w:jc w:val="center"/>
        </w:trPr>
        <w:tc>
          <w:tcPr>
            <w:tcW w:w="1008" w:type="dxa"/>
            <w:vAlign w:val="center"/>
          </w:tcPr>
          <w:p w14:paraId="0751DC8B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13.8</w:t>
            </w:r>
          </w:p>
        </w:tc>
        <w:tc>
          <w:tcPr>
            <w:tcW w:w="1008" w:type="dxa"/>
            <w:vAlign w:val="center"/>
          </w:tcPr>
          <w:p w14:paraId="6A86774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3.90</w:t>
            </w:r>
          </w:p>
        </w:tc>
        <w:tc>
          <w:tcPr>
            <w:tcW w:w="1008" w:type="dxa"/>
            <w:vAlign w:val="center"/>
          </w:tcPr>
          <w:p w14:paraId="439A637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67</w:t>
            </w:r>
          </w:p>
        </w:tc>
        <w:tc>
          <w:tcPr>
            <w:tcW w:w="1008" w:type="dxa"/>
            <w:vAlign w:val="center"/>
          </w:tcPr>
          <w:p w14:paraId="14E5A39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7.40</w:t>
            </w:r>
          </w:p>
        </w:tc>
        <w:tc>
          <w:tcPr>
            <w:tcW w:w="1008" w:type="dxa"/>
            <w:vAlign w:val="center"/>
          </w:tcPr>
          <w:p w14:paraId="48C0D063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4.40</w:t>
            </w:r>
          </w:p>
        </w:tc>
        <w:tc>
          <w:tcPr>
            <w:tcW w:w="1008" w:type="dxa"/>
            <w:vAlign w:val="center"/>
          </w:tcPr>
          <w:p w14:paraId="2807303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1.60</w:t>
            </w:r>
          </w:p>
        </w:tc>
        <w:tc>
          <w:tcPr>
            <w:tcW w:w="1008" w:type="dxa"/>
            <w:vAlign w:val="center"/>
          </w:tcPr>
          <w:p w14:paraId="36D1AE6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2.80</w:t>
            </w:r>
          </w:p>
        </w:tc>
        <w:tc>
          <w:tcPr>
            <w:tcW w:w="1008" w:type="dxa"/>
            <w:vAlign w:val="center"/>
          </w:tcPr>
          <w:p w14:paraId="251CB25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0.45</w:t>
            </w:r>
          </w:p>
        </w:tc>
        <w:tc>
          <w:tcPr>
            <w:tcW w:w="1008" w:type="dxa"/>
            <w:vAlign w:val="center"/>
          </w:tcPr>
          <w:p w14:paraId="58F3407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13</w:t>
            </w:r>
          </w:p>
        </w:tc>
        <w:tc>
          <w:tcPr>
            <w:tcW w:w="1008" w:type="dxa"/>
            <w:vAlign w:val="center"/>
          </w:tcPr>
          <w:p w14:paraId="06FC4B21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0.056</w:t>
            </w:r>
          </w:p>
        </w:tc>
      </w:tr>
      <w:tr w:rsidR="00D97056" w:rsidRPr="00324442" w14:paraId="29EC1E9D" w14:textId="77777777" w:rsidTr="008544BA">
        <w:trPr>
          <w:jc w:val="center"/>
        </w:trPr>
        <w:tc>
          <w:tcPr>
            <w:tcW w:w="1008" w:type="dxa"/>
            <w:vAlign w:val="center"/>
          </w:tcPr>
          <w:p w14:paraId="4589833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12.5</w:t>
            </w:r>
          </w:p>
        </w:tc>
        <w:tc>
          <w:tcPr>
            <w:tcW w:w="1008" w:type="dxa"/>
            <w:vAlign w:val="center"/>
          </w:tcPr>
          <w:p w14:paraId="477C7B4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3.80</w:t>
            </w:r>
          </w:p>
        </w:tc>
        <w:tc>
          <w:tcPr>
            <w:tcW w:w="1008" w:type="dxa"/>
            <w:vAlign w:val="center"/>
          </w:tcPr>
          <w:p w14:paraId="0D92FF0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89</w:t>
            </w:r>
          </w:p>
        </w:tc>
        <w:tc>
          <w:tcPr>
            <w:tcW w:w="1008" w:type="dxa"/>
            <w:vAlign w:val="center"/>
          </w:tcPr>
          <w:p w14:paraId="5B4EA960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5.35</w:t>
            </w:r>
          </w:p>
        </w:tc>
        <w:tc>
          <w:tcPr>
            <w:tcW w:w="1008" w:type="dxa"/>
            <w:vAlign w:val="center"/>
          </w:tcPr>
          <w:p w14:paraId="73C4AF0C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3.15</w:t>
            </w:r>
          </w:p>
        </w:tc>
        <w:tc>
          <w:tcPr>
            <w:tcW w:w="1008" w:type="dxa"/>
            <w:vAlign w:val="center"/>
          </w:tcPr>
          <w:p w14:paraId="5B7C6422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1.20</w:t>
            </w:r>
          </w:p>
        </w:tc>
        <w:tc>
          <w:tcPr>
            <w:tcW w:w="1008" w:type="dxa"/>
            <w:vAlign w:val="center"/>
          </w:tcPr>
          <w:p w14:paraId="4E1A4118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1.95</w:t>
            </w:r>
          </w:p>
        </w:tc>
        <w:tc>
          <w:tcPr>
            <w:tcW w:w="1008" w:type="dxa"/>
            <w:vAlign w:val="center"/>
          </w:tcPr>
          <w:p w14:paraId="6040204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0.32</w:t>
            </w:r>
          </w:p>
        </w:tc>
        <w:tc>
          <w:tcPr>
            <w:tcW w:w="1008" w:type="dxa"/>
            <w:vAlign w:val="center"/>
          </w:tcPr>
          <w:p w14:paraId="1722B5C9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12</w:t>
            </w:r>
          </w:p>
        </w:tc>
        <w:tc>
          <w:tcPr>
            <w:tcW w:w="1008" w:type="dxa"/>
            <w:vAlign w:val="center"/>
          </w:tcPr>
          <w:p w14:paraId="29A494C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0.039</w:t>
            </w:r>
          </w:p>
        </w:tc>
      </w:tr>
      <w:tr w:rsidR="00D97056" w:rsidRPr="00324442" w14:paraId="3092AC72" w14:textId="77777777" w:rsidTr="008544BA">
        <w:trPr>
          <w:jc w:val="center"/>
        </w:trPr>
        <w:tc>
          <w:tcPr>
            <w:tcW w:w="1008" w:type="dxa"/>
            <w:vAlign w:val="center"/>
          </w:tcPr>
          <w:p w14:paraId="625F26BA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11.5</w:t>
            </w:r>
          </w:p>
        </w:tc>
        <w:tc>
          <w:tcPr>
            <w:tcW w:w="1008" w:type="dxa"/>
            <w:vAlign w:val="center"/>
          </w:tcPr>
          <w:p w14:paraId="775DA886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3.65</w:t>
            </w:r>
          </w:p>
        </w:tc>
        <w:tc>
          <w:tcPr>
            <w:tcW w:w="1008" w:type="dxa"/>
            <w:vAlign w:val="center"/>
          </w:tcPr>
          <w:p w14:paraId="5F171FA7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192</w:t>
            </w:r>
          </w:p>
        </w:tc>
        <w:tc>
          <w:tcPr>
            <w:tcW w:w="1008" w:type="dxa"/>
            <w:vAlign w:val="center"/>
          </w:tcPr>
          <w:p w14:paraId="152636FE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6.35</w:t>
            </w:r>
          </w:p>
        </w:tc>
        <w:tc>
          <w:tcPr>
            <w:tcW w:w="1008" w:type="dxa"/>
            <w:vAlign w:val="center"/>
          </w:tcPr>
          <w:p w14:paraId="7618624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3.90</w:t>
            </w:r>
          </w:p>
        </w:tc>
        <w:tc>
          <w:tcPr>
            <w:tcW w:w="1008" w:type="dxa"/>
            <w:vAlign w:val="center"/>
          </w:tcPr>
          <w:p w14:paraId="207EF385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1.25</w:t>
            </w:r>
          </w:p>
        </w:tc>
        <w:tc>
          <w:tcPr>
            <w:tcW w:w="1008" w:type="dxa"/>
            <w:vAlign w:val="center"/>
          </w:tcPr>
          <w:p w14:paraId="4150F1EF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2.65</w:t>
            </w:r>
          </w:p>
        </w:tc>
        <w:tc>
          <w:tcPr>
            <w:tcW w:w="1008" w:type="dxa"/>
            <w:vAlign w:val="center"/>
          </w:tcPr>
          <w:p w14:paraId="595E35A4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0.63</w:t>
            </w:r>
          </w:p>
        </w:tc>
        <w:tc>
          <w:tcPr>
            <w:tcW w:w="1008" w:type="dxa"/>
            <w:vAlign w:val="center"/>
          </w:tcPr>
          <w:p w14:paraId="0E3CA9E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8</w:t>
            </w:r>
          </w:p>
        </w:tc>
        <w:tc>
          <w:tcPr>
            <w:tcW w:w="1008" w:type="dxa"/>
            <w:vAlign w:val="center"/>
          </w:tcPr>
          <w:p w14:paraId="484F984D" w14:textId="77777777" w:rsidR="00D97056" w:rsidRPr="00324442" w:rsidRDefault="00D97056" w:rsidP="004E2A35">
            <w:pPr>
              <w:jc w:val="both"/>
              <w:rPr>
                <w:sz w:val="24"/>
                <w:szCs w:val="24"/>
              </w:rPr>
            </w:pPr>
            <w:r w:rsidRPr="00324442">
              <w:rPr>
                <w:sz w:val="24"/>
                <w:szCs w:val="24"/>
              </w:rPr>
              <w:t>0.053</w:t>
            </w:r>
          </w:p>
        </w:tc>
      </w:tr>
    </w:tbl>
    <w:p w14:paraId="05EE6F87" w14:textId="77777777" w:rsidR="00D97056" w:rsidRPr="00324442" w:rsidRDefault="00D97056" w:rsidP="004E2A35">
      <w:pPr>
        <w:spacing w:after="20"/>
        <w:jc w:val="both"/>
        <w:rPr>
          <w:sz w:val="24"/>
          <w:szCs w:val="24"/>
        </w:rPr>
      </w:pPr>
    </w:p>
    <w:p w14:paraId="273946EA" w14:textId="77777777" w:rsidR="00D97056" w:rsidRPr="00324442" w:rsidRDefault="00D97056" w:rsidP="004E2A35">
      <w:pPr>
        <w:jc w:val="both"/>
        <w:rPr>
          <w:sz w:val="24"/>
          <w:szCs w:val="24"/>
        </w:rPr>
      </w:pPr>
      <w:r w:rsidRPr="00324442">
        <w:rPr>
          <w:sz w:val="24"/>
          <w:szCs w:val="24"/>
        </w:rPr>
        <w:t>Definitions: y = quality rating (20 maximum); x₂ = pH; x₃ = total SO₂ (ppm); x₄ = color density; x₅ = wine color; x₆ = polymeric pigment color; x₇ = anthocyanin color; x₈ = total anthocyanins (g/L); x₉ = degree of ionization of anthocyanins (%); x₁₀ = ionized anthocyanins (%).</w:t>
      </w:r>
    </w:p>
    <w:p w14:paraId="5B6253AD" w14:textId="77777777" w:rsidR="00D97056" w:rsidRPr="00324442" w:rsidRDefault="00D97056" w:rsidP="004E2A35">
      <w:pPr>
        <w:pStyle w:val="ListBullet"/>
        <w:spacing w:after="30"/>
        <w:jc w:val="both"/>
        <w:rPr>
          <w:sz w:val="24"/>
          <w:szCs w:val="24"/>
        </w:rPr>
      </w:pPr>
      <w:r w:rsidRPr="00324442">
        <w:rPr>
          <w:sz w:val="24"/>
          <w:szCs w:val="24"/>
        </w:rPr>
        <w:t>Specify the multiple linear regression model and the inferential assumptions.</w:t>
      </w:r>
    </w:p>
    <w:p w14:paraId="6630F76D" w14:textId="77777777" w:rsidR="00D97056" w:rsidRPr="00324442" w:rsidRDefault="00D97056" w:rsidP="004E2A35">
      <w:pPr>
        <w:pStyle w:val="ListBullet"/>
        <w:spacing w:after="30"/>
        <w:jc w:val="both"/>
        <w:rPr>
          <w:sz w:val="24"/>
          <w:szCs w:val="24"/>
        </w:rPr>
      </w:pPr>
      <w:r w:rsidRPr="00324442">
        <w:rPr>
          <w:sz w:val="24"/>
          <w:szCs w:val="24"/>
        </w:rPr>
        <w:t>Examine descriptive summaries and pairwise relationships between the response and predictors.</w:t>
      </w:r>
    </w:p>
    <w:p w14:paraId="7F90F9CB" w14:textId="77777777" w:rsidR="00D97056" w:rsidRPr="00324442" w:rsidRDefault="00D97056" w:rsidP="004E2A35">
      <w:pPr>
        <w:pStyle w:val="ListBullet"/>
        <w:spacing w:after="30"/>
        <w:jc w:val="both"/>
        <w:rPr>
          <w:sz w:val="24"/>
          <w:szCs w:val="24"/>
        </w:rPr>
      </w:pPr>
      <w:r w:rsidRPr="00324442">
        <w:rPr>
          <w:sz w:val="24"/>
          <w:szCs w:val="24"/>
        </w:rPr>
        <w:t>Fit the full model using x</w:t>
      </w:r>
      <w:proofErr w:type="gramStart"/>
      <w:r w:rsidRPr="00324442">
        <w:rPr>
          <w:sz w:val="24"/>
          <w:szCs w:val="24"/>
        </w:rPr>
        <w:t>₂,…</w:t>
      </w:r>
      <w:proofErr w:type="gramEnd"/>
      <w:r w:rsidRPr="00324442">
        <w:rPr>
          <w:sz w:val="24"/>
          <w:szCs w:val="24"/>
        </w:rPr>
        <w:t>,x₁₀; assess overall significance and report R² and adjusted R².</w:t>
      </w:r>
    </w:p>
    <w:p w14:paraId="77CBE1D8" w14:textId="77777777" w:rsidR="00D97056" w:rsidRPr="00324442" w:rsidRDefault="00D97056" w:rsidP="004E2A35">
      <w:pPr>
        <w:pStyle w:val="ListBullet"/>
        <w:spacing w:after="30"/>
        <w:jc w:val="both"/>
        <w:rPr>
          <w:sz w:val="24"/>
          <w:szCs w:val="24"/>
        </w:rPr>
      </w:pPr>
      <w:r w:rsidRPr="00324442">
        <w:rPr>
          <w:sz w:val="24"/>
          <w:szCs w:val="24"/>
        </w:rPr>
        <w:t>Use individual t tests and appropriate joint tests to identify important predictors, while considering multicollinearity.</w:t>
      </w:r>
    </w:p>
    <w:p w14:paraId="63A41A78" w14:textId="77777777" w:rsidR="00D97056" w:rsidRPr="00324442" w:rsidRDefault="00D97056" w:rsidP="004E2A35">
      <w:pPr>
        <w:pStyle w:val="ListBullet"/>
        <w:spacing w:after="30"/>
        <w:jc w:val="both"/>
        <w:rPr>
          <w:sz w:val="24"/>
          <w:szCs w:val="24"/>
        </w:rPr>
      </w:pPr>
      <w:r w:rsidRPr="00324442">
        <w:rPr>
          <w:sz w:val="24"/>
          <w:szCs w:val="24"/>
        </w:rPr>
        <w:t>Assess model adequacy using residual plots, normal Q–Q plots, leverage/influence diagnostics, and other appropriate checks.</w:t>
      </w:r>
    </w:p>
    <w:p w14:paraId="2998694D" w14:textId="77777777" w:rsidR="00D97056" w:rsidRPr="00324442" w:rsidRDefault="00D97056" w:rsidP="004E2A35">
      <w:pPr>
        <w:pStyle w:val="ListBullet"/>
        <w:spacing w:after="30"/>
        <w:jc w:val="both"/>
        <w:rPr>
          <w:sz w:val="24"/>
          <w:szCs w:val="24"/>
        </w:rPr>
      </w:pPr>
      <w:r w:rsidRPr="00324442">
        <w:rPr>
          <w:sz w:val="24"/>
          <w:szCs w:val="24"/>
        </w:rPr>
        <w:t xml:space="preserve">Discuss whether transformations, variable </w:t>
      </w:r>
      <w:proofErr w:type="gramStart"/>
      <w:r w:rsidRPr="00324442">
        <w:rPr>
          <w:sz w:val="24"/>
          <w:szCs w:val="24"/>
        </w:rPr>
        <w:t>reduction</w:t>
      </w:r>
      <w:proofErr w:type="gramEnd"/>
      <w:r w:rsidRPr="00324442">
        <w:rPr>
          <w:sz w:val="24"/>
          <w:szCs w:val="24"/>
        </w:rPr>
        <w:t>, or alternative modeling strategies are warranted.</w:t>
      </w:r>
    </w:p>
    <w:p w14:paraId="570C848A" w14:textId="77777777" w:rsidR="00D97056" w:rsidRPr="00324442" w:rsidRDefault="00D97056" w:rsidP="004E2A35">
      <w:pPr>
        <w:pStyle w:val="ListBullet"/>
        <w:spacing w:after="30"/>
        <w:jc w:val="both"/>
        <w:rPr>
          <w:sz w:val="24"/>
          <w:szCs w:val="24"/>
        </w:rPr>
      </w:pPr>
      <w:r w:rsidRPr="00324442">
        <w:rPr>
          <w:sz w:val="24"/>
          <w:szCs w:val="24"/>
        </w:rPr>
        <w:t>Give a concise substantive conclusion about which wine characteristics are associated with quality after adjustment for the other variables.</w:t>
      </w:r>
    </w:p>
    <w:p w14:paraId="051C0588" w14:textId="77777777" w:rsidR="00D97056" w:rsidRPr="00324442" w:rsidRDefault="00D97056" w:rsidP="004E2A35">
      <w:pPr>
        <w:spacing w:after="60"/>
        <w:ind w:left="317" w:hanging="317"/>
        <w:jc w:val="both"/>
        <w:rPr>
          <w:sz w:val="24"/>
          <w:szCs w:val="24"/>
        </w:rPr>
      </w:pPr>
    </w:p>
    <w:p w14:paraId="0F565000" w14:textId="1CDEC835" w:rsidR="00B23E22" w:rsidRPr="00324442" w:rsidRDefault="00B23E22" w:rsidP="00B23E22">
      <w:pPr>
        <w:pStyle w:val="Heading1"/>
        <w:tabs>
          <w:tab w:val="left" w:pos="848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24442">
        <w:rPr>
          <w:rFonts w:ascii="Times New Roman" w:hAnsi="Times New Roman" w:cs="Times New Roman"/>
          <w:sz w:val="24"/>
          <w:szCs w:val="24"/>
        </w:rPr>
        <w:t xml:space="preserve">Question </w:t>
      </w:r>
      <w:r w:rsidR="005C006D">
        <w:rPr>
          <w:rFonts w:ascii="Times New Roman" w:hAnsi="Times New Roman" w:cs="Times New Roman"/>
          <w:sz w:val="24"/>
          <w:szCs w:val="24"/>
        </w:rPr>
        <w:t>7</w:t>
      </w:r>
      <w:r w:rsidRPr="00324442">
        <w:rPr>
          <w:rFonts w:ascii="Times New Roman" w:hAnsi="Times New Roman" w:cs="Times New Roman"/>
          <w:sz w:val="24"/>
          <w:szCs w:val="24"/>
        </w:rPr>
        <w:t>. Linear Restriction in a Multiple Regression Model</w:t>
      </w:r>
      <w:r w:rsidRPr="00324442">
        <w:rPr>
          <w:rFonts w:ascii="Times New Roman" w:hAnsi="Times New Roman" w:cs="Times New Roman"/>
          <w:sz w:val="24"/>
          <w:szCs w:val="24"/>
        </w:rPr>
        <w:tab/>
      </w:r>
    </w:p>
    <w:p w14:paraId="7D47CD5D" w14:textId="77777777" w:rsidR="00B23E22" w:rsidRPr="00324442" w:rsidRDefault="00B23E22" w:rsidP="00B23E22">
      <w:pPr>
        <w:jc w:val="both"/>
        <w:rPr>
          <w:rFonts w:cs="Times New Roman"/>
          <w:sz w:val="24"/>
          <w:szCs w:val="24"/>
        </w:rPr>
      </w:pPr>
      <w:r w:rsidRPr="00324442">
        <w:rPr>
          <w:rFonts w:cs="Times New Roman"/>
          <w:sz w:val="24"/>
          <w:szCs w:val="24"/>
        </w:rPr>
        <w:t xml:space="preserve">For the data (X₁, X₂, Y) = (−1, −1, 7.2), (−1, 0, 8.1), (0, 0, 9.8), (1, 0, 12.3), (1, 1, 12.9), the least-squares fitted model </w:t>
      </w:r>
      <w:proofErr w:type="gramStart"/>
      <w:r w:rsidRPr="00324442">
        <w:rPr>
          <w:rFonts w:cs="Times New Roman"/>
          <w:sz w:val="24"/>
          <w:szCs w:val="24"/>
        </w:rPr>
        <w:t xml:space="preserve">is  </w:t>
      </w:r>
      <w:r w:rsidRPr="00324442">
        <w:rPr>
          <w:rFonts w:cs="Times New Roman"/>
          <w:b/>
          <w:sz w:val="24"/>
          <w:szCs w:val="24"/>
        </w:rPr>
        <w:t>Ŷ</w:t>
      </w:r>
      <w:proofErr w:type="gramEnd"/>
      <w:r w:rsidRPr="00324442">
        <w:rPr>
          <w:rFonts w:cs="Times New Roman"/>
          <w:b/>
          <w:sz w:val="24"/>
          <w:szCs w:val="24"/>
        </w:rPr>
        <w:t xml:space="preserve"> = 10.6 + 2.10X₁ + 0.75X₂, </w:t>
      </w:r>
      <w:r w:rsidRPr="00324442">
        <w:rPr>
          <w:rFonts w:cs="Times New Roman"/>
          <w:sz w:val="24"/>
          <w:szCs w:val="24"/>
        </w:rPr>
        <w:t>and the residual mean square is 0.107 with 2 degrees of freedom. Test</w:t>
      </w:r>
      <w:r w:rsidRPr="00324442">
        <w:rPr>
          <w:rFonts w:cs="Times New Roman"/>
          <w:b/>
          <w:sz w:val="24"/>
          <w:szCs w:val="24"/>
        </w:rPr>
        <w:t xml:space="preserve"> H₀: β₁ = 2β₂ </w:t>
      </w:r>
      <w:r w:rsidRPr="00324442">
        <w:rPr>
          <w:rFonts w:cs="Times New Roman"/>
          <w:sz w:val="24"/>
          <w:szCs w:val="24"/>
        </w:rPr>
        <w:t>versus</w:t>
      </w:r>
      <w:r w:rsidRPr="00324442">
        <w:rPr>
          <w:rFonts w:cs="Times New Roman"/>
          <w:b/>
          <w:sz w:val="24"/>
          <w:szCs w:val="24"/>
        </w:rPr>
        <w:t xml:space="preserve"> H₁: β₁ ≠ 2β₂.</w:t>
      </w:r>
    </w:p>
    <w:p w14:paraId="469E5FEC" w14:textId="77777777" w:rsidR="00B23E22" w:rsidRPr="00324442" w:rsidRDefault="00B23E22" w:rsidP="00B23E22">
      <w:pPr>
        <w:spacing w:after="100"/>
        <w:ind w:left="360" w:hanging="360"/>
        <w:jc w:val="both"/>
        <w:rPr>
          <w:rFonts w:cs="Times New Roman"/>
          <w:sz w:val="24"/>
          <w:szCs w:val="24"/>
        </w:rPr>
      </w:pPr>
      <w:r w:rsidRPr="00324442">
        <w:rPr>
          <w:rFonts w:cs="Times New Roman"/>
          <w:b/>
          <w:sz w:val="24"/>
          <w:szCs w:val="24"/>
        </w:rPr>
        <w:t xml:space="preserve">(a) </w:t>
      </w:r>
      <w:r w:rsidRPr="00324442">
        <w:rPr>
          <w:rFonts w:cs="Times New Roman"/>
          <w:sz w:val="24"/>
          <w:szCs w:val="24"/>
        </w:rPr>
        <w:t>Express the null hypothesis as a general linear restriction Rβ = r, where β = (β₀, β₁, β</w:t>
      </w:r>
      <w:proofErr w:type="gramStart"/>
      <w:r w:rsidRPr="00324442">
        <w:rPr>
          <w:rFonts w:cs="Times New Roman"/>
          <w:sz w:val="24"/>
          <w:szCs w:val="24"/>
        </w:rPr>
        <w:t>₂)ᵀ.</w:t>
      </w:r>
      <w:proofErr w:type="gramEnd"/>
    </w:p>
    <w:p w14:paraId="44D2B361" w14:textId="77777777" w:rsidR="00B23E22" w:rsidRPr="00324442" w:rsidRDefault="00B23E22" w:rsidP="00B23E22">
      <w:pPr>
        <w:spacing w:after="100"/>
        <w:ind w:left="360" w:hanging="360"/>
        <w:jc w:val="both"/>
        <w:rPr>
          <w:rFonts w:cs="Times New Roman"/>
          <w:sz w:val="24"/>
          <w:szCs w:val="24"/>
        </w:rPr>
      </w:pPr>
      <w:r w:rsidRPr="00324442">
        <w:rPr>
          <w:rFonts w:cs="Times New Roman"/>
          <w:b/>
          <w:sz w:val="24"/>
          <w:szCs w:val="24"/>
        </w:rPr>
        <w:t xml:space="preserve">(b) </w:t>
      </w:r>
      <w:r w:rsidRPr="00324442">
        <w:rPr>
          <w:rFonts w:cs="Times New Roman"/>
          <w:sz w:val="24"/>
          <w:szCs w:val="24"/>
        </w:rPr>
        <w:t>Construct the appropriate test statistic using the estimated regression coefficients and their covariance matrix. Clearly state the degrees of freedom.</w:t>
      </w:r>
    </w:p>
    <w:p w14:paraId="6238777D" w14:textId="77777777" w:rsidR="00B23E22" w:rsidRPr="00324442" w:rsidRDefault="00B23E22" w:rsidP="00B23E22">
      <w:pPr>
        <w:spacing w:after="100"/>
        <w:ind w:left="360" w:hanging="360"/>
        <w:jc w:val="both"/>
        <w:rPr>
          <w:rFonts w:cs="Times New Roman"/>
          <w:sz w:val="24"/>
          <w:szCs w:val="24"/>
        </w:rPr>
      </w:pPr>
      <w:r w:rsidRPr="00324442">
        <w:rPr>
          <w:rFonts w:cs="Times New Roman"/>
          <w:b/>
          <w:sz w:val="24"/>
          <w:szCs w:val="24"/>
        </w:rPr>
        <w:t xml:space="preserve">(c) </w:t>
      </w:r>
      <w:r w:rsidRPr="00324442">
        <w:rPr>
          <w:rFonts w:cs="Times New Roman"/>
          <w:sz w:val="24"/>
          <w:szCs w:val="24"/>
        </w:rPr>
        <w:t>Carry out the test at the 5% significance level and state your conclusion in the context of the restriction on the regression coefficients.</w:t>
      </w:r>
    </w:p>
    <w:p w14:paraId="2B4CDBCA" w14:textId="77777777" w:rsidR="00B23E22" w:rsidRPr="00324442" w:rsidRDefault="00B23E22" w:rsidP="00B23E22">
      <w:pPr>
        <w:spacing w:after="100"/>
        <w:ind w:left="360" w:hanging="360"/>
        <w:jc w:val="both"/>
        <w:rPr>
          <w:rFonts w:cs="Times New Roman"/>
          <w:sz w:val="24"/>
          <w:szCs w:val="24"/>
        </w:rPr>
      </w:pPr>
      <w:r w:rsidRPr="00324442">
        <w:rPr>
          <w:rFonts w:cs="Times New Roman"/>
          <w:b/>
          <w:sz w:val="24"/>
          <w:szCs w:val="24"/>
        </w:rPr>
        <w:t xml:space="preserve">(d) </w:t>
      </w:r>
      <w:r w:rsidRPr="00324442">
        <w:rPr>
          <w:rFonts w:cs="Times New Roman"/>
          <w:sz w:val="24"/>
          <w:szCs w:val="24"/>
        </w:rPr>
        <w:t>Explain why this is a test of a linear restriction rather than two separate tests on β₁ and β₂.</w:t>
      </w:r>
    </w:p>
    <w:p w14:paraId="1497297D" w14:textId="5EFDCED2" w:rsidR="003B0D44" w:rsidRPr="00324442" w:rsidRDefault="003B0D44" w:rsidP="003B0D44">
      <w:pPr>
        <w:pStyle w:val="Heading1"/>
        <w:jc w:val="both"/>
        <w:rPr>
          <w:rFonts w:ascii="Times New Roman" w:hAnsi="Times New Roman" w:cs="Times New Roman"/>
          <w:sz w:val="24"/>
          <w:szCs w:val="24"/>
        </w:rPr>
      </w:pPr>
      <w:r w:rsidRPr="00324442">
        <w:rPr>
          <w:rFonts w:ascii="Times New Roman" w:hAnsi="Times New Roman" w:cs="Times New Roman"/>
          <w:sz w:val="24"/>
          <w:szCs w:val="24"/>
        </w:rPr>
        <w:lastRenderedPageBreak/>
        <w:t xml:space="preserve">Question </w:t>
      </w:r>
      <w:r w:rsidR="005C006D">
        <w:rPr>
          <w:rFonts w:ascii="Times New Roman" w:hAnsi="Times New Roman" w:cs="Times New Roman"/>
          <w:sz w:val="24"/>
          <w:szCs w:val="24"/>
        </w:rPr>
        <w:t>8</w:t>
      </w:r>
      <w:r w:rsidRPr="00324442">
        <w:rPr>
          <w:rFonts w:ascii="Times New Roman" w:hAnsi="Times New Roman" w:cs="Times New Roman"/>
          <w:sz w:val="24"/>
          <w:szCs w:val="24"/>
        </w:rPr>
        <w:t>. Prediction and Uncertainty in Multiple Regression</w:t>
      </w:r>
    </w:p>
    <w:p w14:paraId="061F6858" w14:textId="77777777" w:rsidR="003B0D44" w:rsidRPr="00324442" w:rsidRDefault="003B0D44" w:rsidP="003B0D44">
      <w:pPr>
        <w:jc w:val="both"/>
        <w:rPr>
          <w:rFonts w:cs="Times New Roman"/>
          <w:sz w:val="24"/>
          <w:szCs w:val="24"/>
        </w:rPr>
      </w:pPr>
      <w:r w:rsidRPr="00324442">
        <w:rPr>
          <w:rFonts w:cs="Times New Roman"/>
          <w:sz w:val="24"/>
          <w:szCs w:val="24"/>
        </w:rPr>
        <w:t>Suppose a multiple linear regression model for annual energy consumption (Y, in MWh) is</w:t>
      </w:r>
    </w:p>
    <w:p w14:paraId="7DF2B9D4" w14:textId="77777777" w:rsidR="003B0D44" w:rsidRPr="00324442" w:rsidRDefault="003B0D44" w:rsidP="003B0D44">
      <w:pPr>
        <w:jc w:val="both"/>
        <w:rPr>
          <w:rFonts w:cs="Times New Roman"/>
          <w:sz w:val="24"/>
          <w:szCs w:val="24"/>
        </w:rPr>
      </w:pPr>
      <w:r w:rsidRPr="00324442">
        <w:rPr>
          <w:rFonts w:cs="Times New Roman"/>
          <w:b/>
          <w:sz w:val="24"/>
          <w:szCs w:val="24"/>
        </w:rPr>
        <w:t>Ŷ = 18.5 + 0.42X₁ + 1.80X₂ − 0.30X₃,</w:t>
      </w:r>
    </w:p>
    <w:p w14:paraId="63CFED41" w14:textId="77777777" w:rsidR="003B0D44" w:rsidRPr="00324442" w:rsidRDefault="003B0D44" w:rsidP="003B0D44">
      <w:pPr>
        <w:jc w:val="both"/>
        <w:rPr>
          <w:rFonts w:cs="Times New Roman"/>
          <w:sz w:val="24"/>
          <w:szCs w:val="24"/>
        </w:rPr>
      </w:pPr>
      <w:r w:rsidRPr="00324442">
        <w:rPr>
          <w:rFonts w:cs="Times New Roman"/>
          <w:sz w:val="24"/>
          <w:szCs w:val="24"/>
        </w:rPr>
        <w:t xml:space="preserve">where X₁ is floor area (100 m²), X₂ is the number of occupants, and X₃ is the average outdoor temperature (°C). The estimated error variance is s² = 16.0. For a new building, x₀ = (1, 12, 4, </w:t>
      </w:r>
      <w:proofErr w:type="gramStart"/>
      <w:r w:rsidRPr="00324442">
        <w:rPr>
          <w:rFonts w:cs="Times New Roman"/>
          <w:sz w:val="24"/>
          <w:szCs w:val="24"/>
        </w:rPr>
        <w:t>18)ᵀ</w:t>
      </w:r>
      <w:proofErr w:type="gramEnd"/>
      <w:r w:rsidRPr="00324442">
        <w:rPr>
          <w:rFonts w:cs="Times New Roman"/>
          <w:sz w:val="24"/>
          <w:szCs w:val="24"/>
        </w:rPr>
        <w:t>, where the first component corresponds to the intercept. The fitted design matrix has (XᵀX)⁻¹ available, and for this x₀ the value x₀ᵀ(XᵀX)⁻¹x₀ = 0.045.</w:t>
      </w:r>
    </w:p>
    <w:p w14:paraId="3ACDBE8A" w14:textId="77777777" w:rsidR="003B0D44" w:rsidRPr="00324442" w:rsidRDefault="003B0D44" w:rsidP="003B0D44">
      <w:pPr>
        <w:spacing w:after="100"/>
        <w:ind w:left="360" w:hanging="360"/>
        <w:jc w:val="both"/>
        <w:rPr>
          <w:rFonts w:cs="Times New Roman"/>
          <w:sz w:val="24"/>
          <w:szCs w:val="24"/>
        </w:rPr>
      </w:pPr>
      <w:r w:rsidRPr="00324442">
        <w:rPr>
          <w:rFonts w:cs="Times New Roman"/>
          <w:b/>
          <w:sz w:val="24"/>
          <w:szCs w:val="24"/>
        </w:rPr>
        <w:t xml:space="preserve">(a) </w:t>
      </w:r>
      <w:r w:rsidRPr="00324442">
        <w:rPr>
          <w:rFonts w:cs="Times New Roman"/>
          <w:sz w:val="24"/>
          <w:szCs w:val="24"/>
        </w:rPr>
        <w:t>Calculate the point prediction of annual energy consumption for the new building.</w:t>
      </w:r>
    </w:p>
    <w:p w14:paraId="02138B81" w14:textId="77777777" w:rsidR="003B0D44" w:rsidRPr="00324442" w:rsidRDefault="003B0D44" w:rsidP="003B0D44">
      <w:pPr>
        <w:spacing w:after="100"/>
        <w:ind w:left="360" w:hanging="360"/>
        <w:jc w:val="both"/>
        <w:rPr>
          <w:rFonts w:cs="Times New Roman"/>
          <w:sz w:val="24"/>
          <w:szCs w:val="24"/>
        </w:rPr>
      </w:pPr>
      <w:r w:rsidRPr="00324442">
        <w:rPr>
          <w:rFonts w:cs="Times New Roman"/>
          <w:b/>
          <w:sz w:val="24"/>
          <w:szCs w:val="24"/>
        </w:rPr>
        <w:t xml:space="preserve">(b) </w:t>
      </w:r>
      <w:r w:rsidRPr="00324442">
        <w:rPr>
          <w:rFonts w:cs="Times New Roman"/>
          <w:sz w:val="24"/>
          <w:szCs w:val="24"/>
        </w:rPr>
        <w:t xml:space="preserve">Construct a 95% confidence interval for the mean annual energy consumption of buildings with these predictor values. Use the appropriate t critical value with </w:t>
      </w:r>
      <w:proofErr w:type="gramStart"/>
      <w:r w:rsidRPr="00324442">
        <w:rPr>
          <w:rFonts w:cs="Times New Roman"/>
          <w:sz w:val="24"/>
          <w:szCs w:val="24"/>
        </w:rPr>
        <w:t>n − p −</w:t>
      </w:r>
      <w:proofErr w:type="gramEnd"/>
      <w:r w:rsidRPr="00324442">
        <w:rPr>
          <w:rFonts w:cs="Times New Roman"/>
          <w:sz w:val="24"/>
          <w:szCs w:val="24"/>
        </w:rPr>
        <w:t xml:space="preserve"> 1 degrees of freedom, where n = 50 and p = 3.</w:t>
      </w:r>
    </w:p>
    <w:p w14:paraId="42DB7F66" w14:textId="77777777" w:rsidR="003B0D44" w:rsidRPr="00324442" w:rsidRDefault="003B0D44" w:rsidP="003B0D44">
      <w:pPr>
        <w:spacing w:after="100"/>
        <w:ind w:left="360" w:hanging="360"/>
        <w:jc w:val="both"/>
        <w:rPr>
          <w:rFonts w:cs="Times New Roman"/>
          <w:sz w:val="24"/>
          <w:szCs w:val="24"/>
        </w:rPr>
      </w:pPr>
      <w:r w:rsidRPr="00324442">
        <w:rPr>
          <w:rFonts w:cs="Times New Roman"/>
          <w:b/>
          <w:sz w:val="24"/>
          <w:szCs w:val="24"/>
        </w:rPr>
        <w:t xml:space="preserve">(c) </w:t>
      </w:r>
      <w:r w:rsidRPr="00324442">
        <w:rPr>
          <w:rFonts w:cs="Times New Roman"/>
          <w:sz w:val="24"/>
          <w:szCs w:val="24"/>
        </w:rPr>
        <w:t>Construct a 95% prediction interval for the annual energy consumption of one future building with these same predictor values.</w:t>
      </w:r>
    </w:p>
    <w:p w14:paraId="79B333FC" w14:textId="77777777" w:rsidR="003B0D44" w:rsidRPr="00324442" w:rsidRDefault="003B0D44" w:rsidP="003B0D44">
      <w:pPr>
        <w:spacing w:after="100"/>
        <w:ind w:left="360" w:hanging="360"/>
        <w:jc w:val="both"/>
        <w:rPr>
          <w:rFonts w:cs="Times New Roman"/>
          <w:sz w:val="24"/>
          <w:szCs w:val="24"/>
        </w:rPr>
      </w:pPr>
      <w:r w:rsidRPr="00324442">
        <w:rPr>
          <w:rFonts w:cs="Times New Roman"/>
          <w:b/>
          <w:sz w:val="24"/>
          <w:szCs w:val="24"/>
        </w:rPr>
        <w:t xml:space="preserve">(d) </w:t>
      </w:r>
      <w:r w:rsidRPr="00324442">
        <w:rPr>
          <w:rFonts w:cs="Times New Roman"/>
          <w:sz w:val="24"/>
          <w:szCs w:val="24"/>
        </w:rPr>
        <w:t>Explain mathematically why the prediction interval is wider than the confidence interval for the mean response.</w:t>
      </w:r>
    </w:p>
    <w:p w14:paraId="09480C02" w14:textId="44172BE7" w:rsidR="00061C05" w:rsidRPr="00324442" w:rsidRDefault="003B0D44" w:rsidP="005C006D">
      <w:pPr>
        <w:spacing w:after="100"/>
        <w:ind w:left="360" w:hanging="360"/>
        <w:jc w:val="both"/>
        <w:rPr>
          <w:rFonts w:cs="Times New Roman"/>
          <w:sz w:val="24"/>
          <w:szCs w:val="24"/>
        </w:rPr>
      </w:pPr>
      <w:r w:rsidRPr="00324442">
        <w:rPr>
          <w:rFonts w:cs="Times New Roman"/>
          <w:b/>
          <w:sz w:val="24"/>
          <w:szCs w:val="24"/>
        </w:rPr>
        <w:t xml:space="preserve">(e) </w:t>
      </w:r>
      <w:r w:rsidRPr="00324442">
        <w:rPr>
          <w:rFonts w:cs="Times New Roman"/>
          <w:sz w:val="24"/>
          <w:szCs w:val="24"/>
        </w:rPr>
        <w:t>Suppose the new building has a floor area substantially outside the range observed in the original sample. Explain why the numerical prediction interval alone may not adequately communicate the reliability of the prediction.</w:t>
      </w:r>
    </w:p>
    <w:sectPr w:rsidR="00061C05" w:rsidRPr="00324442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84436" w14:textId="77777777" w:rsidR="007A0D38" w:rsidRDefault="007A0D38">
      <w:pPr>
        <w:spacing w:after="0" w:line="240" w:lineRule="auto"/>
      </w:pPr>
      <w:r>
        <w:separator/>
      </w:r>
    </w:p>
  </w:endnote>
  <w:endnote w:type="continuationSeparator" w:id="0">
    <w:p w14:paraId="20F36E5B" w14:textId="77777777" w:rsidR="007A0D38" w:rsidRDefault="007A0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1B462" w14:textId="77777777" w:rsidR="00A325B4" w:rsidRDefault="00A325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60706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7198" w14:textId="05608B5A" w:rsidR="00A325B4" w:rsidRDefault="00A325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DDE3E4" w14:textId="6492A366" w:rsidR="00061C05" w:rsidRDefault="00061C0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9348B" w14:textId="77777777" w:rsidR="00A325B4" w:rsidRDefault="00A325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CDF1E" w14:textId="77777777" w:rsidR="007A0D38" w:rsidRDefault="007A0D38">
      <w:pPr>
        <w:spacing w:after="0" w:line="240" w:lineRule="auto"/>
      </w:pPr>
      <w:r>
        <w:separator/>
      </w:r>
    </w:p>
  </w:footnote>
  <w:footnote w:type="continuationSeparator" w:id="0">
    <w:p w14:paraId="3B1DBB26" w14:textId="77777777" w:rsidR="007A0D38" w:rsidRDefault="007A0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5C7FB" w14:textId="77777777" w:rsidR="00A325B4" w:rsidRDefault="00A325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D497A" w14:textId="17C739D6" w:rsidR="00061C05" w:rsidRDefault="00061C05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90F94" w14:textId="77777777" w:rsidR="00A325B4" w:rsidRDefault="00A325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2692283">
    <w:abstractNumId w:val="8"/>
  </w:num>
  <w:num w:numId="2" w16cid:durableId="1219051724">
    <w:abstractNumId w:val="6"/>
  </w:num>
  <w:num w:numId="3" w16cid:durableId="263148999">
    <w:abstractNumId w:val="5"/>
  </w:num>
  <w:num w:numId="4" w16cid:durableId="782654267">
    <w:abstractNumId w:val="4"/>
  </w:num>
  <w:num w:numId="5" w16cid:durableId="662121149">
    <w:abstractNumId w:val="7"/>
  </w:num>
  <w:num w:numId="6" w16cid:durableId="1237477949">
    <w:abstractNumId w:val="3"/>
  </w:num>
  <w:num w:numId="7" w16cid:durableId="1297763282">
    <w:abstractNumId w:val="2"/>
  </w:num>
  <w:num w:numId="8" w16cid:durableId="1276593367">
    <w:abstractNumId w:val="1"/>
  </w:num>
  <w:num w:numId="9" w16cid:durableId="1212496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6F69"/>
    <w:rsid w:val="0006063C"/>
    <w:rsid w:val="00061C05"/>
    <w:rsid w:val="000961FF"/>
    <w:rsid w:val="000D5328"/>
    <w:rsid w:val="0015074B"/>
    <w:rsid w:val="00162FB6"/>
    <w:rsid w:val="00200B2A"/>
    <w:rsid w:val="00216A1A"/>
    <w:rsid w:val="0029639D"/>
    <w:rsid w:val="002C72CC"/>
    <w:rsid w:val="00324442"/>
    <w:rsid w:val="00326F90"/>
    <w:rsid w:val="00370A57"/>
    <w:rsid w:val="003B0D44"/>
    <w:rsid w:val="003B39A0"/>
    <w:rsid w:val="004A35EE"/>
    <w:rsid w:val="004E04EC"/>
    <w:rsid w:val="004E2A35"/>
    <w:rsid w:val="004F76E7"/>
    <w:rsid w:val="004F76F9"/>
    <w:rsid w:val="00533DB0"/>
    <w:rsid w:val="005C006D"/>
    <w:rsid w:val="006E7B42"/>
    <w:rsid w:val="00753884"/>
    <w:rsid w:val="0077430D"/>
    <w:rsid w:val="007A0D38"/>
    <w:rsid w:val="007B3B0B"/>
    <w:rsid w:val="008A1ED5"/>
    <w:rsid w:val="008B2F51"/>
    <w:rsid w:val="00A325B4"/>
    <w:rsid w:val="00A72A1B"/>
    <w:rsid w:val="00AA1D8D"/>
    <w:rsid w:val="00B23E22"/>
    <w:rsid w:val="00B47730"/>
    <w:rsid w:val="00CB0664"/>
    <w:rsid w:val="00CE45E7"/>
    <w:rsid w:val="00D30A6F"/>
    <w:rsid w:val="00D36494"/>
    <w:rsid w:val="00D97056"/>
    <w:rsid w:val="00E440EB"/>
    <w:rsid w:val="00E64564"/>
    <w:rsid w:val="00E67686"/>
    <w:rsid w:val="00E8013C"/>
    <w:rsid w:val="00EB3623"/>
    <w:rsid w:val="00ED55C5"/>
    <w:rsid w:val="00F22530"/>
    <w:rsid w:val="00F32EA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24878A"/>
  <w14:defaultImageDpi w14:val="300"/>
  <w15:docId w15:val="{F39F0BEE-E35D-FA4D-A879-D4BC82F6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">
    <w:name w:val="Question"/>
    <w:pPr>
      <w:spacing w:before="200" w:after="100"/>
    </w:pPr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2502</Words>
  <Characters>14265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Assignment 2: Multiple Linear Regression</dc:title>
  <dc:subject>Master's-level Multiple Linear Regression assignment</dc:subject>
  <dc:creator>Course Instructor</dc:creator>
  <cp:keywords>multiple linear regression, regression, hypothesis testing, diagnostics, multicollinearity, prediction</cp:keywords>
  <dc:description>generated by python-docx</dc:description>
  <cp:lastModifiedBy>Shalabh</cp:lastModifiedBy>
  <cp:revision>4</cp:revision>
  <dcterms:created xsi:type="dcterms:W3CDTF">2026-08-14T09:39:00Z</dcterms:created>
  <dcterms:modified xsi:type="dcterms:W3CDTF">2026-08-16T10:18:00Z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d0fdad64-82b4-4559-9c4a-c3111c88f11e</vt:lpwstr>
  </property>
</Properties>
</file>